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F380D" w14:textId="77777777" w:rsidR="00427DB5" w:rsidRDefault="00427DB5" w:rsidP="00A86CCB">
      <w:pPr>
        <w:pStyle w:val="AralkYok"/>
      </w:pPr>
    </w:p>
    <w:p w14:paraId="2008E7E9" w14:textId="77777777" w:rsidR="00381A53" w:rsidRPr="000F47BA" w:rsidRDefault="00000000" w:rsidP="00427DB5">
      <w:pPr>
        <w:pStyle w:val="AralkYok"/>
        <w:numPr>
          <w:ilvl w:val="0"/>
          <w:numId w:val="10"/>
        </w:numPr>
        <w:rPr>
          <w:rFonts w:ascii="Times New Roman" w:hAnsi="Times New Roman" w:cs="Times New Roman"/>
        </w:rPr>
      </w:pPr>
      <w:proofErr w:type="spellStart"/>
      <w:r w:rsidRPr="000F47BA">
        <w:rPr>
          <w:rFonts w:ascii="Times New Roman" w:hAnsi="Times New Roman" w:cs="Times New Roman"/>
        </w:rPr>
        <w:t>İnsanlar</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hayatları</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boyunca</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birçok</w:t>
      </w:r>
      <w:proofErr w:type="spellEnd"/>
      <w:r w:rsidRPr="000F47BA">
        <w:rPr>
          <w:rFonts w:ascii="Times New Roman" w:hAnsi="Times New Roman" w:cs="Times New Roman"/>
        </w:rPr>
        <w:t xml:space="preserve"> grupla etkileşim hâlindedir. Aile, okul, arkadaş çevresi ve spor takımları bunlara örnek gösterilebilir. Her grubun kendine ait kuralları ve bireylerden beklediği roller vardır. Bu roller, </w:t>
      </w:r>
      <w:proofErr w:type="spellStart"/>
      <w:r w:rsidRPr="000F47BA">
        <w:rPr>
          <w:rFonts w:ascii="Times New Roman" w:hAnsi="Times New Roman" w:cs="Times New Roman"/>
        </w:rPr>
        <w:t>grubun</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düzenli</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şekilde</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devam</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etmesini</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sağlar</w:t>
      </w:r>
      <w:proofErr w:type="spellEnd"/>
      <w:r w:rsidR="00381A53" w:rsidRPr="000F47BA">
        <w:rPr>
          <w:rFonts w:ascii="Times New Roman" w:hAnsi="Times New Roman" w:cs="Times New Roman"/>
        </w:rPr>
        <w:t>.</w:t>
      </w:r>
    </w:p>
    <w:p w14:paraId="248A4030" w14:textId="77777777" w:rsidR="00381A53" w:rsidRPr="000F47BA" w:rsidRDefault="00381A53" w:rsidP="00381A53">
      <w:pPr>
        <w:pStyle w:val="AralkYok"/>
        <w:ind w:left="360"/>
        <w:rPr>
          <w:rFonts w:ascii="Times New Roman" w:hAnsi="Times New Roman" w:cs="Times New Roman"/>
        </w:rPr>
      </w:pPr>
    </w:p>
    <w:p w14:paraId="7FA0E3D7" w14:textId="10B5ABBE" w:rsidR="006805A0" w:rsidRPr="000F47BA" w:rsidRDefault="00000000" w:rsidP="00381A53">
      <w:pPr>
        <w:pStyle w:val="AralkYok"/>
        <w:ind w:left="360"/>
        <w:rPr>
          <w:rFonts w:ascii="Times New Roman" w:hAnsi="Times New Roman" w:cs="Times New Roman"/>
        </w:rPr>
      </w:pPr>
      <w:r w:rsidRPr="000F47BA">
        <w:rPr>
          <w:rFonts w:ascii="Times New Roman" w:hAnsi="Times New Roman" w:cs="Times New Roman"/>
          <w:b/>
          <w:bCs/>
        </w:rPr>
        <w:t xml:space="preserve">Dahil </w:t>
      </w:r>
      <w:proofErr w:type="spellStart"/>
      <w:r w:rsidRPr="000F47BA">
        <w:rPr>
          <w:rFonts w:ascii="Times New Roman" w:hAnsi="Times New Roman" w:cs="Times New Roman"/>
          <w:b/>
          <w:bCs/>
        </w:rPr>
        <w:t>olduğunuz</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bir</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grubu</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örnek</w:t>
      </w:r>
      <w:proofErr w:type="spellEnd"/>
      <w:r w:rsidRPr="000F47BA">
        <w:rPr>
          <w:rFonts w:ascii="Times New Roman" w:hAnsi="Times New Roman" w:cs="Times New Roman"/>
          <w:b/>
          <w:bCs/>
        </w:rPr>
        <w:t xml:space="preserve"> vererek bu </w:t>
      </w:r>
      <w:proofErr w:type="spellStart"/>
      <w:r w:rsidRPr="000F47BA">
        <w:rPr>
          <w:rFonts w:ascii="Times New Roman" w:hAnsi="Times New Roman" w:cs="Times New Roman"/>
          <w:b/>
          <w:bCs/>
        </w:rPr>
        <w:t>gruptaki</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rolünüzü</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ve</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bu</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rolün</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sorumluluklarını</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açıklayınız</w:t>
      </w:r>
      <w:proofErr w:type="spellEnd"/>
      <w:r w:rsidRPr="000F47BA">
        <w:rPr>
          <w:rFonts w:ascii="Times New Roman" w:hAnsi="Times New Roman" w:cs="Times New Roman"/>
          <w:b/>
          <w:bCs/>
        </w:rPr>
        <w:t>.</w:t>
      </w:r>
      <w:r w:rsidR="00427DB5" w:rsidRPr="000F47BA">
        <w:rPr>
          <w:rFonts w:ascii="Times New Roman" w:hAnsi="Times New Roman" w:cs="Times New Roman"/>
        </w:rPr>
        <w:t xml:space="preserve"> (20 Puan)</w:t>
      </w:r>
    </w:p>
    <w:p w14:paraId="39020F15" w14:textId="0E38A6D2" w:rsidR="00427DB5" w:rsidRPr="000F47BA" w:rsidRDefault="006F064C" w:rsidP="00A86CCB">
      <w:pPr>
        <w:pStyle w:val="AralkYok"/>
        <w:rPr>
          <w:rFonts w:ascii="Times New Roman" w:hAnsi="Times New Roman" w:cs="Times New Roman"/>
        </w:rPr>
      </w:pPr>
      <w:r w:rsidRPr="000F47BA">
        <w:rPr>
          <w:rFonts w:ascii="Times New Roman" w:hAnsi="Times New Roman" w:cs="Times New Roman"/>
          <w:noProof/>
        </w:rPr>
        <mc:AlternateContent>
          <mc:Choice Requires="wps">
            <w:drawing>
              <wp:anchor distT="0" distB="0" distL="114300" distR="114300" simplePos="0" relativeHeight="251652096" behindDoc="0" locked="0" layoutInCell="1" allowOverlap="1" wp14:anchorId="3395CFC9" wp14:editId="00852925">
                <wp:simplePos x="0" y="0"/>
                <wp:positionH relativeFrom="column">
                  <wp:posOffset>0</wp:posOffset>
                </wp:positionH>
                <wp:positionV relativeFrom="paragraph">
                  <wp:posOffset>164466</wp:posOffset>
                </wp:positionV>
                <wp:extent cx="6305550" cy="1409700"/>
                <wp:effectExtent l="0" t="0" r="19050" b="19050"/>
                <wp:wrapNone/>
                <wp:docPr id="1044248692" name="Dikdörtgen 4"/>
                <wp:cNvGraphicFramePr/>
                <a:graphic xmlns:a="http://schemas.openxmlformats.org/drawingml/2006/main">
                  <a:graphicData uri="http://schemas.microsoft.com/office/word/2010/wordprocessingShape">
                    <wps:wsp>
                      <wps:cNvSpPr/>
                      <wps:spPr>
                        <a:xfrm>
                          <a:off x="0" y="0"/>
                          <a:ext cx="6305550" cy="1409700"/>
                        </a:xfrm>
                        <a:prstGeom prst="rect">
                          <a:avLst/>
                        </a:prstGeom>
                        <a:solidFill>
                          <a:sysClr val="window" lastClr="FFFFFF"/>
                        </a:solidFill>
                        <a:ln w="25400" cap="flat" cmpd="sng" algn="ctr">
                          <a:solidFill>
                            <a:sysClr val="windowText" lastClr="000000"/>
                          </a:solidFill>
                          <a:prstDash val="solid"/>
                        </a:ln>
                        <a:effectLst/>
                      </wps:spPr>
                      <wps:txbx>
                        <w:txbxContent>
                          <w:p w14:paraId="0866047D" w14:textId="77777777" w:rsidR="006F064C" w:rsidRDefault="006F064C" w:rsidP="006F064C">
                            <w:pPr>
                              <w:rPr>
                                <w:b/>
                                <w:bCs/>
                              </w:rPr>
                            </w:pPr>
                            <w:r w:rsidRPr="00E6166D">
                              <w:rPr>
                                <w:b/>
                                <w:bCs/>
                              </w:rPr>
                              <w:t>CEVAP:</w:t>
                            </w:r>
                          </w:p>
                          <w:p w14:paraId="4CC6DC24" w14:textId="77777777" w:rsidR="006F064C" w:rsidRDefault="006F064C" w:rsidP="006F064C">
                            <w:pPr>
                              <w:rPr>
                                <w:b/>
                                <w:bCs/>
                              </w:rPr>
                            </w:pPr>
                          </w:p>
                          <w:p w14:paraId="03F83BC8" w14:textId="77777777" w:rsidR="006F064C" w:rsidRPr="00E6166D" w:rsidRDefault="006F064C" w:rsidP="006F064C">
                            <w:pP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95CFC9" id="Dikdörtgen 4" o:spid="_x0000_s1026" style="position:absolute;margin-left:0;margin-top:12.95pt;width:496.5pt;height:111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" fillcolor="window" strokecolor="windowText" strokeweight="2pt">
                <v:textbox>
                  <w:txbxContent>
                    <w:p w14:paraId="0866047D" w14:textId="77777777" w:rsidR="006F064C" w:rsidRDefault="006F064C" w:rsidP="006F064C">
                      <w:pPr>
                        <w:rPr>
                          <w:b/>
                          <w:bCs/>
                        </w:rPr>
                      </w:pPr>
                      <w:r w:rsidRPr="00E6166D">
                        <w:rPr>
                          <w:b/>
                          <w:bCs/>
                        </w:rPr>
                        <w:t>CEVAP:</w:t>
                      </w:r>
                    </w:p>
                    <w:p w14:paraId="4CC6DC24" w14:textId="77777777" w:rsidR="006F064C" w:rsidRDefault="006F064C" w:rsidP="006F064C">
                      <w:pPr>
                        <w:rPr>
                          <w:b/>
                          <w:bCs/>
                        </w:rPr>
                      </w:pPr>
                    </w:p>
                    <w:p w14:paraId="03F83BC8" w14:textId="77777777" w:rsidR="006F064C" w:rsidRPr="00E6166D" w:rsidRDefault="006F064C" w:rsidP="006F064C">
                      <w:pPr>
                        <w:rPr>
                          <w:b/>
                          <w:bCs/>
                        </w:rPr>
                      </w:pPr>
                    </w:p>
                  </w:txbxContent>
                </v:textbox>
              </v:rect>
            </w:pict>
          </mc:Fallback>
        </mc:AlternateContent>
      </w:r>
    </w:p>
    <w:p w14:paraId="46964CFE" w14:textId="310346E1" w:rsidR="00427DB5" w:rsidRPr="000F47BA" w:rsidRDefault="00427DB5" w:rsidP="00A86CCB">
      <w:pPr>
        <w:pStyle w:val="AralkYok"/>
        <w:rPr>
          <w:rFonts w:ascii="Times New Roman" w:hAnsi="Times New Roman" w:cs="Times New Roman"/>
        </w:rPr>
      </w:pPr>
    </w:p>
    <w:p w14:paraId="5518EECB" w14:textId="41665787" w:rsidR="006F064C" w:rsidRPr="000F47BA" w:rsidRDefault="006F064C" w:rsidP="00A86CCB">
      <w:pPr>
        <w:pStyle w:val="AralkYok"/>
        <w:rPr>
          <w:rFonts w:ascii="Times New Roman" w:hAnsi="Times New Roman" w:cs="Times New Roman"/>
        </w:rPr>
      </w:pPr>
    </w:p>
    <w:p w14:paraId="2F990438" w14:textId="77777777" w:rsidR="006F064C" w:rsidRPr="000F47BA" w:rsidRDefault="006F064C" w:rsidP="00A86CCB">
      <w:pPr>
        <w:pStyle w:val="AralkYok"/>
        <w:rPr>
          <w:rFonts w:ascii="Times New Roman" w:hAnsi="Times New Roman" w:cs="Times New Roman"/>
        </w:rPr>
      </w:pPr>
    </w:p>
    <w:p w14:paraId="69432755" w14:textId="77777777" w:rsidR="006F064C" w:rsidRPr="000F47BA" w:rsidRDefault="006F064C" w:rsidP="00A86CCB">
      <w:pPr>
        <w:pStyle w:val="AralkYok"/>
        <w:rPr>
          <w:rFonts w:ascii="Times New Roman" w:hAnsi="Times New Roman" w:cs="Times New Roman"/>
        </w:rPr>
      </w:pPr>
    </w:p>
    <w:p w14:paraId="18527B6C" w14:textId="77777777" w:rsidR="006F064C" w:rsidRPr="000F47BA" w:rsidRDefault="006F064C" w:rsidP="00A86CCB">
      <w:pPr>
        <w:pStyle w:val="AralkYok"/>
        <w:rPr>
          <w:rFonts w:ascii="Times New Roman" w:hAnsi="Times New Roman" w:cs="Times New Roman"/>
        </w:rPr>
      </w:pPr>
    </w:p>
    <w:p w14:paraId="052A9219" w14:textId="77777777" w:rsidR="006F064C" w:rsidRPr="000F47BA" w:rsidRDefault="006F064C" w:rsidP="00A86CCB">
      <w:pPr>
        <w:pStyle w:val="AralkYok"/>
        <w:rPr>
          <w:rFonts w:ascii="Times New Roman" w:hAnsi="Times New Roman" w:cs="Times New Roman"/>
        </w:rPr>
      </w:pPr>
    </w:p>
    <w:p w14:paraId="219D95E2" w14:textId="77777777" w:rsidR="00427DB5" w:rsidRPr="000F47BA" w:rsidRDefault="00427DB5" w:rsidP="00A86CCB">
      <w:pPr>
        <w:pStyle w:val="AralkYok"/>
        <w:rPr>
          <w:rFonts w:ascii="Times New Roman" w:hAnsi="Times New Roman" w:cs="Times New Roman"/>
        </w:rPr>
      </w:pPr>
    </w:p>
    <w:p w14:paraId="3FBFBEFF" w14:textId="42FF8286" w:rsidR="00427DB5" w:rsidRPr="000F47BA" w:rsidRDefault="00581F11" w:rsidP="00A86CCB">
      <w:pPr>
        <w:pStyle w:val="AralkYok"/>
        <w:rPr>
          <w:rFonts w:ascii="Times New Roman" w:hAnsi="Times New Roman" w:cs="Times New Roman"/>
        </w:rPr>
      </w:pPr>
      <w:r w:rsidRPr="000F47BA">
        <w:rPr>
          <w:rFonts w:ascii="Times New Roman" w:hAnsi="Times New Roman" w:cs="Times New Roman"/>
        </w:rPr>
        <w:t xml:space="preserve">                            </w:t>
      </w:r>
    </w:p>
    <w:p w14:paraId="6D7CB368" w14:textId="77777777" w:rsidR="00427DB5" w:rsidRPr="000F47BA" w:rsidRDefault="00427DB5" w:rsidP="00A86CCB">
      <w:pPr>
        <w:pStyle w:val="AralkYok"/>
        <w:rPr>
          <w:rFonts w:ascii="Times New Roman" w:hAnsi="Times New Roman" w:cs="Times New Roman"/>
        </w:rPr>
      </w:pPr>
    </w:p>
    <w:p w14:paraId="6C585DAC" w14:textId="77777777" w:rsidR="00427DB5" w:rsidRPr="000F47BA" w:rsidRDefault="00427DB5" w:rsidP="00A86CCB">
      <w:pPr>
        <w:pStyle w:val="AralkYok"/>
        <w:rPr>
          <w:rFonts w:ascii="Times New Roman" w:hAnsi="Times New Roman" w:cs="Times New Roman"/>
        </w:rPr>
      </w:pPr>
    </w:p>
    <w:p w14:paraId="68411531" w14:textId="77777777" w:rsidR="00381A53" w:rsidRPr="000F47BA" w:rsidRDefault="003657D0" w:rsidP="00381A53">
      <w:pPr>
        <w:pStyle w:val="AralkYok"/>
        <w:numPr>
          <w:ilvl w:val="0"/>
          <w:numId w:val="10"/>
        </w:numPr>
        <w:rPr>
          <w:rFonts w:ascii="Times New Roman" w:hAnsi="Times New Roman" w:cs="Times New Roman"/>
        </w:rPr>
      </w:pPr>
      <w:r w:rsidRPr="000F47BA">
        <w:rPr>
          <w:rFonts w:ascii="Times New Roman" w:hAnsi="Times New Roman" w:cs="Times New Roman"/>
        </w:rPr>
        <w:t xml:space="preserve"> </w:t>
      </w:r>
      <w:proofErr w:type="spellStart"/>
      <w:r w:rsidRPr="000F47BA">
        <w:rPr>
          <w:rFonts w:ascii="Times New Roman" w:hAnsi="Times New Roman" w:cs="Times New Roman"/>
        </w:rPr>
        <w:t>Toplumda</w:t>
      </w:r>
      <w:proofErr w:type="spellEnd"/>
      <w:r w:rsidRPr="000F47BA">
        <w:rPr>
          <w:rFonts w:ascii="Times New Roman" w:hAnsi="Times New Roman" w:cs="Times New Roman"/>
        </w:rPr>
        <w:t xml:space="preserve"> her </w:t>
      </w:r>
      <w:proofErr w:type="spellStart"/>
      <w:r w:rsidRPr="000F47BA">
        <w:rPr>
          <w:rFonts w:ascii="Times New Roman" w:hAnsi="Times New Roman" w:cs="Times New Roman"/>
        </w:rPr>
        <w:t>bireyin</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üstlendiği</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farklı</w:t>
      </w:r>
      <w:proofErr w:type="spellEnd"/>
      <w:r w:rsidRPr="000F47BA">
        <w:rPr>
          <w:rFonts w:ascii="Times New Roman" w:hAnsi="Times New Roman" w:cs="Times New Roman"/>
        </w:rPr>
        <w:t xml:space="preserve"> roller </w:t>
      </w:r>
      <w:proofErr w:type="spellStart"/>
      <w:r w:rsidRPr="000F47BA">
        <w:rPr>
          <w:rFonts w:ascii="Times New Roman" w:hAnsi="Times New Roman" w:cs="Times New Roman"/>
        </w:rPr>
        <w:t>vardır</w:t>
      </w:r>
      <w:proofErr w:type="spellEnd"/>
      <w:r w:rsidRPr="000F47BA">
        <w:rPr>
          <w:rFonts w:ascii="Times New Roman" w:hAnsi="Times New Roman" w:cs="Times New Roman"/>
        </w:rPr>
        <w:t>. Bu roller bazen doğuştan gelir, bazen sonradan kazanılır. Örneğin aile içinde çocuk, okulda öğrenci olmak gibi roller farklı sorumluluklar içerir. Rollerin farklı olması toplum düzenine önemli katkılar sağlar.</w:t>
      </w:r>
      <w:r w:rsidRPr="000F47BA">
        <w:rPr>
          <w:rFonts w:ascii="Times New Roman" w:hAnsi="Times New Roman" w:cs="Times New Roman"/>
        </w:rPr>
        <w:br/>
      </w:r>
    </w:p>
    <w:p w14:paraId="5A51AC89" w14:textId="3E6FF61A" w:rsidR="006805A0" w:rsidRPr="000F47BA" w:rsidRDefault="00000000" w:rsidP="00381A53">
      <w:pPr>
        <w:pStyle w:val="AralkYok"/>
        <w:ind w:left="360"/>
        <w:rPr>
          <w:rFonts w:ascii="Times New Roman" w:hAnsi="Times New Roman" w:cs="Times New Roman"/>
        </w:rPr>
      </w:pPr>
      <w:r w:rsidRPr="000F47BA">
        <w:rPr>
          <w:rFonts w:ascii="Times New Roman" w:hAnsi="Times New Roman" w:cs="Times New Roman"/>
          <w:b/>
          <w:bCs/>
        </w:rPr>
        <w:t xml:space="preserve">Aile </w:t>
      </w:r>
      <w:proofErr w:type="spellStart"/>
      <w:r w:rsidRPr="000F47BA">
        <w:rPr>
          <w:rFonts w:ascii="Times New Roman" w:hAnsi="Times New Roman" w:cs="Times New Roman"/>
          <w:b/>
          <w:bCs/>
        </w:rPr>
        <w:t>içinde</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ve</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okulda</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insanların</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farklı</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rollere</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sahip</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olmasının</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nedenlerini</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açıklayınız</w:t>
      </w:r>
      <w:proofErr w:type="spellEnd"/>
      <w:r w:rsidRPr="000F47BA">
        <w:rPr>
          <w:rFonts w:ascii="Times New Roman" w:hAnsi="Times New Roman" w:cs="Times New Roman"/>
          <w:b/>
          <w:bCs/>
        </w:rPr>
        <w:t>.</w:t>
      </w:r>
      <w:r w:rsidR="003657D0" w:rsidRPr="000F47BA">
        <w:rPr>
          <w:rFonts w:ascii="Times New Roman" w:hAnsi="Times New Roman" w:cs="Times New Roman"/>
          <w:b/>
          <w:bCs/>
        </w:rPr>
        <w:t xml:space="preserve"> </w:t>
      </w:r>
      <w:r w:rsidR="003657D0" w:rsidRPr="000F47BA">
        <w:rPr>
          <w:rFonts w:ascii="Times New Roman" w:hAnsi="Times New Roman" w:cs="Times New Roman"/>
        </w:rPr>
        <w:t>(15 Puan)</w:t>
      </w:r>
    </w:p>
    <w:p w14:paraId="522822B6" w14:textId="001328AD" w:rsidR="00050367" w:rsidRPr="000F47BA" w:rsidRDefault="00050367" w:rsidP="00381A53">
      <w:pPr>
        <w:pStyle w:val="AralkYok"/>
        <w:ind w:left="360"/>
        <w:rPr>
          <w:rFonts w:ascii="Times New Roman" w:hAnsi="Times New Roman" w:cs="Times New Roman"/>
        </w:rPr>
      </w:pPr>
      <w:r w:rsidRPr="000F47BA">
        <w:rPr>
          <w:rFonts w:ascii="Times New Roman" w:hAnsi="Times New Roman" w:cs="Times New Roman"/>
          <w:noProof/>
        </w:rPr>
        <mc:AlternateContent>
          <mc:Choice Requires="wps">
            <w:drawing>
              <wp:anchor distT="0" distB="0" distL="114300" distR="114300" simplePos="0" relativeHeight="251638784" behindDoc="0" locked="0" layoutInCell="1" allowOverlap="1" wp14:anchorId="42D4BA2F" wp14:editId="3F6974F5">
                <wp:simplePos x="0" y="0"/>
                <wp:positionH relativeFrom="column">
                  <wp:posOffset>9525</wp:posOffset>
                </wp:positionH>
                <wp:positionV relativeFrom="paragraph">
                  <wp:posOffset>152400</wp:posOffset>
                </wp:positionV>
                <wp:extent cx="6305550" cy="1362075"/>
                <wp:effectExtent l="0" t="0" r="19050" b="28575"/>
                <wp:wrapNone/>
                <wp:docPr id="1599372910" name="Dikdörtgen 4"/>
                <wp:cNvGraphicFramePr/>
                <a:graphic xmlns:a="http://schemas.openxmlformats.org/drawingml/2006/main">
                  <a:graphicData uri="http://schemas.microsoft.com/office/word/2010/wordprocessingShape">
                    <wps:wsp>
                      <wps:cNvSpPr/>
                      <wps:spPr>
                        <a:xfrm>
                          <a:off x="0" y="0"/>
                          <a:ext cx="6305550" cy="1362075"/>
                        </a:xfrm>
                        <a:prstGeom prst="rect">
                          <a:avLst/>
                        </a:prstGeom>
                      </wps:spPr>
                      <wps:style>
                        <a:lnRef idx="2">
                          <a:schemeClr val="dk1"/>
                        </a:lnRef>
                        <a:fillRef idx="1">
                          <a:schemeClr val="lt1"/>
                        </a:fillRef>
                        <a:effectRef idx="0">
                          <a:schemeClr val="dk1"/>
                        </a:effectRef>
                        <a:fontRef idx="minor">
                          <a:schemeClr val="dk1"/>
                        </a:fontRef>
                      </wps:style>
                      <wps:txbx>
                        <w:txbxContent>
                          <w:p w14:paraId="0B8AD14C" w14:textId="5E3A537A" w:rsidR="00E6166D" w:rsidRDefault="00E6166D" w:rsidP="00E6166D">
                            <w:pPr>
                              <w:rPr>
                                <w:b/>
                                <w:bCs/>
                              </w:rPr>
                            </w:pPr>
                            <w:r w:rsidRPr="00E6166D">
                              <w:rPr>
                                <w:b/>
                                <w:bCs/>
                              </w:rPr>
                              <w:t>CEVAP:</w:t>
                            </w:r>
                          </w:p>
                          <w:p w14:paraId="0D667139" w14:textId="77777777" w:rsidR="00E6166D" w:rsidRDefault="00E6166D" w:rsidP="00E6166D">
                            <w:pPr>
                              <w:rPr>
                                <w:b/>
                                <w:bCs/>
                              </w:rPr>
                            </w:pPr>
                          </w:p>
                          <w:p w14:paraId="1125815E" w14:textId="77777777" w:rsidR="00E6166D" w:rsidRPr="00E6166D" w:rsidRDefault="00E6166D" w:rsidP="00E6166D">
                            <w:pP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D4BA2F" id="_x0000_s1027" style="position:absolute;left:0;text-align:left;margin-left:.75pt;margin-top:12pt;width:496.5pt;height:107.2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" fillcolor="white [3201]" strokecolor="black [3200]" strokeweight="2pt">
                <v:textbox>
                  <w:txbxContent>
                    <w:p w14:paraId="0B8AD14C" w14:textId="5E3A537A" w:rsidR="00E6166D" w:rsidRDefault="00E6166D" w:rsidP="00E6166D">
                      <w:pPr>
                        <w:rPr>
                          <w:b/>
                          <w:bCs/>
                        </w:rPr>
                      </w:pPr>
                      <w:r w:rsidRPr="00E6166D">
                        <w:rPr>
                          <w:b/>
                          <w:bCs/>
                        </w:rPr>
                        <w:t>CEVAP:</w:t>
                      </w:r>
                    </w:p>
                    <w:p w14:paraId="0D667139" w14:textId="77777777" w:rsidR="00E6166D" w:rsidRDefault="00E6166D" w:rsidP="00E6166D">
                      <w:pPr>
                        <w:rPr>
                          <w:b/>
                          <w:bCs/>
                        </w:rPr>
                      </w:pPr>
                    </w:p>
                    <w:p w14:paraId="1125815E" w14:textId="77777777" w:rsidR="00E6166D" w:rsidRPr="00E6166D" w:rsidRDefault="00E6166D" w:rsidP="00E6166D">
                      <w:pPr>
                        <w:rPr>
                          <w:b/>
                          <w:bCs/>
                        </w:rPr>
                      </w:pPr>
                    </w:p>
                  </w:txbxContent>
                </v:textbox>
              </v:rect>
            </w:pict>
          </mc:Fallback>
        </mc:AlternateContent>
      </w:r>
    </w:p>
    <w:p w14:paraId="4F8D6223" w14:textId="7A68D278" w:rsidR="00050367" w:rsidRPr="000F47BA" w:rsidRDefault="00050367" w:rsidP="00381A53">
      <w:pPr>
        <w:pStyle w:val="AralkYok"/>
        <w:ind w:left="360"/>
        <w:rPr>
          <w:rFonts w:ascii="Times New Roman" w:hAnsi="Times New Roman" w:cs="Times New Roman"/>
        </w:rPr>
      </w:pPr>
    </w:p>
    <w:p w14:paraId="188661E5" w14:textId="5C4AC00A" w:rsidR="00050367" w:rsidRPr="000F47BA" w:rsidRDefault="00050367" w:rsidP="00381A53">
      <w:pPr>
        <w:pStyle w:val="AralkYok"/>
        <w:ind w:left="360"/>
        <w:rPr>
          <w:rFonts w:ascii="Times New Roman" w:hAnsi="Times New Roman" w:cs="Times New Roman"/>
        </w:rPr>
      </w:pPr>
    </w:p>
    <w:p w14:paraId="4B9F25D1" w14:textId="24F5ADA4" w:rsidR="00427DB5" w:rsidRPr="000F47BA" w:rsidRDefault="00427DB5" w:rsidP="00A86CCB">
      <w:pPr>
        <w:pStyle w:val="AralkYok"/>
        <w:rPr>
          <w:rFonts w:ascii="Times New Roman" w:hAnsi="Times New Roman" w:cs="Times New Roman"/>
        </w:rPr>
      </w:pPr>
    </w:p>
    <w:p w14:paraId="01C01E2C" w14:textId="518EC45D" w:rsidR="00427DB5" w:rsidRPr="000F47BA" w:rsidRDefault="00427DB5" w:rsidP="00A86CCB">
      <w:pPr>
        <w:pStyle w:val="AralkYok"/>
        <w:rPr>
          <w:rFonts w:ascii="Times New Roman" w:hAnsi="Times New Roman" w:cs="Times New Roman"/>
        </w:rPr>
      </w:pPr>
    </w:p>
    <w:p w14:paraId="669C4967" w14:textId="77777777" w:rsidR="00427DB5" w:rsidRPr="000F47BA" w:rsidRDefault="00427DB5" w:rsidP="00A86CCB">
      <w:pPr>
        <w:pStyle w:val="AralkYok"/>
        <w:rPr>
          <w:rFonts w:ascii="Times New Roman" w:hAnsi="Times New Roman" w:cs="Times New Roman"/>
        </w:rPr>
      </w:pPr>
    </w:p>
    <w:p w14:paraId="11AAE1B2" w14:textId="77777777" w:rsidR="00427DB5" w:rsidRPr="000F47BA" w:rsidRDefault="00427DB5" w:rsidP="00A86CCB">
      <w:pPr>
        <w:pStyle w:val="AralkYok"/>
        <w:rPr>
          <w:rFonts w:ascii="Times New Roman" w:hAnsi="Times New Roman" w:cs="Times New Roman"/>
        </w:rPr>
      </w:pPr>
    </w:p>
    <w:p w14:paraId="3546F281" w14:textId="77777777" w:rsidR="00427DB5" w:rsidRPr="000F47BA" w:rsidRDefault="00427DB5" w:rsidP="00A86CCB">
      <w:pPr>
        <w:pStyle w:val="AralkYok"/>
        <w:rPr>
          <w:rFonts w:ascii="Times New Roman" w:hAnsi="Times New Roman" w:cs="Times New Roman"/>
        </w:rPr>
      </w:pPr>
    </w:p>
    <w:p w14:paraId="16603E26" w14:textId="77777777" w:rsidR="00E6166D" w:rsidRPr="000F47BA" w:rsidRDefault="00E6166D" w:rsidP="00A86CCB">
      <w:pPr>
        <w:pStyle w:val="AralkYok"/>
        <w:rPr>
          <w:rFonts w:ascii="Times New Roman" w:hAnsi="Times New Roman" w:cs="Times New Roman"/>
        </w:rPr>
      </w:pPr>
    </w:p>
    <w:p w14:paraId="7D897FE6" w14:textId="77777777" w:rsidR="00427DB5" w:rsidRPr="000F47BA" w:rsidRDefault="00427DB5" w:rsidP="00A86CCB">
      <w:pPr>
        <w:pStyle w:val="AralkYok"/>
        <w:rPr>
          <w:rFonts w:ascii="Times New Roman" w:hAnsi="Times New Roman" w:cs="Times New Roman"/>
        </w:rPr>
      </w:pPr>
    </w:p>
    <w:p w14:paraId="4F9BC605" w14:textId="77777777" w:rsidR="00E6166D" w:rsidRPr="000F47BA" w:rsidRDefault="00E6166D" w:rsidP="00A86CCB">
      <w:pPr>
        <w:pStyle w:val="AralkYok"/>
        <w:rPr>
          <w:rFonts w:ascii="Times New Roman" w:hAnsi="Times New Roman" w:cs="Times New Roman"/>
        </w:rPr>
      </w:pPr>
    </w:p>
    <w:p w14:paraId="1387A6A2" w14:textId="77777777" w:rsidR="00F27450" w:rsidRPr="000F47BA" w:rsidRDefault="00000000" w:rsidP="00F27450">
      <w:pPr>
        <w:pStyle w:val="AralkYok"/>
        <w:numPr>
          <w:ilvl w:val="0"/>
          <w:numId w:val="10"/>
        </w:numPr>
        <w:rPr>
          <w:rFonts w:ascii="Times New Roman" w:hAnsi="Times New Roman" w:cs="Times New Roman"/>
        </w:rPr>
      </w:pPr>
      <w:proofErr w:type="spellStart"/>
      <w:r w:rsidRPr="000F47BA">
        <w:rPr>
          <w:rFonts w:ascii="Times New Roman" w:hAnsi="Times New Roman" w:cs="Times New Roman"/>
        </w:rPr>
        <w:t>Dünyanın</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farklı</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bölgelerinde</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yaşayan</w:t>
      </w:r>
      <w:proofErr w:type="spellEnd"/>
      <w:r w:rsidRPr="000F47BA">
        <w:rPr>
          <w:rFonts w:ascii="Times New Roman" w:hAnsi="Times New Roman" w:cs="Times New Roman"/>
        </w:rPr>
        <w:t xml:space="preserve"> toplumlar, iklim şartları ve gelenekleri doğrultusunda farklı kültürel özellikler geliştirmiştir. Bu farklılıklar giyimden yeme alışkanlıklarına kadar hayatın birçok alanında kendini gösterir. Farklı kültürlerin bir arada yaşadığı toplumlarda hoşgörü ve saygı önem kazanır.</w:t>
      </w:r>
      <w:r w:rsidRPr="000F47BA">
        <w:rPr>
          <w:rFonts w:ascii="Times New Roman" w:hAnsi="Times New Roman" w:cs="Times New Roman"/>
        </w:rPr>
        <w:br/>
      </w:r>
    </w:p>
    <w:p w14:paraId="0A54E04F" w14:textId="31187D32" w:rsidR="006805A0" w:rsidRPr="000F47BA" w:rsidRDefault="00000000" w:rsidP="00F27450">
      <w:pPr>
        <w:pStyle w:val="AralkYok"/>
        <w:ind w:left="360"/>
        <w:rPr>
          <w:rFonts w:ascii="Times New Roman" w:hAnsi="Times New Roman" w:cs="Times New Roman"/>
          <w:b/>
          <w:bCs/>
        </w:rPr>
      </w:pPr>
      <w:proofErr w:type="spellStart"/>
      <w:r w:rsidRPr="000F47BA">
        <w:rPr>
          <w:rFonts w:ascii="Times New Roman" w:hAnsi="Times New Roman" w:cs="Times New Roman"/>
          <w:b/>
          <w:bCs/>
        </w:rPr>
        <w:t>Farklı</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kültürlere</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sahip</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insanların</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birlikte</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yaşamasının</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toplumsal</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hayata</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etkilerine</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iki</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örnek</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veriniz</w:t>
      </w:r>
      <w:proofErr w:type="spellEnd"/>
      <w:r w:rsidRPr="000F47BA">
        <w:rPr>
          <w:rFonts w:ascii="Times New Roman" w:hAnsi="Times New Roman" w:cs="Times New Roman"/>
          <w:b/>
          <w:bCs/>
        </w:rPr>
        <w:t>.</w:t>
      </w:r>
      <w:r w:rsidR="00051A18" w:rsidRPr="000F47BA">
        <w:rPr>
          <w:rFonts w:ascii="Times New Roman" w:hAnsi="Times New Roman" w:cs="Times New Roman"/>
          <w:b/>
          <w:bCs/>
        </w:rPr>
        <w:t xml:space="preserve"> (15 Puan)</w:t>
      </w:r>
    </w:p>
    <w:p w14:paraId="5B7959D8" w14:textId="77777777" w:rsidR="00427DB5" w:rsidRDefault="00427DB5" w:rsidP="00A86CCB">
      <w:pPr>
        <w:pStyle w:val="AralkYok"/>
        <w:rPr>
          <w:rFonts w:ascii="Times New Roman" w:hAnsi="Times New Roman" w:cs="Times New Roman"/>
        </w:rPr>
      </w:pPr>
    </w:p>
    <w:p w14:paraId="4BAC7F82" w14:textId="5DFE7EF2" w:rsidR="000C5BDB" w:rsidRDefault="000C5BDB" w:rsidP="00A86CCB">
      <w:pPr>
        <w:pStyle w:val="AralkYok"/>
        <w:rPr>
          <w:rFonts w:ascii="Times New Roman" w:hAnsi="Times New Roman" w:cs="Times New Roman"/>
        </w:rPr>
      </w:pPr>
      <w:r w:rsidRPr="000F47BA">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713DEC90" wp14:editId="4FA833F1">
                <wp:simplePos x="0" y="0"/>
                <wp:positionH relativeFrom="column">
                  <wp:posOffset>9525</wp:posOffset>
                </wp:positionH>
                <wp:positionV relativeFrom="paragraph">
                  <wp:posOffset>106680</wp:posOffset>
                </wp:positionV>
                <wp:extent cx="6305550" cy="1743075"/>
                <wp:effectExtent l="0" t="0" r="19050" b="28575"/>
                <wp:wrapNone/>
                <wp:docPr id="1598394760" name="Dikdörtgen 4"/>
                <wp:cNvGraphicFramePr/>
                <a:graphic xmlns:a="http://schemas.openxmlformats.org/drawingml/2006/main">
                  <a:graphicData uri="http://schemas.microsoft.com/office/word/2010/wordprocessingShape">
                    <wps:wsp>
                      <wps:cNvSpPr/>
                      <wps:spPr>
                        <a:xfrm>
                          <a:off x="0" y="0"/>
                          <a:ext cx="6305550" cy="1743075"/>
                        </a:xfrm>
                        <a:prstGeom prst="rect">
                          <a:avLst/>
                        </a:prstGeom>
                        <a:solidFill>
                          <a:sysClr val="window" lastClr="FFFFFF"/>
                        </a:solidFill>
                        <a:ln w="25400" cap="flat" cmpd="sng" algn="ctr">
                          <a:solidFill>
                            <a:sysClr val="windowText" lastClr="000000"/>
                          </a:solidFill>
                          <a:prstDash val="solid"/>
                        </a:ln>
                        <a:effectLst/>
                      </wps:spPr>
                      <wps:txbx>
                        <w:txbxContent>
                          <w:p w14:paraId="7EF74D28" w14:textId="77777777" w:rsidR="006F064C" w:rsidRDefault="006F064C" w:rsidP="006F064C">
                            <w:pPr>
                              <w:rPr>
                                <w:b/>
                                <w:bCs/>
                              </w:rPr>
                            </w:pPr>
                            <w:r w:rsidRPr="00E6166D">
                              <w:rPr>
                                <w:b/>
                                <w:bCs/>
                              </w:rPr>
                              <w:t>CEVAP:</w:t>
                            </w:r>
                          </w:p>
                          <w:p w14:paraId="7057E2E7" w14:textId="77777777" w:rsidR="006F064C" w:rsidRDefault="006F064C" w:rsidP="006F064C">
                            <w:pPr>
                              <w:rPr>
                                <w:b/>
                                <w:bCs/>
                              </w:rPr>
                            </w:pPr>
                          </w:p>
                          <w:p w14:paraId="76A89CFE" w14:textId="77777777" w:rsidR="006F064C" w:rsidRPr="00E6166D" w:rsidRDefault="006F064C" w:rsidP="006F064C">
                            <w:pP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3DEC90" id="_x0000_s1028" style="position:absolute;margin-left:.75pt;margin-top:8.4pt;width:496.5pt;height:13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" fillcolor="window" strokecolor="windowText" strokeweight="2pt">
                <v:textbox>
                  <w:txbxContent>
                    <w:p w14:paraId="7EF74D28" w14:textId="77777777" w:rsidR="006F064C" w:rsidRDefault="006F064C" w:rsidP="006F064C">
                      <w:pPr>
                        <w:rPr>
                          <w:b/>
                          <w:bCs/>
                        </w:rPr>
                      </w:pPr>
                      <w:r w:rsidRPr="00E6166D">
                        <w:rPr>
                          <w:b/>
                          <w:bCs/>
                        </w:rPr>
                        <w:t>CEVAP:</w:t>
                      </w:r>
                    </w:p>
                    <w:p w14:paraId="7057E2E7" w14:textId="77777777" w:rsidR="006F064C" w:rsidRDefault="006F064C" w:rsidP="006F064C">
                      <w:pPr>
                        <w:rPr>
                          <w:b/>
                          <w:bCs/>
                        </w:rPr>
                      </w:pPr>
                    </w:p>
                    <w:p w14:paraId="76A89CFE" w14:textId="77777777" w:rsidR="006F064C" w:rsidRPr="00E6166D" w:rsidRDefault="006F064C" w:rsidP="006F064C">
                      <w:pPr>
                        <w:rPr>
                          <w:b/>
                          <w:bCs/>
                        </w:rPr>
                      </w:pPr>
                    </w:p>
                  </w:txbxContent>
                </v:textbox>
              </v:rect>
            </w:pict>
          </mc:Fallback>
        </mc:AlternateContent>
      </w:r>
    </w:p>
    <w:p w14:paraId="49A73E70" w14:textId="6ADCE249" w:rsidR="000C5BDB" w:rsidRDefault="000C5BDB" w:rsidP="00A86CCB">
      <w:pPr>
        <w:pStyle w:val="AralkYok"/>
        <w:rPr>
          <w:rFonts w:ascii="Times New Roman" w:hAnsi="Times New Roman" w:cs="Times New Roman"/>
        </w:rPr>
      </w:pPr>
    </w:p>
    <w:p w14:paraId="6D2890A1" w14:textId="6343A674" w:rsidR="000C5BDB" w:rsidRDefault="000C5BDB" w:rsidP="00A86CCB">
      <w:pPr>
        <w:pStyle w:val="AralkYok"/>
        <w:rPr>
          <w:rFonts w:ascii="Times New Roman" w:hAnsi="Times New Roman" w:cs="Times New Roman"/>
        </w:rPr>
      </w:pPr>
    </w:p>
    <w:p w14:paraId="11A6E6D0" w14:textId="35F38E2D" w:rsidR="000C5BDB" w:rsidRDefault="000C5BDB" w:rsidP="00A86CCB">
      <w:pPr>
        <w:pStyle w:val="AralkYok"/>
        <w:rPr>
          <w:rFonts w:ascii="Times New Roman" w:hAnsi="Times New Roman" w:cs="Times New Roman"/>
        </w:rPr>
      </w:pPr>
    </w:p>
    <w:p w14:paraId="2B1088E2" w14:textId="1D4D324B" w:rsidR="000C5BDB" w:rsidRDefault="000C5BDB" w:rsidP="00A86CCB">
      <w:pPr>
        <w:pStyle w:val="AralkYok"/>
        <w:rPr>
          <w:rFonts w:ascii="Times New Roman" w:hAnsi="Times New Roman" w:cs="Times New Roman"/>
        </w:rPr>
      </w:pPr>
    </w:p>
    <w:p w14:paraId="65999F06" w14:textId="25A8A099" w:rsidR="000C5BDB" w:rsidRDefault="000C5BDB" w:rsidP="00A86CCB">
      <w:pPr>
        <w:pStyle w:val="AralkYok"/>
        <w:rPr>
          <w:rFonts w:ascii="Times New Roman" w:hAnsi="Times New Roman" w:cs="Times New Roman"/>
        </w:rPr>
      </w:pPr>
    </w:p>
    <w:p w14:paraId="4E221F3C" w14:textId="0C3F9AB0" w:rsidR="000C5BDB" w:rsidRDefault="000C5BDB" w:rsidP="00A86CCB">
      <w:pPr>
        <w:pStyle w:val="AralkYok"/>
        <w:rPr>
          <w:rFonts w:ascii="Times New Roman" w:hAnsi="Times New Roman" w:cs="Times New Roman"/>
        </w:rPr>
      </w:pPr>
    </w:p>
    <w:p w14:paraId="5910A361" w14:textId="16A35ABC" w:rsidR="000C5BDB" w:rsidRDefault="000C5BDB" w:rsidP="00A86CCB">
      <w:pPr>
        <w:pStyle w:val="AralkYok"/>
        <w:rPr>
          <w:rFonts w:ascii="Times New Roman" w:hAnsi="Times New Roman" w:cs="Times New Roman"/>
        </w:rPr>
      </w:pPr>
    </w:p>
    <w:p w14:paraId="5A1E4BC9" w14:textId="306641FE" w:rsidR="000C5BDB" w:rsidRDefault="000C5BDB" w:rsidP="00A86CCB">
      <w:pPr>
        <w:pStyle w:val="AralkYok"/>
        <w:rPr>
          <w:rFonts w:ascii="Times New Roman" w:hAnsi="Times New Roman" w:cs="Times New Roman"/>
        </w:rPr>
      </w:pPr>
    </w:p>
    <w:p w14:paraId="7322D227" w14:textId="67DCC274" w:rsidR="000C5BDB" w:rsidRDefault="000C5BDB" w:rsidP="00A86CCB">
      <w:pPr>
        <w:pStyle w:val="AralkYok"/>
        <w:rPr>
          <w:rFonts w:ascii="Times New Roman" w:hAnsi="Times New Roman" w:cs="Times New Roman"/>
        </w:rPr>
      </w:pPr>
    </w:p>
    <w:p w14:paraId="06EE620E" w14:textId="509294E7" w:rsidR="000C5BDB" w:rsidRDefault="000C5BDB" w:rsidP="00A86CCB">
      <w:pPr>
        <w:pStyle w:val="AralkYok"/>
        <w:rPr>
          <w:rFonts w:ascii="Times New Roman" w:hAnsi="Times New Roman" w:cs="Times New Roman"/>
        </w:rPr>
      </w:pPr>
    </w:p>
    <w:p w14:paraId="2F639315" w14:textId="054EBBC2" w:rsidR="000C5BDB" w:rsidRDefault="000C5BDB" w:rsidP="00A86CCB">
      <w:pPr>
        <w:pStyle w:val="AralkYok"/>
        <w:rPr>
          <w:rFonts w:ascii="Times New Roman" w:hAnsi="Times New Roman" w:cs="Times New Roman"/>
        </w:rPr>
      </w:pPr>
    </w:p>
    <w:p w14:paraId="311A04D6" w14:textId="2875D131" w:rsidR="000C5BDB" w:rsidRDefault="000C5BDB" w:rsidP="00A86CCB">
      <w:pPr>
        <w:pStyle w:val="AralkYok"/>
        <w:rPr>
          <w:rFonts w:ascii="Times New Roman" w:hAnsi="Times New Roman" w:cs="Times New Roman"/>
        </w:rPr>
      </w:pPr>
    </w:p>
    <w:p w14:paraId="624D7918" w14:textId="3105C66D" w:rsidR="000C5BDB" w:rsidRDefault="000C5BDB" w:rsidP="00A86CCB">
      <w:pPr>
        <w:pStyle w:val="AralkYok"/>
        <w:rPr>
          <w:rFonts w:ascii="Times New Roman" w:hAnsi="Times New Roman" w:cs="Times New Roman"/>
        </w:rPr>
      </w:pPr>
    </w:p>
    <w:p w14:paraId="143B0BED" w14:textId="77777777" w:rsidR="00427DB5" w:rsidRPr="000F47BA" w:rsidRDefault="00427DB5" w:rsidP="00A86CCB">
      <w:pPr>
        <w:pStyle w:val="AralkYok"/>
        <w:rPr>
          <w:rFonts w:ascii="Times New Roman" w:hAnsi="Times New Roman" w:cs="Times New Roman"/>
        </w:rPr>
      </w:pPr>
    </w:p>
    <w:p w14:paraId="78045AB0" w14:textId="77777777" w:rsidR="00CA5F49" w:rsidRPr="000F47BA" w:rsidRDefault="00000000" w:rsidP="00CA5F49">
      <w:pPr>
        <w:pStyle w:val="AralkYok"/>
        <w:numPr>
          <w:ilvl w:val="0"/>
          <w:numId w:val="10"/>
        </w:numPr>
        <w:rPr>
          <w:rFonts w:ascii="Times New Roman" w:hAnsi="Times New Roman" w:cs="Times New Roman"/>
          <w:b/>
          <w:bCs/>
        </w:rPr>
      </w:pPr>
      <w:proofErr w:type="spellStart"/>
      <w:r w:rsidRPr="000F47BA">
        <w:rPr>
          <w:rFonts w:ascii="Times New Roman" w:hAnsi="Times New Roman" w:cs="Times New Roman"/>
        </w:rPr>
        <w:t>Kültür</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bir</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toplumun</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yaşam</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biçimini</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gelenek</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ve</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göreneklerini</w:t>
      </w:r>
      <w:proofErr w:type="spellEnd"/>
      <w:r w:rsidRPr="000F47BA">
        <w:rPr>
          <w:rFonts w:ascii="Times New Roman" w:hAnsi="Times New Roman" w:cs="Times New Roman"/>
        </w:rPr>
        <w:t>, yeme-içme alışkanlıklarını ve kutlamalarını kapsar. Her toplumun kültürü yaşadığı coğrafya ve tarihsel süreçlere bağlı olarak şekillenir. Kültürel özellikler günlük yaşama doğrudan yansır ve yaşam tarzını belirler.</w:t>
      </w:r>
      <w:r w:rsidRPr="000F47BA">
        <w:rPr>
          <w:rFonts w:ascii="Times New Roman" w:hAnsi="Times New Roman" w:cs="Times New Roman"/>
        </w:rPr>
        <w:br/>
      </w:r>
    </w:p>
    <w:p w14:paraId="752DF6AF" w14:textId="6229D61B" w:rsidR="006805A0" w:rsidRPr="000F47BA" w:rsidRDefault="00000000" w:rsidP="00CA5F49">
      <w:pPr>
        <w:pStyle w:val="AralkYok"/>
        <w:ind w:left="360"/>
        <w:rPr>
          <w:rFonts w:ascii="Times New Roman" w:hAnsi="Times New Roman" w:cs="Times New Roman"/>
          <w:b/>
          <w:bCs/>
        </w:rPr>
      </w:pPr>
      <w:proofErr w:type="spellStart"/>
      <w:r w:rsidRPr="000F47BA">
        <w:rPr>
          <w:rFonts w:ascii="Times New Roman" w:hAnsi="Times New Roman" w:cs="Times New Roman"/>
          <w:b/>
          <w:bCs/>
        </w:rPr>
        <w:t>Kültürel</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özelliklerin</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günlük</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yaşama</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nasıl</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yansıdığını</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açıklayınız</w:t>
      </w:r>
      <w:proofErr w:type="spellEnd"/>
      <w:r w:rsidRPr="000F47BA">
        <w:rPr>
          <w:rFonts w:ascii="Times New Roman" w:hAnsi="Times New Roman" w:cs="Times New Roman"/>
          <w:b/>
          <w:bCs/>
        </w:rPr>
        <w:t xml:space="preserve">. En </w:t>
      </w:r>
      <w:proofErr w:type="spellStart"/>
      <w:r w:rsidRPr="000F47BA">
        <w:rPr>
          <w:rFonts w:ascii="Times New Roman" w:hAnsi="Times New Roman" w:cs="Times New Roman"/>
          <w:b/>
          <w:bCs/>
        </w:rPr>
        <w:t>az</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bir</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somut</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örnek</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veriniz</w:t>
      </w:r>
      <w:proofErr w:type="spellEnd"/>
      <w:r w:rsidRPr="000F47BA">
        <w:rPr>
          <w:rFonts w:ascii="Times New Roman" w:hAnsi="Times New Roman" w:cs="Times New Roman"/>
          <w:b/>
          <w:bCs/>
        </w:rPr>
        <w:t>.</w:t>
      </w:r>
      <w:r w:rsidR="00E8302E" w:rsidRPr="000F47BA">
        <w:rPr>
          <w:rFonts w:ascii="Times New Roman" w:hAnsi="Times New Roman" w:cs="Times New Roman"/>
          <w:b/>
          <w:bCs/>
        </w:rPr>
        <w:t xml:space="preserve"> </w:t>
      </w:r>
      <w:r w:rsidR="00F73577" w:rsidRPr="000F47BA">
        <w:rPr>
          <w:rFonts w:ascii="Times New Roman" w:hAnsi="Times New Roman" w:cs="Times New Roman"/>
          <w:b/>
          <w:bCs/>
        </w:rPr>
        <w:t>(20 Puan)</w:t>
      </w:r>
    </w:p>
    <w:p w14:paraId="5605CC23" w14:textId="1BB37799" w:rsidR="00427DB5" w:rsidRPr="000F47BA" w:rsidRDefault="006F064C" w:rsidP="00A86CCB">
      <w:pPr>
        <w:pStyle w:val="AralkYok"/>
        <w:rPr>
          <w:rFonts w:ascii="Times New Roman" w:hAnsi="Times New Roman" w:cs="Times New Roman"/>
          <w:b/>
          <w:bCs/>
        </w:rPr>
      </w:pPr>
      <w:r w:rsidRPr="000F47BA">
        <w:rPr>
          <w:rFonts w:ascii="Times New Roman" w:hAnsi="Times New Roman" w:cs="Times New Roman"/>
          <w:noProof/>
        </w:rPr>
        <mc:AlternateContent>
          <mc:Choice Requires="wps">
            <w:drawing>
              <wp:anchor distT="0" distB="0" distL="114300" distR="114300" simplePos="0" relativeHeight="251667456" behindDoc="0" locked="0" layoutInCell="1" allowOverlap="1" wp14:anchorId="77E6038A" wp14:editId="61413DBE">
                <wp:simplePos x="0" y="0"/>
                <wp:positionH relativeFrom="column">
                  <wp:posOffset>0</wp:posOffset>
                </wp:positionH>
                <wp:positionV relativeFrom="paragraph">
                  <wp:posOffset>158749</wp:posOffset>
                </wp:positionV>
                <wp:extent cx="6305550" cy="1304925"/>
                <wp:effectExtent l="0" t="0" r="19050" b="28575"/>
                <wp:wrapNone/>
                <wp:docPr id="1491145587" name="Dikdörtgen 4"/>
                <wp:cNvGraphicFramePr/>
                <a:graphic xmlns:a="http://schemas.openxmlformats.org/drawingml/2006/main">
                  <a:graphicData uri="http://schemas.microsoft.com/office/word/2010/wordprocessingShape">
                    <wps:wsp>
                      <wps:cNvSpPr/>
                      <wps:spPr>
                        <a:xfrm>
                          <a:off x="0" y="0"/>
                          <a:ext cx="6305550" cy="1304925"/>
                        </a:xfrm>
                        <a:prstGeom prst="rect">
                          <a:avLst/>
                        </a:prstGeom>
                        <a:solidFill>
                          <a:sysClr val="window" lastClr="FFFFFF"/>
                        </a:solidFill>
                        <a:ln w="25400" cap="flat" cmpd="sng" algn="ctr">
                          <a:solidFill>
                            <a:sysClr val="windowText" lastClr="000000"/>
                          </a:solidFill>
                          <a:prstDash val="solid"/>
                        </a:ln>
                        <a:effectLst/>
                      </wps:spPr>
                      <wps:txbx>
                        <w:txbxContent>
                          <w:p w14:paraId="5E8C9697" w14:textId="77777777" w:rsidR="006F064C" w:rsidRDefault="006F064C" w:rsidP="006F064C">
                            <w:pPr>
                              <w:rPr>
                                <w:b/>
                                <w:bCs/>
                              </w:rPr>
                            </w:pPr>
                            <w:r w:rsidRPr="00E6166D">
                              <w:rPr>
                                <w:b/>
                                <w:bCs/>
                              </w:rPr>
                              <w:t>CEVAP:</w:t>
                            </w:r>
                          </w:p>
                          <w:p w14:paraId="527A10BF" w14:textId="77777777" w:rsidR="006F064C" w:rsidRDefault="006F064C" w:rsidP="006F064C">
                            <w:pPr>
                              <w:rPr>
                                <w:b/>
                                <w:bCs/>
                              </w:rPr>
                            </w:pPr>
                          </w:p>
                          <w:p w14:paraId="2FE14CD3" w14:textId="77777777" w:rsidR="006F064C" w:rsidRPr="00E6166D" w:rsidRDefault="006F064C" w:rsidP="006F064C">
                            <w:pP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E6038A" id="_x0000_s1029" style="position:absolute;margin-left:0;margin-top:12.5pt;width:496.5pt;height:102.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" fillcolor="window" strokecolor="windowText" strokeweight="2pt">
                <v:textbox>
                  <w:txbxContent>
                    <w:p w14:paraId="5E8C9697" w14:textId="77777777" w:rsidR="006F064C" w:rsidRDefault="006F064C" w:rsidP="006F064C">
                      <w:pPr>
                        <w:rPr>
                          <w:b/>
                          <w:bCs/>
                        </w:rPr>
                      </w:pPr>
                      <w:r w:rsidRPr="00E6166D">
                        <w:rPr>
                          <w:b/>
                          <w:bCs/>
                        </w:rPr>
                        <w:t>CEVAP:</w:t>
                      </w:r>
                    </w:p>
                    <w:p w14:paraId="527A10BF" w14:textId="77777777" w:rsidR="006F064C" w:rsidRDefault="006F064C" w:rsidP="006F064C">
                      <w:pPr>
                        <w:rPr>
                          <w:b/>
                          <w:bCs/>
                        </w:rPr>
                      </w:pPr>
                    </w:p>
                    <w:p w14:paraId="2FE14CD3" w14:textId="77777777" w:rsidR="006F064C" w:rsidRPr="00E6166D" w:rsidRDefault="006F064C" w:rsidP="006F064C">
                      <w:pPr>
                        <w:rPr>
                          <w:b/>
                          <w:bCs/>
                        </w:rPr>
                      </w:pPr>
                    </w:p>
                  </w:txbxContent>
                </v:textbox>
              </v:rect>
            </w:pict>
          </mc:Fallback>
        </mc:AlternateContent>
      </w:r>
    </w:p>
    <w:p w14:paraId="284B27CB" w14:textId="0B229DE8" w:rsidR="00427DB5" w:rsidRPr="000F47BA" w:rsidRDefault="00427DB5" w:rsidP="00A86CCB">
      <w:pPr>
        <w:pStyle w:val="AralkYok"/>
        <w:rPr>
          <w:rFonts w:ascii="Times New Roman" w:hAnsi="Times New Roman" w:cs="Times New Roman"/>
          <w:b/>
          <w:bCs/>
        </w:rPr>
      </w:pPr>
    </w:p>
    <w:p w14:paraId="190C3409" w14:textId="7524B151" w:rsidR="00427DB5" w:rsidRPr="000F47BA" w:rsidRDefault="00427DB5" w:rsidP="00A86CCB">
      <w:pPr>
        <w:pStyle w:val="AralkYok"/>
        <w:rPr>
          <w:rFonts w:ascii="Times New Roman" w:hAnsi="Times New Roman" w:cs="Times New Roman"/>
        </w:rPr>
      </w:pPr>
    </w:p>
    <w:p w14:paraId="332CBC37" w14:textId="77777777" w:rsidR="006F064C" w:rsidRPr="000F47BA" w:rsidRDefault="006F064C" w:rsidP="00A86CCB">
      <w:pPr>
        <w:pStyle w:val="AralkYok"/>
        <w:rPr>
          <w:rFonts w:ascii="Times New Roman" w:hAnsi="Times New Roman" w:cs="Times New Roman"/>
        </w:rPr>
      </w:pPr>
    </w:p>
    <w:p w14:paraId="1F7264C1" w14:textId="77777777" w:rsidR="006F064C" w:rsidRPr="000F47BA" w:rsidRDefault="006F064C" w:rsidP="00A86CCB">
      <w:pPr>
        <w:pStyle w:val="AralkYok"/>
        <w:rPr>
          <w:rFonts w:ascii="Times New Roman" w:hAnsi="Times New Roman" w:cs="Times New Roman"/>
        </w:rPr>
      </w:pPr>
    </w:p>
    <w:p w14:paraId="690A87CF" w14:textId="77777777" w:rsidR="006F064C" w:rsidRPr="000F47BA" w:rsidRDefault="006F064C" w:rsidP="00A86CCB">
      <w:pPr>
        <w:pStyle w:val="AralkYok"/>
        <w:rPr>
          <w:rFonts w:ascii="Times New Roman" w:hAnsi="Times New Roman" w:cs="Times New Roman"/>
        </w:rPr>
      </w:pPr>
    </w:p>
    <w:p w14:paraId="7696F854" w14:textId="77777777" w:rsidR="006F064C" w:rsidRPr="000F47BA" w:rsidRDefault="006F064C" w:rsidP="00A86CCB">
      <w:pPr>
        <w:pStyle w:val="AralkYok"/>
        <w:rPr>
          <w:rFonts w:ascii="Times New Roman" w:hAnsi="Times New Roman" w:cs="Times New Roman"/>
        </w:rPr>
      </w:pPr>
    </w:p>
    <w:p w14:paraId="5850267D" w14:textId="77777777" w:rsidR="006F064C" w:rsidRPr="000F47BA" w:rsidRDefault="006F064C" w:rsidP="00A86CCB">
      <w:pPr>
        <w:pStyle w:val="AralkYok"/>
        <w:rPr>
          <w:rFonts w:ascii="Times New Roman" w:hAnsi="Times New Roman" w:cs="Times New Roman"/>
        </w:rPr>
      </w:pPr>
    </w:p>
    <w:p w14:paraId="02F6FC6F" w14:textId="77777777" w:rsidR="006F064C" w:rsidRPr="000F47BA" w:rsidRDefault="006F064C" w:rsidP="00A86CCB">
      <w:pPr>
        <w:pStyle w:val="AralkYok"/>
        <w:rPr>
          <w:rFonts w:ascii="Times New Roman" w:hAnsi="Times New Roman" w:cs="Times New Roman"/>
        </w:rPr>
      </w:pPr>
    </w:p>
    <w:p w14:paraId="004946F0" w14:textId="77777777" w:rsidR="00427DB5" w:rsidRPr="000F47BA" w:rsidRDefault="00427DB5" w:rsidP="00A86CCB">
      <w:pPr>
        <w:pStyle w:val="AralkYok"/>
        <w:rPr>
          <w:rFonts w:ascii="Times New Roman" w:hAnsi="Times New Roman" w:cs="Times New Roman"/>
        </w:rPr>
      </w:pPr>
    </w:p>
    <w:p w14:paraId="1D6BEE29" w14:textId="77777777" w:rsidR="00CA5F49" w:rsidRPr="000F47BA" w:rsidRDefault="00000000" w:rsidP="00CA5F49">
      <w:pPr>
        <w:pStyle w:val="AralkYok"/>
        <w:numPr>
          <w:ilvl w:val="0"/>
          <w:numId w:val="10"/>
        </w:numPr>
        <w:rPr>
          <w:rFonts w:ascii="Times New Roman" w:hAnsi="Times New Roman" w:cs="Times New Roman"/>
          <w:b/>
          <w:bCs/>
        </w:rPr>
      </w:pPr>
      <w:proofErr w:type="spellStart"/>
      <w:r w:rsidRPr="000F47BA">
        <w:rPr>
          <w:rFonts w:ascii="Times New Roman" w:hAnsi="Times New Roman" w:cs="Times New Roman"/>
        </w:rPr>
        <w:t>Toplumda</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birlik</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ve</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beraberliği</w:t>
      </w:r>
      <w:proofErr w:type="spellEnd"/>
      <w:r w:rsidRPr="000F47BA">
        <w:rPr>
          <w:rFonts w:ascii="Times New Roman" w:hAnsi="Times New Roman" w:cs="Times New Roman"/>
        </w:rPr>
        <w:t xml:space="preserve"> güçlendiren en önemli unsurlardan biri yardımlaşma ve dayanışmadır. Özellikle afet, hastalık gibi zor zamanlarda insanların birbirine destek olması toplumsal bağları kuvvetlendirir. Dayanışma sadece zor zamanlarda değil, günlük yaşamda da önem taşır.</w:t>
      </w:r>
      <w:r w:rsidRPr="000F47BA">
        <w:rPr>
          <w:rFonts w:ascii="Times New Roman" w:hAnsi="Times New Roman" w:cs="Times New Roman"/>
        </w:rPr>
        <w:br/>
      </w:r>
    </w:p>
    <w:p w14:paraId="790069CC" w14:textId="1568014C" w:rsidR="00F73577" w:rsidRPr="000F47BA" w:rsidRDefault="00000000" w:rsidP="00F73577">
      <w:pPr>
        <w:pStyle w:val="AralkYok"/>
        <w:ind w:left="360"/>
        <w:rPr>
          <w:rFonts w:ascii="Times New Roman" w:hAnsi="Times New Roman" w:cs="Times New Roman"/>
          <w:b/>
          <w:bCs/>
        </w:rPr>
      </w:pPr>
      <w:proofErr w:type="spellStart"/>
      <w:r w:rsidRPr="000F47BA">
        <w:rPr>
          <w:rFonts w:ascii="Times New Roman" w:hAnsi="Times New Roman" w:cs="Times New Roman"/>
          <w:b/>
          <w:bCs/>
        </w:rPr>
        <w:t>Yardımlaşma</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ve</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dayanışmanın</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toplumsal</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birlik</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üzerindeki</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etkilerini</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bir</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örnekle</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açıklayınız</w:t>
      </w:r>
      <w:proofErr w:type="spellEnd"/>
      <w:r w:rsidRPr="000F47BA">
        <w:rPr>
          <w:rFonts w:ascii="Times New Roman" w:hAnsi="Times New Roman" w:cs="Times New Roman"/>
          <w:b/>
          <w:bCs/>
        </w:rPr>
        <w:t>.</w:t>
      </w:r>
      <w:r w:rsidR="00F73577" w:rsidRPr="000F47BA">
        <w:rPr>
          <w:rFonts w:ascii="Times New Roman" w:hAnsi="Times New Roman" w:cs="Times New Roman"/>
          <w:b/>
          <w:bCs/>
        </w:rPr>
        <w:t xml:space="preserve"> (15 Puan)</w:t>
      </w:r>
    </w:p>
    <w:p w14:paraId="7F5D9C6B" w14:textId="1FE7A9C1" w:rsidR="006805A0" w:rsidRPr="000F47BA" w:rsidRDefault="006805A0" w:rsidP="00CA5F49">
      <w:pPr>
        <w:pStyle w:val="AralkYok"/>
        <w:ind w:left="360"/>
        <w:rPr>
          <w:rFonts w:ascii="Times New Roman" w:hAnsi="Times New Roman" w:cs="Times New Roman"/>
          <w:b/>
          <w:bCs/>
        </w:rPr>
      </w:pPr>
    </w:p>
    <w:p w14:paraId="42EF704B" w14:textId="63E80696" w:rsidR="00427DB5" w:rsidRPr="000F47BA" w:rsidRDefault="00F73577" w:rsidP="00A86CCB">
      <w:pPr>
        <w:pStyle w:val="AralkYok"/>
        <w:rPr>
          <w:rFonts w:ascii="Times New Roman" w:hAnsi="Times New Roman" w:cs="Times New Roman"/>
          <w:b/>
          <w:bCs/>
        </w:rPr>
      </w:pPr>
      <w:r w:rsidRPr="000F47BA">
        <w:rPr>
          <w:rFonts w:ascii="Times New Roman" w:hAnsi="Times New Roman" w:cs="Times New Roman"/>
          <w:noProof/>
        </w:rPr>
        <mc:AlternateContent>
          <mc:Choice Requires="wps">
            <w:drawing>
              <wp:anchor distT="0" distB="0" distL="114300" distR="114300" simplePos="0" relativeHeight="251673600" behindDoc="0" locked="0" layoutInCell="1" allowOverlap="1" wp14:anchorId="76A72142" wp14:editId="7F967282">
                <wp:simplePos x="0" y="0"/>
                <wp:positionH relativeFrom="column">
                  <wp:posOffset>0</wp:posOffset>
                </wp:positionH>
                <wp:positionV relativeFrom="paragraph">
                  <wp:posOffset>48895</wp:posOffset>
                </wp:positionV>
                <wp:extent cx="6305550" cy="1343025"/>
                <wp:effectExtent l="0" t="0" r="19050" b="28575"/>
                <wp:wrapNone/>
                <wp:docPr id="1266166828" name="Dikdörtgen 4"/>
                <wp:cNvGraphicFramePr/>
                <a:graphic xmlns:a="http://schemas.openxmlformats.org/drawingml/2006/main">
                  <a:graphicData uri="http://schemas.microsoft.com/office/word/2010/wordprocessingShape">
                    <wps:wsp>
                      <wps:cNvSpPr/>
                      <wps:spPr>
                        <a:xfrm>
                          <a:off x="0" y="0"/>
                          <a:ext cx="6305550" cy="1343025"/>
                        </a:xfrm>
                        <a:prstGeom prst="rect">
                          <a:avLst/>
                        </a:prstGeom>
                        <a:solidFill>
                          <a:sysClr val="window" lastClr="FFFFFF"/>
                        </a:solidFill>
                        <a:ln w="25400" cap="flat" cmpd="sng" algn="ctr">
                          <a:solidFill>
                            <a:sysClr val="windowText" lastClr="000000"/>
                          </a:solidFill>
                          <a:prstDash val="solid"/>
                        </a:ln>
                        <a:effectLst/>
                      </wps:spPr>
                      <wps:txbx>
                        <w:txbxContent>
                          <w:p w14:paraId="620E4312" w14:textId="77777777" w:rsidR="006F064C" w:rsidRDefault="006F064C" w:rsidP="006F064C">
                            <w:pPr>
                              <w:rPr>
                                <w:b/>
                                <w:bCs/>
                              </w:rPr>
                            </w:pPr>
                            <w:r w:rsidRPr="00E6166D">
                              <w:rPr>
                                <w:b/>
                                <w:bCs/>
                              </w:rPr>
                              <w:t>CEVAP:</w:t>
                            </w:r>
                          </w:p>
                          <w:p w14:paraId="582FF177" w14:textId="77777777" w:rsidR="006F064C" w:rsidRDefault="006F064C" w:rsidP="006F064C">
                            <w:pPr>
                              <w:rPr>
                                <w:b/>
                                <w:bCs/>
                              </w:rPr>
                            </w:pPr>
                          </w:p>
                          <w:p w14:paraId="49E47F07" w14:textId="77777777" w:rsidR="00050367" w:rsidRDefault="00050367" w:rsidP="006F064C">
                            <w:pPr>
                              <w:rPr>
                                <w:b/>
                                <w:bCs/>
                              </w:rPr>
                            </w:pPr>
                          </w:p>
                          <w:p w14:paraId="7898EDB3" w14:textId="77777777" w:rsidR="00050367" w:rsidRDefault="00050367" w:rsidP="006F064C">
                            <w:pPr>
                              <w:rPr>
                                <w:b/>
                                <w:bCs/>
                              </w:rPr>
                            </w:pPr>
                          </w:p>
                          <w:p w14:paraId="497D811D" w14:textId="77777777" w:rsidR="00050367" w:rsidRDefault="00050367" w:rsidP="006F064C">
                            <w:pPr>
                              <w:rPr>
                                <w:b/>
                                <w:bCs/>
                              </w:rPr>
                            </w:pPr>
                          </w:p>
                          <w:p w14:paraId="424F3999" w14:textId="77777777" w:rsidR="006F064C" w:rsidRPr="00E6166D" w:rsidRDefault="006F064C" w:rsidP="006F064C">
                            <w:pP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A72142" id="_x0000_s1030" style="position:absolute;margin-left:0;margin-top:3.85pt;width:496.5pt;height:105.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" fillcolor="window" strokecolor="windowText" strokeweight="2pt">
                <v:textbox>
                  <w:txbxContent>
                    <w:p w14:paraId="620E4312" w14:textId="77777777" w:rsidR="006F064C" w:rsidRDefault="006F064C" w:rsidP="006F064C">
                      <w:pPr>
                        <w:rPr>
                          <w:b/>
                          <w:bCs/>
                        </w:rPr>
                      </w:pPr>
                      <w:r w:rsidRPr="00E6166D">
                        <w:rPr>
                          <w:b/>
                          <w:bCs/>
                        </w:rPr>
                        <w:t>CEVAP:</w:t>
                      </w:r>
                    </w:p>
                    <w:p w14:paraId="582FF177" w14:textId="77777777" w:rsidR="006F064C" w:rsidRDefault="006F064C" w:rsidP="006F064C">
                      <w:pPr>
                        <w:rPr>
                          <w:b/>
                          <w:bCs/>
                        </w:rPr>
                      </w:pPr>
                    </w:p>
                    <w:p w14:paraId="49E47F07" w14:textId="77777777" w:rsidR="00050367" w:rsidRDefault="00050367" w:rsidP="006F064C">
                      <w:pPr>
                        <w:rPr>
                          <w:b/>
                          <w:bCs/>
                        </w:rPr>
                      </w:pPr>
                    </w:p>
                    <w:p w14:paraId="7898EDB3" w14:textId="77777777" w:rsidR="00050367" w:rsidRDefault="00050367" w:rsidP="006F064C">
                      <w:pPr>
                        <w:rPr>
                          <w:b/>
                          <w:bCs/>
                        </w:rPr>
                      </w:pPr>
                    </w:p>
                    <w:p w14:paraId="497D811D" w14:textId="77777777" w:rsidR="00050367" w:rsidRDefault="00050367" w:rsidP="006F064C">
                      <w:pPr>
                        <w:rPr>
                          <w:b/>
                          <w:bCs/>
                        </w:rPr>
                      </w:pPr>
                    </w:p>
                    <w:p w14:paraId="424F3999" w14:textId="77777777" w:rsidR="006F064C" w:rsidRPr="00E6166D" w:rsidRDefault="006F064C" w:rsidP="006F064C">
                      <w:pPr>
                        <w:rPr>
                          <w:b/>
                          <w:bCs/>
                        </w:rPr>
                      </w:pPr>
                    </w:p>
                  </w:txbxContent>
                </v:textbox>
              </v:rect>
            </w:pict>
          </mc:Fallback>
        </mc:AlternateContent>
      </w:r>
    </w:p>
    <w:p w14:paraId="66D51426" w14:textId="40CBC241" w:rsidR="00427DB5" w:rsidRPr="000F47BA" w:rsidRDefault="00427DB5" w:rsidP="00A86CCB">
      <w:pPr>
        <w:pStyle w:val="AralkYok"/>
        <w:rPr>
          <w:rFonts w:ascii="Times New Roman" w:hAnsi="Times New Roman" w:cs="Times New Roman"/>
        </w:rPr>
      </w:pPr>
    </w:p>
    <w:p w14:paraId="2D6EDDC4" w14:textId="5B70ACD6" w:rsidR="00427DB5" w:rsidRPr="000F47BA" w:rsidRDefault="00427DB5" w:rsidP="00A86CCB">
      <w:pPr>
        <w:pStyle w:val="AralkYok"/>
        <w:rPr>
          <w:rFonts w:ascii="Times New Roman" w:hAnsi="Times New Roman" w:cs="Times New Roman"/>
        </w:rPr>
      </w:pPr>
    </w:p>
    <w:p w14:paraId="4C92501D" w14:textId="77777777" w:rsidR="006F064C" w:rsidRPr="000F47BA" w:rsidRDefault="006F064C" w:rsidP="00A86CCB">
      <w:pPr>
        <w:pStyle w:val="AralkYok"/>
        <w:rPr>
          <w:rFonts w:ascii="Times New Roman" w:hAnsi="Times New Roman" w:cs="Times New Roman"/>
        </w:rPr>
      </w:pPr>
    </w:p>
    <w:p w14:paraId="4D2BC847" w14:textId="77777777" w:rsidR="006F064C" w:rsidRPr="000F47BA" w:rsidRDefault="006F064C" w:rsidP="00A86CCB">
      <w:pPr>
        <w:pStyle w:val="AralkYok"/>
        <w:rPr>
          <w:rFonts w:ascii="Times New Roman" w:hAnsi="Times New Roman" w:cs="Times New Roman"/>
        </w:rPr>
      </w:pPr>
    </w:p>
    <w:p w14:paraId="0F523FE6" w14:textId="77777777" w:rsidR="006F064C" w:rsidRPr="000F47BA" w:rsidRDefault="006F064C" w:rsidP="00A86CCB">
      <w:pPr>
        <w:pStyle w:val="AralkYok"/>
        <w:rPr>
          <w:rFonts w:ascii="Times New Roman" w:hAnsi="Times New Roman" w:cs="Times New Roman"/>
        </w:rPr>
      </w:pPr>
    </w:p>
    <w:p w14:paraId="3FF354B0" w14:textId="77777777" w:rsidR="006F064C" w:rsidRPr="000F47BA" w:rsidRDefault="006F064C" w:rsidP="00A86CCB">
      <w:pPr>
        <w:pStyle w:val="AralkYok"/>
        <w:rPr>
          <w:rFonts w:ascii="Times New Roman" w:hAnsi="Times New Roman" w:cs="Times New Roman"/>
        </w:rPr>
      </w:pPr>
    </w:p>
    <w:p w14:paraId="4F258D2B" w14:textId="77777777" w:rsidR="006F064C" w:rsidRPr="000F47BA" w:rsidRDefault="006F064C" w:rsidP="00A86CCB">
      <w:pPr>
        <w:pStyle w:val="AralkYok"/>
        <w:rPr>
          <w:rFonts w:ascii="Times New Roman" w:hAnsi="Times New Roman" w:cs="Times New Roman"/>
        </w:rPr>
      </w:pPr>
    </w:p>
    <w:p w14:paraId="728B38C8" w14:textId="77777777" w:rsidR="006F064C" w:rsidRPr="000F47BA" w:rsidRDefault="006F064C" w:rsidP="00A86CCB">
      <w:pPr>
        <w:pStyle w:val="AralkYok"/>
        <w:rPr>
          <w:rFonts w:ascii="Times New Roman" w:hAnsi="Times New Roman" w:cs="Times New Roman"/>
        </w:rPr>
      </w:pPr>
    </w:p>
    <w:p w14:paraId="245AC554" w14:textId="77777777" w:rsidR="00427DB5" w:rsidRPr="000F47BA" w:rsidRDefault="00427DB5" w:rsidP="00A86CCB">
      <w:pPr>
        <w:pStyle w:val="AralkYok"/>
        <w:rPr>
          <w:rFonts w:ascii="Times New Roman" w:hAnsi="Times New Roman" w:cs="Times New Roman"/>
        </w:rPr>
      </w:pPr>
    </w:p>
    <w:p w14:paraId="7C82C5BD" w14:textId="77777777" w:rsidR="00456838" w:rsidRPr="000F47BA" w:rsidRDefault="00000000" w:rsidP="00456838">
      <w:pPr>
        <w:pStyle w:val="AralkYok"/>
        <w:numPr>
          <w:ilvl w:val="0"/>
          <w:numId w:val="10"/>
        </w:numPr>
        <w:rPr>
          <w:rFonts w:ascii="Times New Roman" w:hAnsi="Times New Roman" w:cs="Times New Roman"/>
          <w:b/>
          <w:bCs/>
        </w:rPr>
      </w:pPr>
      <w:proofErr w:type="spellStart"/>
      <w:r w:rsidRPr="000F47BA">
        <w:rPr>
          <w:rFonts w:ascii="Times New Roman" w:hAnsi="Times New Roman" w:cs="Times New Roman"/>
        </w:rPr>
        <w:t>Günlük</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yaşamda</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okulda</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evde</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veya</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mahallede</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yardımlaşma</w:t>
      </w:r>
      <w:proofErr w:type="spellEnd"/>
      <w:r w:rsidRPr="000F47BA">
        <w:rPr>
          <w:rFonts w:ascii="Times New Roman" w:hAnsi="Times New Roman" w:cs="Times New Roman"/>
        </w:rPr>
        <w:t xml:space="preserve"> </w:t>
      </w:r>
      <w:proofErr w:type="spellStart"/>
      <w:r w:rsidRPr="000F47BA">
        <w:rPr>
          <w:rFonts w:ascii="Times New Roman" w:hAnsi="Times New Roman" w:cs="Times New Roman"/>
        </w:rPr>
        <w:t>ve</w:t>
      </w:r>
      <w:proofErr w:type="spellEnd"/>
      <w:r w:rsidRPr="000F47BA">
        <w:rPr>
          <w:rFonts w:ascii="Times New Roman" w:hAnsi="Times New Roman" w:cs="Times New Roman"/>
        </w:rPr>
        <w:t xml:space="preserve"> dayanışma örnekleriyle sık sık karşılaşırız. Bu tür davranışlar hem bireysel ahlakın hem de toplumsal sorumluluğun göstergesidir. Bazı yardımlar küçük görünse de toplumsal huzur açısından çok değerlidir.</w:t>
      </w:r>
      <w:r w:rsidRPr="000F47BA">
        <w:rPr>
          <w:rFonts w:ascii="Times New Roman" w:hAnsi="Times New Roman" w:cs="Times New Roman"/>
        </w:rPr>
        <w:br/>
      </w:r>
    </w:p>
    <w:p w14:paraId="4546B706" w14:textId="1976C57B" w:rsidR="006805A0" w:rsidRPr="000F47BA" w:rsidRDefault="00000000" w:rsidP="00456838">
      <w:pPr>
        <w:pStyle w:val="AralkYok"/>
        <w:ind w:left="360"/>
        <w:rPr>
          <w:rFonts w:ascii="Times New Roman" w:hAnsi="Times New Roman" w:cs="Times New Roman"/>
          <w:b/>
          <w:bCs/>
        </w:rPr>
      </w:pPr>
      <w:proofErr w:type="spellStart"/>
      <w:r w:rsidRPr="000F47BA">
        <w:rPr>
          <w:rFonts w:ascii="Times New Roman" w:hAnsi="Times New Roman" w:cs="Times New Roman"/>
          <w:b/>
          <w:bCs/>
        </w:rPr>
        <w:t>Günlük</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hayatınızda</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karşılaştığınız</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bir</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yardım</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veya</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dayanışma</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örneğini</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kısa</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şekilde</w:t>
      </w:r>
      <w:proofErr w:type="spellEnd"/>
      <w:r w:rsidRPr="000F47BA">
        <w:rPr>
          <w:rFonts w:ascii="Times New Roman" w:hAnsi="Times New Roman" w:cs="Times New Roman"/>
          <w:b/>
          <w:bCs/>
        </w:rPr>
        <w:t xml:space="preserve"> </w:t>
      </w:r>
      <w:proofErr w:type="spellStart"/>
      <w:r w:rsidRPr="000F47BA">
        <w:rPr>
          <w:rFonts w:ascii="Times New Roman" w:hAnsi="Times New Roman" w:cs="Times New Roman"/>
          <w:b/>
          <w:bCs/>
        </w:rPr>
        <w:t>yazınız</w:t>
      </w:r>
      <w:proofErr w:type="spellEnd"/>
      <w:r w:rsidRPr="000F47BA">
        <w:rPr>
          <w:rFonts w:ascii="Times New Roman" w:hAnsi="Times New Roman" w:cs="Times New Roman"/>
          <w:b/>
          <w:bCs/>
        </w:rPr>
        <w:t>.</w:t>
      </w:r>
      <w:r w:rsidR="00B95CF3" w:rsidRPr="000F47BA">
        <w:rPr>
          <w:rFonts w:ascii="Times New Roman" w:hAnsi="Times New Roman" w:cs="Times New Roman"/>
          <w:b/>
          <w:bCs/>
        </w:rPr>
        <w:t xml:space="preserve"> (15 Puan</w:t>
      </w:r>
      <w:r w:rsidR="00456838" w:rsidRPr="000F47BA">
        <w:rPr>
          <w:rFonts w:ascii="Times New Roman" w:hAnsi="Times New Roman" w:cs="Times New Roman"/>
          <w:b/>
          <w:bCs/>
        </w:rPr>
        <w:t>)</w:t>
      </w:r>
    </w:p>
    <w:p w14:paraId="68C6C5CA" w14:textId="74837C0A" w:rsidR="006F064C" w:rsidRPr="000F47BA" w:rsidRDefault="006F064C" w:rsidP="00456838">
      <w:pPr>
        <w:pStyle w:val="AralkYok"/>
        <w:ind w:left="360"/>
        <w:rPr>
          <w:rFonts w:ascii="Times New Roman" w:hAnsi="Times New Roman" w:cs="Times New Roman"/>
          <w:b/>
          <w:bCs/>
        </w:rPr>
      </w:pPr>
    </w:p>
    <w:p w14:paraId="27D8F08D" w14:textId="77777777" w:rsidR="00E26F97" w:rsidRDefault="00E26F97" w:rsidP="00A86CCB">
      <w:pPr>
        <w:pStyle w:val="AralkYok"/>
        <w:rPr>
          <w:rFonts w:ascii="Times New Roman" w:hAnsi="Times New Roman" w:cs="Times New Roman"/>
          <w:b/>
          <w:bCs/>
        </w:rPr>
      </w:pPr>
      <w:r w:rsidRPr="000F47BA">
        <w:rPr>
          <w:rFonts w:ascii="Times New Roman" w:hAnsi="Times New Roman" w:cs="Times New Roman"/>
          <w:noProof/>
        </w:rPr>
        <mc:AlternateContent>
          <mc:Choice Requires="wps">
            <w:drawing>
              <wp:anchor distT="0" distB="0" distL="114300" distR="114300" simplePos="0" relativeHeight="251680768" behindDoc="0" locked="0" layoutInCell="1" allowOverlap="1" wp14:anchorId="682A8702" wp14:editId="346AD125">
                <wp:simplePos x="0" y="0"/>
                <wp:positionH relativeFrom="column">
                  <wp:posOffset>0</wp:posOffset>
                </wp:positionH>
                <wp:positionV relativeFrom="paragraph">
                  <wp:posOffset>5079</wp:posOffset>
                </wp:positionV>
                <wp:extent cx="6305550" cy="1438275"/>
                <wp:effectExtent l="0" t="0" r="19050" b="28575"/>
                <wp:wrapNone/>
                <wp:docPr id="395841754" name="Dikdörtgen 4"/>
                <wp:cNvGraphicFramePr/>
                <a:graphic xmlns:a="http://schemas.openxmlformats.org/drawingml/2006/main">
                  <a:graphicData uri="http://schemas.microsoft.com/office/word/2010/wordprocessingShape">
                    <wps:wsp>
                      <wps:cNvSpPr/>
                      <wps:spPr>
                        <a:xfrm>
                          <a:off x="0" y="0"/>
                          <a:ext cx="6305550" cy="1438275"/>
                        </a:xfrm>
                        <a:prstGeom prst="rect">
                          <a:avLst/>
                        </a:prstGeom>
                        <a:solidFill>
                          <a:sysClr val="window" lastClr="FFFFFF"/>
                        </a:solidFill>
                        <a:ln w="25400" cap="flat" cmpd="sng" algn="ctr">
                          <a:solidFill>
                            <a:sysClr val="windowText" lastClr="000000"/>
                          </a:solidFill>
                          <a:prstDash val="solid"/>
                        </a:ln>
                        <a:effectLst/>
                      </wps:spPr>
                      <wps:txbx>
                        <w:txbxContent>
                          <w:p w14:paraId="708586ED" w14:textId="77777777" w:rsidR="006F064C" w:rsidRDefault="006F064C" w:rsidP="006F064C">
                            <w:pPr>
                              <w:rPr>
                                <w:b/>
                                <w:bCs/>
                              </w:rPr>
                            </w:pPr>
                            <w:r w:rsidRPr="00E6166D">
                              <w:rPr>
                                <w:b/>
                                <w:bCs/>
                              </w:rPr>
                              <w:t>CEVAP:</w:t>
                            </w:r>
                          </w:p>
                          <w:p w14:paraId="4D962C15" w14:textId="77777777" w:rsidR="006F064C" w:rsidRDefault="006F064C" w:rsidP="006F064C">
                            <w:pPr>
                              <w:rPr>
                                <w:b/>
                                <w:bCs/>
                              </w:rPr>
                            </w:pPr>
                          </w:p>
                          <w:p w14:paraId="1525F062" w14:textId="77777777" w:rsidR="006F064C" w:rsidRDefault="006F064C" w:rsidP="006F064C">
                            <w:pPr>
                              <w:rPr>
                                <w:b/>
                                <w:bCs/>
                              </w:rPr>
                            </w:pPr>
                          </w:p>
                          <w:p w14:paraId="65FB956F" w14:textId="77777777" w:rsidR="00050367" w:rsidRPr="00E6166D" w:rsidRDefault="00050367" w:rsidP="006F064C">
                            <w:pP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2A8702" id="_x0000_s1031" style="position:absolute;margin-left:0;margin-top:.4pt;width:496.5pt;height:113.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" fillcolor="window" strokecolor="windowText" strokeweight="2pt">
                <v:textbox>
                  <w:txbxContent>
                    <w:p w14:paraId="708586ED" w14:textId="77777777" w:rsidR="006F064C" w:rsidRDefault="006F064C" w:rsidP="006F064C">
                      <w:pPr>
                        <w:rPr>
                          <w:b/>
                          <w:bCs/>
                        </w:rPr>
                      </w:pPr>
                      <w:r w:rsidRPr="00E6166D">
                        <w:rPr>
                          <w:b/>
                          <w:bCs/>
                        </w:rPr>
                        <w:t>CEVAP:</w:t>
                      </w:r>
                    </w:p>
                    <w:p w14:paraId="4D962C15" w14:textId="77777777" w:rsidR="006F064C" w:rsidRDefault="006F064C" w:rsidP="006F064C">
                      <w:pPr>
                        <w:rPr>
                          <w:b/>
                          <w:bCs/>
                        </w:rPr>
                      </w:pPr>
                    </w:p>
                    <w:p w14:paraId="1525F062" w14:textId="77777777" w:rsidR="006F064C" w:rsidRDefault="006F064C" w:rsidP="006F064C">
                      <w:pPr>
                        <w:rPr>
                          <w:b/>
                          <w:bCs/>
                        </w:rPr>
                      </w:pPr>
                    </w:p>
                    <w:p w14:paraId="65FB956F" w14:textId="77777777" w:rsidR="00050367" w:rsidRPr="00E6166D" w:rsidRDefault="00050367" w:rsidP="006F064C">
                      <w:pPr>
                        <w:rPr>
                          <w:b/>
                          <w:bCs/>
                        </w:rPr>
                      </w:pPr>
                    </w:p>
                  </w:txbxContent>
                </v:textbox>
              </v:rect>
            </w:pict>
          </mc:Fallback>
        </mc:AlternateContent>
      </w:r>
    </w:p>
    <w:p w14:paraId="043F15B6" w14:textId="77777777" w:rsidR="00E26F97" w:rsidRPr="00E26F97" w:rsidRDefault="00E26F97" w:rsidP="00E26F97"/>
    <w:p w14:paraId="7CA17420" w14:textId="77777777" w:rsidR="00E26F97" w:rsidRDefault="00E26F97" w:rsidP="00A86CCB">
      <w:pPr>
        <w:pStyle w:val="AralkYok"/>
        <w:rPr>
          <w:rFonts w:ascii="Times New Roman" w:hAnsi="Times New Roman" w:cs="Times New Roman"/>
          <w:b/>
          <w:bCs/>
        </w:rPr>
      </w:pPr>
    </w:p>
    <w:p w14:paraId="38149E45" w14:textId="77777777" w:rsidR="00755992" w:rsidRDefault="00755992" w:rsidP="00B36936">
      <w:pPr>
        <w:pStyle w:val="AralkYok"/>
        <w:jc w:val="center"/>
        <w:rPr>
          <w:rFonts w:ascii="Times New Roman" w:hAnsi="Times New Roman" w:cs="Times New Roman"/>
          <w:b/>
          <w:bCs/>
        </w:rPr>
      </w:pPr>
    </w:p>
    <w:p w14:paraId="046D0CA9" w14:textId="77777777" w:rsidR="00755992" w:rsidRDefault="00755992" w:rsidP="00B36936">
      <w:pPr>
        <w:pStyle w:val="AralkYok"/>
        <w:jc w:val="center"/>
        <w:rPr>
          <w:rFonts w:ascii="Times New Roman" w:hAnsi="Times New Roman" w:cs="Times New Roman"/>
          <w:b/>
          <w:bCs/>
        </w:rPr>
      </w:pPr>
    </w:p>
    <w:p w14:paraId="09859768" w14:textId="77777777" w:rsidR="00755992" w:rsidRDefault="00755992" w:rsidP="00B36936">
      <w:pPr>
        <w:pStyle w:val="AralkYok"/>
        <w:jc w:val="center"/>
        <w:rPr>
          <w:rFonts w:ascii="Times New Roman" w:hAnsi="Times New Roman" w:cs="Times New Roman"/>
          <w:b/>
          <w:bCs/>
        </w:rPr>
      </w:pPr>
    </w:p>
    <w:p w14:paraId="6B861EA7" w14:textId="77777777" w:rsidR="00755992" w:rsidRDefault="00755992" w:rsidP="00B36936">
      <w:pPr>
        <w:pStyle w:val="AralkYok"/>
        <w:jc w:val="center"/>
        <w:rPr>
          <w:rFonts w:ascii="Times New Roman" w:hAnsi="Times New Roman" w:cs="Times New Roman"/>
          <w:b/>
          <w:bCs/>
        </w:rPr>
      </w:pPr>
    </w:p>
    <w:p w14:paraId="6E842246" w14:textId="77777777" w:rsidR="00755992" w:rsidRDefault="00755992" w:rsidP="00B36936">
      <w:pPr>
        <w:pStyle w:val="AralkYok"/>
        <w:jc w:val="center"/>
        <w:rPr>
          <w:rFonts w:ascii="Times New Roman" w:hAnsi="Times New Roman" w:cs="Times New Roman"/>
          <w:b/>
          <w:bCs/>
        </w:rPr>
      </w:pPr>
    </w:p>
    <w:p w14:paraId="1B710916" w14:textId="77777777" w:rsidR="00755992" w:rsidRDefault="00755992" w:rsidP="00B36936">
      <w:pPr>
        <w:pStyle w:val="AralkYok"/>
        <w:jc w:val="center"/>
        <w:rPr>
          <w:rFonts w:ascii="Times New Roman" w:hAnsi="Times New Roman" w:cs="Times New Roman"/>
          <w:b/>
          <w:bCs/>
        </w:rPr>
      </w:pPr>
    </w:p>
    <w:p w14:paraId="0A4C71CE" w14:textId="77777777" w:rsidR="00755992" w:rsidRDefault="00755992" w:rsidP="00B36936">
      <w:pPr>
        <w:pStyle w:val="AralkYok"/>
        <w:jc w:val="center"/>
        <w:rPr>
          <w:rFonts w:ascii="Times New Roman" w:hAnsi="Times New Roman" w:cs="Times New Roman"/>
          <w:b/>
          <w:bCs/>
        </w:rPr>
      </w:pPr>
    </w:p>
    <w:p w14:paraId="2EA63B43" w14:textId="31B6B4F8" w:rsidR="00E26F97" w:rsidRPr="00B36936" w:rsidRDefault="00B36936" w:rsidP="00B36936">
      <w:pPr>
        <w:pStyle w:val="AralkYok"/>
        <w:jc w:val="center"/>
        <w:rPr>
          <w:rFonts w:ascii="Times New Roman" w:hAnsi="Times New Roman" w:cs="Times New Roman"/>
          <w:b/>
          <w:bCs/>
        </w:rPr>
      </w:pPr>
      <w:proofErr w:type="spellStart"/>
      <w:r w:rsidRPr="00B36936">
        <w:rPr>
          <w:rFonts w:ascii="Times New Roman" w:hAnsi="Times New Roman" w:cs="Times New Roman"/>
          <w:b/>
          <w:bCs/>
        </w:rPr>
        <w:t>Başarılar</w:t>
      </w:r>
      <w:proofErr w:type="spellEnd"/>
    </w:p>
    <w:p w14:paraId="32F1AFB1" w14:textId="029291B4" w:rsidR="00E26F97" w:rsidRPr="00B36936" w:rsidRDefault="00E26F97" w:rsidP="00B36936">
      <w:pPr>
        <w:pStyle w:val="AralkYok"/>
        <w:tabs>
          <w:tab w:val="left" w:pos="2490"/>
        </w:tabs>
        <w:jc w:val="center"/>
        <w:rPr>
          <w:rFonts w:ascii="Times New Roman" w:hAnsi="Times New Roman" w:cs="Times New Roman"/>
          <w:b/>
          <w:bCs/>
        </w:rPr>
      </w:pPr>
      <w:r w:rsidRPr="00B36936">
        <w:rPr>
          <w:rFonts w:ascii="Times New Roman" w:hAnsi="Times New Roman" w:cs="Times New Roman"/>
          <w:b/>
          <w:bCs/>
        </w:rPr>
        <w:t>Adem GÜNGÖR</w:t>
      </w:r>
    </w:p>
    <w:p w14:paraId="6641E733" w14:textId="4BEC4915" w:rsidR="00B36936" w:rsidRPr="00B36936" w:rsidRDefault="00B36936" w:rsidP="00B36936">
      <w:pPr>
        <w:pStyle w:val="AralkYok"/>
        <w:tabs>
          <w:tab w:val="left" w:pos="2985"/>
        </w:tabs>
        <w:jc w:val="center"/>
        <w:rPr>
          <w:b/>
          <w:bCs/>
        </w:rPr>
      </w:pPr>
      <w:proofErr w:type="spellStart"/>
      <w:r w:rsidRPr="00B36936">
        <w:rPr>
          <w:b/>
          <w:bCs/>
        </w:rPr>
        <w:t>Sosyal</w:t>
      </w:r>
      <w:proofErr w:type="spellEnd"/>
      <w:r w:rsidRPr="00B36936">
        <w:rPr>
          <w:b/>
          <w:bCs/>
        </w:rPr>
        <w:t xml:space="preserve"> </w:t>
      </w:r>
      <w:proofErr w:type="spellStart"/>
      <w:r w:rsidRPr="00B36936">
        <w:rPr>
          <w:b/>
          <w:bCs/>
        </w:rPr>
        <w:t>Bilgiler</w:t>
      </w:r>
      <w:proofErr w:type="spellEnd"/>
      <w:r w:rsidRPr="00B36936">
        <w:rPr>
          <w:b/>
          <w:bCs/>
        </w:rPr>
        <w:t xml:space="preserve"> Öğretmeni</w:t>
      </w:r>
    </w:p>
    <w:p w14:paraId="4ECE8C7A" w14:textId="27FB142E" w:rsidR="009C3F22" w:rsidRPr="00456838" w:rsidRDefault="00000000" w:rsidP="00A86CCB">
      <w:pPr>
        <w:pStyle w:val="AralkYok"/>
        <w:rPr>
          <w:b/>
          <w:bCs/>
        </w:rPr>
      </w:pPr>
      <w:r w:rsidRPr="00B36936">
        <w:br w:type="page"/>
      </w:r>
      <w:r w:rsidR="000F47BA">
        <w:rPr>
          <w:b/>
          <w:bCs/>
        </w:rPr>
        <w:lastRenderedPageBreak/>
        <w:t xml:space="preserve"> </w:t>
      </w:r>
    </w:p>
    <w:p w14:paraId="45621702" w14:textId="1FF7B368" w:rsidR="00C238D2" w:rsidRPr="004A480E" w:rsidRDefault="00C502F0" w:rsidP="00FF0D81">
      <w:pPr>
        <w:pStyle w:val="AralkYok"/>
        <w:jc w:val="center"/>
        <w:rPr>
          <w:b/>
          <w:bCs/>
          <w:color w:val="EE0000"/>
          <w:sz w:val="24"/>
          <w:szCs w:val="24"/>
        </w:rPr>
      </w:pPr>
      <w:r w:rsidRPr="004A480E">
        <w:rPr>
          <w:b/>
          <w:bCs/>
          <w:color w:val="EE0000"/>
          <w:sz w:val="24"/>
          <w:szCs w:val="24"/>
        </w:rPr>
        <w:t xml:space="preserve">CEVAP </w:t>
      </w:r>
      <w:r w:rsidR="004A480E" w:rsidRPr="004A480E">
        <w:rPr>
          <w:b/>
          <w:bCs/>
          <w:color w:val="EE0000"/>
          <w:sz w:val="24"/>
          <w:szCs w:val="24"/>
        </w:rPr>
        <w:t>ANAHTARI</w:t>
      </w:r>
    </w:p>
    <w:p w14:paraId="57D28983" w14:textId="77777777" w:rsidR="00107D10" w:rsidRDefault="00107D10" w:rsidP="00107D10">
      <w:pPr>
        <w:pStyle w:val="AralkYok"/>
        <w:numPr>
          <w:ilvl w:val="0"/>
          <w:numId w:val="11"/>
        </w:numPr>
        <w:rPr>
          <w:sz w:val="24"/>
          <w:szCs w:val="24"/>
        </w:rPr>
      </w:pPr>
      <w:proofErr w:type="spellStart"/>
      <w:r w:rsidRPr="003657D0">
        <w:rPr>
          <w:sz w:val="24"/>
          <w:szCs w:val="24"/>
        </w:rPr>
        <w:t>İnsanlar</w:t>
      </w:r>
      <w:proofErr w:type="spellEnd"/>
      <w:r w:rsidRPr="003657D0">
        <w:rPr>
          <w:sz w:val="24"/>
          <w:szCs w:val="24"/>
        </w:rPr>
        <w:t xml:space="preserve"> </w:t>
      </w:r>
      <w:proofErr w:type="spellStart"/>
      <w:r w:rsidRPr="003657D0">
        <w:rPr>
          <w:sz w:val="24"/>
          <w:szCs w:val="24"/>
        </w:rPr>
        <w:t>hayatları</w:t>
      </w:r>
      <w:proofErr w:type="spellEnd"/>
      <w:r w:rsidRPr="003657D0">
        <w:rPr>
          <w:sz w:val="24"/>
          <w:szCs w:val="24"/>
        </w:rPr>
        <w:t xml:space="preserve"> </w:t>
      </w:r>
      <w:proofErr w:type="spellStart"/>
      <w:r w:rsidRPr="003657D0">
        <w:rPr>
          <w:sz w:val="24"/>
          <w:szCs w:val="24"/>
        </w:rPr>
        <w:t>boyunca</w:t>
      </w:r>
      <w:proofErr w:type="spellEnd"/>
      <w:r w:rsidRPr="003657D0">
        <w:rPr>
          <w:sz w:val="24"/>
          <w:szCs w:val="24"/>
        </w:rPr>
        <w:t xml:space="preserve"> </w:t>
      </w:r>
      <w:proofErr w:type="spellStart"/>
      <w:r w:rsidRPr="003657D0">
        <w:rPr>
          <w:sz w:val="24"/>
          <w:szCs w:val="24"/>
        </w:rPr>
        <w:t>birçok</w:t>
      </w:r>
      <w:proofErr w:type="spellEnd"/>
      <w:r w:rsidRPr="003657D0">
        <w:rPr>
          <w:sz w:val="24"/>
          <w:szCs w:val="24"/>
        </w:rPr>
        <w:t xml:space="preserve"> </w:t>
      </w:r>
      <w:proofErr w:type="spellStart"/>
      <w:r w:rsidRPr="003657D0">
        <w:rPr>
          <w:sz w:val="24"/>
          <w:szCs w:val="24"/>
        </w:rPr>
        <w:t>grupla</w:t>
      </w:r>
      <w:proofErr w:type="spellEnd"/>
      <w:r w:rsidRPr="003657D0">
        <w:rPr>
          <w:sz w:val="24"/>
          <w:szCs w:val="24"/>
        </w:rPr>
        <w:t xml:space="preserve"> </w:t>
      </w:r>
      <w:proofErr w:type="spellStart"/>
      <w:r w:rsidRPr="003657D0">
        <w:rPr>
          <w:sz w:val="24"/>
          <w:szCs w:val="24"/>
        </w:rPr>
        <w:t>etkileşim</w:t>
      </w:r>
      <w:proofErr w:type="spellEnd"/>
      <w:r w:rsidRPr="003657D0">
        <w:rPr>
          <w:sz w:val="24"/>
          <w:szCs w:val="24"/>
        </w:rPr>
        <w:t xml:space="preserve"> </w:t>
      </w:r>
      <w:proofErr w:type="spellStart"/>
      <w:r w:rsidRPr="003657D0">
        <w:rPr>
          <w:sz w:val="24"/>
          <w:szCs w:val="24"/>
        </w:rPr>
        <w:t>hâlindedir</w:t>
      </w:r>
      <w:proofErr w:type="spellEnd"/>
      <w:r w:rsidRPr="003657D0">
        <w:rPr>
          <w:sz w:val="24"/>
          <w:szCs w:val="24"/>
        </w:rPr>
        <w:t xml:space="preserve">. Aile, </w:t>
      </w:r>
      <w:proofErr w:type="spellStart"/>
      <w:r w:rsidRPr="003657D0">
        <w:rPr>
          <w:sz w:val="24"/>
          <w:szCs w:val="24"/>
        </w:rPr>
        <w:t>okul</w:t>
      </w:r>
      <w:proofErr w:type="spellEnd"/>
      <w:r w:rsidRPr="003657D0">
        <w:rPr>
          <w:sz w:val="24"/>
          <w:szCs w:val="24"/>
        </w:rPr>
        <w:t xml:space="preserve">, </w:t>
      </w:r>
      <w:proofErr w:type="spellStart"/>
      <w:r w:rsidRPr="003657D0">
        <w:rPr>
          <w:sz w:val="24"/>
          <w:szCs w:val="24"/>
        </w:rPr>
        <w:t>arkadaş</w:t>
      </w:r>
      <w:proofErr w:type="spellEnd"/>
      <w:r w:rsidRPr="003657D0">
        <w:rPr>
          <w:sz w:val="24"/>
          <w:szCs w:val="24"/>
        </w:rPr>
        <w:t xml:space="preserve"> </w:t>
      </w:r>
      <w:proofErr w:type="spellStart"/>
      <w:r w:rsidRPr="003657D0">
        <w:rPr>
          <w:sz w:val="24"/>
          <w:szCs w:val="24"/>
        </w:rPr>
        <w:t>çevresi</w:t>
      </w:r>
      <w:proofErr w:type="spellEnd"/>
      <w:r w:rsidRPr="003657D0">
        <w:rPr>
          <w:sz w:val="24"/>
          <w:szCs w:val="24"/>
        </w:rPr>
        <w:t xml:space="preserve"> </w:t>
      </w:r>
      <w:proofErr w:type="spellStart"/>
      <w:r w:rsidRPr="003657D0">
        <w:rPr>
          <w:sz w:val="24"/>
          <w:szCs w:val="24"/>
        </w:rPr>
        <w:t>ve</w:t>
      </w:r>
      <w:proofErr w:type="spellEnd"/>
      <w:r w:rsidRPr="003657D0">
        <w:rPr>
          <w:sz w:val="24"/>
          <w:szCs w:val="24"/>
        </w:rPr>
        <w:t xml:space="preserve"> </w:t>
      </w:r>
      <w:proofErr w:type="spellStart"/>
      <w:r w:rsidRPr="003657D0">
        <w:rPr>
          <w:sz w:val="24"/>
          <w:szCs w:val="24"/>
        </w:rPr>
        <w:t>spor</w:t>
      </w:r>
      <w:proofErr w:type="spellEnd"/>
      <w:r w:rsidRPr="003657D0">
        <w:rPr>
          <w:sz w:val="24"/>
          <w:szCs w:val="24"/>
        </w:rPr>
        <w:t xml:space="preserve"> </w:t>
      </w:r>
      <w:proofErr w:type="spellStart"/>
      <w:r w:rsidRPr="003657D0">
        <w:rPr>
          <w:sz w:val="24"/>
          <w:szCs w:val="24"/>
        </w:rPr>
        <w:t>takımları</w:t>
      </w:r>
      <w:proofErr w:type="spellEnd"/>
      <w:r w:rsidRPr="003657D0">
        <w:rPr>
          <w:sz w:val="24"/>
          <w:szCs w:val="24"/>
        </w:rPr>
        <w:t xml:space="preserve"> </w:t>
      </w:r>
      <w:proofErr w:type="spellStart"/>
      <w:r w:rsidRPr="003657D0">
        <w:rPr>
          <w:sz w:val="24"/>
          <w:szCs w:val="24"/>
        </w:rPr>
        <w:t>bunlara</w:t>
      </w:r>
      <w:proofErr w:type="spellEnd"/>
      <w:r w:rsidRPr="003657D0">
        <w:rPr>
          <w:sz w:val="24"/>
          <w:szCs w:val="24"/>
        </w:rPr>
        <w:t xml:space="preserve"> </w:t>
      </w:r>
      <w:proofErr w:type="spellStart"/>
      <w:r w:rsidRPr="003657D0">
        <w:rPr>
          <w:sz w:val="24"/>
          <w:szCs w:val="24"/>
        </w:rPr>
        <w:t>örnek</w:t>
      </w:r>
      <w:proofErr w:type="spellEnd"/>
      <w:r w:rsidRPr="003657D0">
        <w:rPr>
          <w:sz w:val="24"/>
          <w:szCs w:val="24"/>
        </w:rPr>
        <w:t xml:space="preserve"> </w:t>
      </w:r>
      <w:proofErr w:type="spellStart"/>
      <w:r w:rsidRPr="003657D0">
        <w:rPr>
          <w:sz w:val="24"/>
          <w:szCs w:val="24"/>
        </w:rPr>
        <w:t>gösterilebilir</w:t>
      </w:r>
      <w:proofErr w:type="spellEnd"/>
      <w:r w:rsidRPr="003657D0">
        <w:rPr>
          <w:sz w:val="24"/>
          <w:szCs w:val="24"/>
        </w:rPr>
        <w:t xml:space="preserve">. Her </w:t>
      </w:r>
      <w:proofErr w:type="spellStart"/>
      <w:r w:rsidRPr="003657D0">
        <w:rPr>
          <w:sz w:val="24"/>
          <w:szCs w:val="24"/>
        </w:rPr>
        <w:t>grubun</w:t>
      </w:r>
      <w:proofErr w:type="spellEnd"/>
      <w:r w:rsidRPr="003657D0">
        <w:rPr>
          <w:sz w:val="24"/>
          <w:szCs w:val="24"/>
        </w:rPr>
        <w:t xml:space="preserve"> </w:t>
      </w:r>
      <w:proofErr w:type="spellStart"/>
      <w:r w:rsidRPr="003657D0">
        <w:rPr>
          <w:sz w:val="24"/>
          <w:szCs w:val="24"/>
        </w:rPr>
        <w:t>kendine</w:t>
      </w:r>
      <w:proofErr w:type="spellEnd"/>
      <w:r w:rsidRPr="003657D0">
        <w:rPr>
          <w:sz w:val="24"/>
          <w:szCs w:val="24"/>
        </w:rPr>
        <w:t xml:space="preserve"> </w:t>
      </w:r>
      <w:proofErr w:type="spellStart"/>
      <w:r w:rsidRPr="003657D0">
        <w:rPr>
          <w:sz w:val="24"/>
          <w:szCs w:val="24"/>
        </w:rPr>
        <w:t>ait</w:t>
      </w:r>
      <w:proofErr w:type="spellEnd"/>
      <w:r w:rsidRPr="003657D0">
        <w:rPr>
          <w:sz w:val="24"/>
          <w:szCs w:val="24"/>
        </w:rPr>
        <w:t xml:space="preserve"> </w:t>
      </w:r>
      <w:proofErr w:type="spellStart"/>
      <w:r w:rsidRPr="003657D0">
        <w:rPr>
          <w:sz w:val="24"/>
          <w:szCs w:val="24"/>
        </w:rPr>
        <w:t>kuralları</w:t>
      </w:r>
      <w:proofErr w:type="spellEnd"/>
      <w:r w:rsidRPr="003657D0">
        <w:rPr>
          <w:sz w:val="24"/>
          <w:szCs w:val="24"/>
        </w:rPr>
        <w:t xml:space="preserve"> </w:t>
      </w:r>
      <w:proofErr w:type="spellStart"/>
      <w:r w:rsidRPr="003657D0">
        <w:rPr>
          <w:sz w:val="24"/>
          <w:szCs w:val="24"/>
        </w:rPr>
        <w:t>ve</w:t>
      </w:r>
      <w:proofErr w:type="spellEnd"/>
      <w:r w:rsidRPr="003657D0">
        <w:rPr>
          <w:sz w:val="24"/>
          <w:szCs w:val="24"/>
        </w:rPr>
        <w:t xml:space="preserve"> </w:t>
      </w:r>
      <w:proofErr w:type="spellStart"/>
      <w:r w:rsidRPr="003657D0">
        <w:rPr>
          <w:sz w:val="24"/>
          <w:szCs w:val="24"/>
        </w:rPr>
        <w:t>bireylerden</w:t>
      </w:r>
      <w:proofErr w:type="spellEnd"/>
      <w:r w:rsidRPr="003657D0">
        <w:rPr>
          <w:sz w:val="24"/>
          <w:szCs w:val="24"/>
        </w:rPr>
        <w:t xml:space="preserve"> </w:t>
      </w:r>
      <w:proofErr w:type="spellStart"/>
      <w:r w:rsidRPr="003657D0">
        <w:rPr>
          <w:sz w:val="24"/>
          <w:szCs w:val="24"/>
        </w:rPr>
        <w:t>beklediği</w:t>
      </w:r>
      <w:proofErr w:type="spellEnd"/>
      <w:r w:rsidRPr="003657D0">
        <w:rPr>
          <w:sz w:val="24"/>
          <w:szCs w:val="24"/>
        </w:rPr>
        <w:t xml:space="preserve"> roller </w:t>
      </w:r>
      <w:proofErr w:type="spellStart"/>
      <w:r w:rsidRPr="003657D0">
        <w:rPr>
          <w:sz w:val="24"/>
          <w:szCs w:val="24"/>
        </w:rPr>
        <w:t>vardır</w:t>
      </w:r>
      <w:proofErr w:type="spellEnd"/>
      <w:r w:rsidRPr="003657D0">
        <w:rPr>
          <w:sz w:val="24"/>
          <w:szCs w:val="24"/>
        </w:rPr>
        <w:t xml:space="preserve">. Bu roller, </w:t>
      </w:r>
      <w:proofErr w:type="spellStart"/>
      <w:r w:rsidRPr="003657D0">
        <w:rPr>
          <w:sz w:val="24"/>
          <w:szCs w:val="24"/>
        </w:rPr>
        <w:t>grubun</w:t>
      </w:r>
      <w:proofErr w:type="spellEnd"/>
      <w:r w:rsidRPr="003657D0">
        <w:rPr>
          <w:sz w:val="24"/>
          <w:szCs w:val="24"/>
        </w:rPr>
        <w:t xml:space="preserve"> </w:t>
      </w:r>
      <w:proofErr w:type="spellStart"/>
      <w:r w:rsidRPr="003657D0">
        <w:rPr>
          <w:sz w:val="24"/>
          <w:szCs w:val="24"/>
        </w:rPr>
        <w:t>düzenli</w:t>
      </w:r>
      <w:proofErr w:type="spellEnd"/>
      <w:r w:rsidRPr="003657D0">
        <w:rPr>
          <w:sz w:val="24"/>
          <w:szCs w:val="24"/>
        </w:rPr>
        <w:t xml:space="preserve"> </w:t>
      </w:r>
      <w:proofErr w:type="spellStart"/>
      <w:r w:rsidRPr="003657D0">
        <w:rPr>
          <w:sz w:val="24"/>
          <w:szCs w:val="24"/>
        </w:rPr>
        <w:t>şekilde</w:t>
      </w:r>
      <w:proofErr w:type="spellEnd"/>
      <w:r w:rsidRPr="003657D0">
        <w:rPr>
          <w:sz w:val="24"/>
          <w:szCs w:val="24"/>
        </w:rPr>
        <w:t xml:space="preserve"> </w:t>
      </w:r>
      <w:proofErr w:type="spellStart"/>
      <w:r w:rsidRPr="003657D0">
        <w:rPr>
          <w:sz w:val="24"/>
          <w:szCs w:val="24"/>
        </w:rPr>
        <w:t>devam</w:t>
      </w:r>
      <w:proofErr w:type="spellEnd"/>
      <w:r w:rsidRPr="003657D0">
        <w:rPr>
          <w:sz w:val="24"/>
          <w:szCs w:val="24"/>
        </w:rPr>
        <w:t xml:space="preserve"> </w:t>
      </w:r>
      <w:proofErr w:type="spellStart"/>
      <w:r w:rsidRPr="003657D0">
        <w:rPr>
          <w:sz w:val="24"/>
          <w:szCs w:val="24"/>
        </w:rPr>
        <w:t>etmesini</w:t>
      </w:r>
      <w:proofErr w:type="spellEnd"/>
      <w:r w:rsidRPr="003657D0">
        <w:rPr>
          <w:sz w:val="24"/>
          <w:szCs w:val="24"/>
        </w:rPr>
        <w:t xml:space="preserve"> </w:t>
      </w:r>
      <w:proofErr w:type="spellStart"/>
      <w:r w:rsidRPr="003657D0">
        <w:rPr>
          <w:sz w:val="24"/>
          <w:szCs w:val="24"/>
        </w:rPr>
        <w:t>sağlar</w:t>
      </w:r>
      <w:proofErr w:type="spellEnd"/>
      <w:r>
        <w:rPr>
          <w:sz w:val="24"/>
          <w:szCs w:val="24"/>
        </w:rPr>
        <w:t>.</w:t>
      </w:r>
    </w:p>
    <w:p w14:paraId="42F254F6" w14:textId="77777777" w:rsidR="00107D10" w:rsidRDefault="00107D10" w:rsidP="00107D10">
      <w:pPr>
        <w:pStyle w:val="AralkYok"/>
        <w:ind w:left="360"/>
        <w:rPr>
          <w:sz w:val="24"/>
          <w:szCs w:val="24"/>
        </w:rPr>
      </w:pPr>
    </w:p>
    <w:p w14:paraId="65B22A32" w14:textId="77777777" w:rsidR="00107D10" w:rsidRPr="00381A53" w:rsidRDefault="00107D10" w:rsidP="00107D10">
      <w:pPr>
        <w:pStyle w:val="AralkYok"/>
        <w:ind w:left="360"/>
        <w:rPr>
          <w:sz w:val="24"/>
          <w:szCs w:val="24"/>
        </w:rPr>
      </w:pPr>
      <w:r w:rsidRPr="00381A53">
        <w:rPr>
          <w:b/>
          <w:bCs/>
          <w:sz w:val="24"/>
          <w:szCs w:val="24"/>
        </w:rPr>
        <w:t xml:space="preserve">Dahil </w:t>
      </w:r>
      <w:proofErr w:type="spellStart"/>
      <w:r w:rsidRPr="00381A53">
        <w:rPr>
          <w:b/>
          <w:bCs/>
          <w:sz w:val="24"/>
          <w:szCs w:val="24"/>
        </w:rPr>
        <w:t>olduğunuz</w:t>
      </w:r>
      <w:proofErr w:type="spellEnd"/>
      <w:r w:rsidRPr="00381A53">
        <w:rPr>
          <w:b/>
          <w:bCs/>
          <w:sz w:val="24"/>
          <w:szCs w:val="24"/>
        </w:rPr>
        <w:t xml:space="preserve"> </w:t>
      </w:r>
      <w:proofErr w:type="spellStart"/>
      <w:r w:rsidRPr="00381A53">
        <w:rPr>
          <w:b/>
          <w:bCs/>
          <w:sz w:val="24"/>
          <w:szCs w:val="24"/>
        </w:rPr>
        <w:t>bir</w:t>
      </w:r>
      <w:proofErr w:type="spellEnd"/>
      <w:r w:rsidRPr="00381A53">
        <w:rPr>
          <w:b/>
          <w:bCs/>
          <w:sz w:val="24"/>
          <w:szCs w:val="24"/>
        </w:rPr>
        <w:t xml:space="preserve"> </w:t>
      </w:r>
      <w:proofErr w:type="spellStart"/>
      <w:r w:rsidRPr="00381A53">
        <w:rPr>
          <w:b/>
          <w:bCs/>
          <w:sz w:val="24"/>
          <w:szCs w:val="24"/>
        </w:rPr>
        <w:t>grubu</w:t>
      </w:r>
      <w:proofErr w:type="spellEnd"/>
      <w:r w:rsidRPr="00381A53">
        <w:rPr>
          <w:b/>
          <w:bCs/>
          <w:sz w:val="24"/>
          <w:szCs w:val="24"/>
        </w:rPr>
        <w:t xml:space="preserve"> </w:t>
      </w:r>
      <w:proofErr w:type="spellStart"/>
      <w:r w:rsidRPr="00381A53">
        <w:rPr>
          <w:b/>
          <w:bCs/>
          <w:sz w:val="24"/>
          <w:szCs w:val="24"/>
        </w:rPr>
        <w:t>örnek</w:t>
      </w:r>
      <w:proofErr w:type="spellEnd"/>
      <w:r w:rsidRPr="00381A53">
        <w:rPr>
          <w:b/>
          <w:bCs/>
          <w:sz w:val="24"/>
          <w:szCs w:val="24"/>
        </w:rPr>
        <w:t xml:space="preserve"> </w:t>
      </w:r>
      <w:proofErr w:type="spellStart"/>
      <w:r w:rsidRPr="00381A53">
        <w:rPr>
          <w:b/>
          <w:bCs/>
          <w:sz w:val="24"/>
          <w:szCs w:val="24"/>
        </w:rPr>
        <w:t>vererek</w:t>
      </w:r>
      <w:proofErr w:type="spellEnd"/>
      <w:r w:rsidRPr="00381A53">
        <w:rPr>
          <w:b/>
          <w:bCs/>
          <w:sz w:val="24"/>
          <w:szCs w:val="24"/>
        </w:rPr>
        <w:t xml:space="preserve"> </w:t>
      </w:r>
      <w:proofErr w:type="spellStart"/>
      <w:r w:rsidRPr="00381A53">
        <w:rPr>
          <w:b/>
          <w:bCs/>
          <w:sz w:val="24"/>
          <w:szCs w:val="24"/>
        </w:rPr>
        <w:t>bu</w:t>
      </w:r>
      <w:proofErr w:type="spellEnd"/>
      <w:r w:rsidRPr="00381A53">
        <w:rPr>
          <w:b/>
          <w:bCs/>
          <w:sz w:val="24"/>
          <w:szCs w:val="24"/>
        </w:rPr>
        <w:t xml:space="preserve"> </w:t>
      </w:r>
      <w:proofErr w:type="spellStart"/>
      <w:r w:rsidRPr="00381A53">
        <w:rPr>
          <w:b/>
          <w:bCs/>
          <w:sz w:val="24"/>
          <w:szCs w:val="24"/>
        </w:rPr>
        <w:t>gruptaki</w:t>
      </w:r>
      <w:proofErr w:type="spellEnd"/>
      <w:r w:rsidRPr="00381A53">
        <w:rPr>
          <w:b/>
          <w:bCs/>
          <w:sz w:val="24"/>
          <w:szCs w:val="24"/>
        </w:rPr>
        <w:t xml:space="preserve"> </w:t>
      </w:r>
      <w:proofErr w:type="spellStart"/>
      <w:r w:rsidRPr="00381A53">
        <w:rPr>
          <w:b/>
          <w:bCs/>
          <w:sz w:val="24"/>
          <w:szCs w:val="24"/>
        </w:rPr>
        <w:t>rolünüzü</w:t>
      </w:r>
      <w:proofErr w:type="spellEnd"/>
      <w:r w:rsidRPr="00381A53">
        <w:rPr>
          <w:b/>
          <w:bCs/>
          <w:sz w:val="24"/>
          <w:szCs w:val="24"/>
        </w:rPr>
        <w:t xml:space="preserve"> </w:t>
      </w:r>
      <w:proofErr w:type="spellStart"/>
      <w:r w:rsidRPr="00381A53">
        <w:rPr>
          <w:b/>
          <w:bCs/>
          <w:sz w:val="24"/>
          <w:szCs w:val="24"/>
        </w:rPr>
        <w:t>ve</w:t>
      </w:r>
      <w:proofErr w:type="spellEnd"/>
      <w:r w:rsidRPr="00381A53">
        <w:rPr>
          <w:b/>
          <w:bCs/>
          <w:sz w:val="24"/>
          <w:szCs w:val="24"/>
        </w:rPr>
        <w:t xml:space="preserve"> </w:t>
      </w:r>
      <w:proofErr w:type="spellStart"/>
      <w:r w:rsidRPr="00381A53">
        <w:rPr>
          <w:b/>
          <w:bCs/>
          <w:sz w:val="24"/>
          <w:szCs w:val="24"/>
        </w:rPr>
        <w:t>bu</w:t>
      </w:r>
      <w:proofErr w:type="spellEnd"/>
      <w:r w:rsidRPr="00381A53">
        <w:rPr>
          <w:b/>
          <w:bCs/>
          <w:sz w:val="24"/>
          <w:szCs w:val="24"/>
        </w:rPr>
        <w:t xml:space="preserve"> </w:t>
      </w:r>
      <w:proofErr w:type="spellStart"/>
      <w:r w:rsidRPr="00381A53">
        <w:rPr>
          <w:b/>
          <w:bCs/>
          <w:sz w:val="24"/>
          <w:szCs w:val="24"/>
        </w:rPr>
        <w:t>rolün</w:t>
      </w:r>
      <w:proofErr w:type="spellEnd"/>
      <w:r w:rsidRPr="00381A53">
        <w:rPr>
          <w:b/>
          <w:bCs/>
          <w:sz w:val="24"/>
          <w:szCs w:val="24"/>
        </w:rPr>
        <w:t xml:space="preserve"> </w:t>
      </w:r>
      <w:proofErr w:type="spellStart"/>
      <w:r w:rsidRPr="00381A53">
        <w:rPr>
          <w:b/>
          <w:bCs/>
          <w:sz w:val="24"/>
          <w:szCs w:val="24"/>
        </w:rPr>
        <w:t>sorumluluklarını</w:t>
      </w:r>
      <w:proofErr w:type="spellEnd"/>
      <w:r w:rsidRPr="00381A53">
        <w:rPr>
          <w:b/>
          <w:bCs/>
          <w:sz w:val="24"/>
          <w:szCs w:val="24"/>
        </w:rPr>
        <w:t xml:space="preserve"> </w:t>
      </w:r>
      <w:proofErr w:type="spellStart"/>
      <w:r w:rsidRPr="00381A53">
        <w:rPr>
          <w:b/>
          <w:bCs/>
          <w:sz w:val="24"/>
          <w:szCs w:val="24"/>
        </w:rPr>
        <w:t>açıklayınız</w:t>
      </w:r>
      <w:proofErr w:type="spellEnd"/>
      <w:r w:rsidRPr="00381A53">
        <w:rPr>
          <w:b/>
          <w:bCs/>
          <w:sz w:val="24"/>
          <w:szCs w:val="24"/>
        </w:rPr>
        <w:t>.</w:t>
      </w:r>
      <w:r w:rsidRPr="00381A53">
        <w:rPr>
          <w:sz w:val="24"/>
          <w:szCs w:val="24"/>
        </w:rPr>
        <w:t xml:space="preserve"> (20 Puan)</w:t>
      </w:r>
    </w:p>
    <w:p w14:paraId="7F09AF47" w14:textId="77777777" w:rsidR="00107D10" w:rsidRPr="003657D0" w:rsidRDefault="00107D10" w:rsidP="00107D10">
      <w:pPr>
        <w:pStyle w:val="AralkYok"/>
        <w:rPr>
          <w:sz w:val="24"/>
          <w:szCs w:val="24"/>
        </w:rPr>
      </w:pPr>
      <w:r>
        <w:rPr>
          <w:noProof/>
        </w:rPr>
        <mc:AlternateContent>
          <mc:Choice Requires="wps">
            <w:drawing>
              <wp:anchor distT="0" distB="0" distL="114300" distR="114300" simplePos="0" relativeHeight="251684864" behindDoc="0" locked="0" layoutInCell="1" allowOverlap="1" wp14:anchorId="6FE1057D" wp14:editId="4112B1DD">
                <wp:simplePos x="0" y="0"/>
                <wp:positionH relativeFrom="column">
                  <wp:posOffset>0</wp:posOffset>
                </wp:positionH>
                <wp:positionV relativeFrom="paragraph">
                  <wp:posOffset>167006</wp:posOffset>
                </wp:positionV>
                <wp:extent cx="6305550" cy="1219200"/>
                <wp:effectExtent l="0" t="0" r="19050" b="19050"/>
                <wp:wrapNone/>
                <wp:docPr id="2117227906" name="Dikdörtgen 4"/>
                <wp:cNvGraphicFramePr/>
                <a:graphic xmlns:a="http://schemas.openxmlformats.org/drawingml/2006/main">
                  <a:graphicData uri="http://schemas.microsoft.com/office/word/2010/wordprocessingShape">
                    <wps:wsp>
                      <wps:cNvSpPr/>
                      <wps:spPr>
                        <a:xfrm>
                          <a:off x="0" y="0"/>
                          <a:ext cx="6305550" cy="1219200"/>
                        </a:xfrm>
                        <a:prstGeom prst="rect">
                          <a:avLst/>
                        </a:prstGeom>
                        <a:solidFill>
                          <a:sysClr val="window" lastClr="FFFFFF"/>
                        </a:solidFill>
                        <a:ln w="25400" cap="flat" cmpd="sng" algn="ctr">
                          <a:solidFill>
                            <a:sysClr val="windowText" lastClr="000000"/>
                          </a:solidFill>
                          <a:prstDash val="solid"/>
                        </a:ln>
                        <a:effectLst/>
                      </wps:spPr>
                      <wps:txbx>
                        <w:txbxContent>
                          <w:p w14:paraId="3CF01BAC" w14:textId="77777777" w:rsidR="00FF0D81" w:rsidRDefault="00107D10" w:rsidP="00FF0D81">
                            <w:pPr>
                              <w:rPr>
                                <w:b/>
                                <w:bCs/>
                              </w:rPr>
                            </w:pPr>
                            <w:r w:rsidRPr="00E6166D">
                              <w:rPr>
                                <w:b/>
                                <w:bCs/>
                              </w:rPr>
                              <w:t>CEVAP:</w:t>
                            </w:r>
                          </w:p>
                          <w:p w14:paraId="7738C9B8" w14:textId="77777777" w:rsidR="00EF68AC" w:rsidRPr="00EF68AC" w:rsidRDefault="00107D10" w:rsidP="00FF0D81">
                            <w:pPr>
                              <w:pStyle w:val="ListeParagraf"/>
                              <w:numPr>
                                <w:ilvl w:val="0"/>
                                <w:numId w:val="12"/>
                              </w:numPr>
                              <w:rPr>
                                <w:b/>
                                <w:bCs/>
                                <w:color w:val="EE0000"/>
                                <w:sz w:val="24"/>
                                <w:szCs w:val="24"/>
                              </w:rPr>
                            </w:pPr>
                            <w:r w:rsidRPr="00EF68AC">
                              <w:rPr>
                                <w:b/>
                                <w:bCs/>
                                <w:color w:val="EE0000"/>
                                <w:sz w:val="24"/>
                                <w:szCs w:val="24"/>
                              </w:rPr>
                              <w:t xml:space="preserve">Dahil </w:t>
                            </w:r>
                            <w:proofErr w:type="spellStart"/>
                            <w:r w:rsidRPr="00EF68AC">
                              <w:rPr>
                                <w:b/>
                                <w:bCs/>
                                <w:color w:val="EE0000"/>
                                <w:sz w:val="24"/>
                                <w:szCs w:val="24"/>
                              </w:rPr>
                              <w:t>olunan</w:t>
                            </w:r>
                            <w:proofErr w:type="spellEnd"/>
                            <w:r w:rsidRPr="00EF68AC">
                              <w:rPr>
                                <w:b/>
                                <w:bCs/>
                                <w:color w:val="EE0000"/>
                                <w:sz w:val="24"/>
                                <w:szCs w:val="24"/>
                              </w:rPr>
                              <w:t xml:space="preserve"> </w:t>
                            </w:r>
                            <w:proofErr w:type="spellStart"/>
                            <w:r w:rsidRPr="00EF68AC">
                              <w:rPr>
                                <w:b/>
                                <w:bCs/>
                                <w:color w:val="EE0000"/>
                                <w:sz w:val="24"/>
                                <w:szCs w:val="24"/>
                              </w:rPr>
                              <w:t>grup</w:t>
                            </w:r>
                            <w:proofErr w:type="spellEnd"/>
                            <w:r w:rsidRPr="00EF68AC">
                              <w:rPr>
                                <w:b/>
                                <w:bCs/>
                                <w:color w:val="EE0000"/>
                                <w:sz w:val="24"/>
                                <w:szCs w:val="24"/>
                              </w:rPr>
                              <w:t xml:space="preserve"> </w:t>
                            </w:r>
                            <w:proofErr w:type="spellStart"/>
                            <w:r w:rsidRPr="00EF68AC">
                              <w:rPr>
                                <w:b/>
                                <w:bCs/>
                                <w:color w:val="EE0000"/>
                                <w:sz w:val="24"/>
                                <w:szCs w:val="24"/>
                              </w:rPr>
                              <w:t>ör</w:t>
                            </w:r>
                            <w:proofErr w:type="spellEnd"/>
                            <w:r w:rsidRPr="00EF68AC">
                              <w:rPr>
                                <w:b/>
                                <w:bCs/>
                                <w:color w:val="EE0000"/>
                                <w:sz w:val="24"/>
                                <w:szCs w:val="24"/>
                              </w:rPr>
                              <w:t xml:space="preserve">: </w:t>
                            </w:r>
                            <w:proofErr w:type="spellStart"/>
                            <w:r w:rsidRPr="00EF68AC">
                              <w:rPr>
                                <w:b/>
                                <w:bCs/>
                                <w:color w:val="EE0000"/>
                                <w:sz w:val="24"/>
                                <w:szCs w:val="24"/>
                              </w:rPr>
                              <w:t>aile</w:t>
                            </w:r>
                            <w:proofErr w:type="spellEnd"/>
                            <w:r w:rsidRPr="00EF68AC">
                              <w:rPr>
                                <w:b/>
                                <w:bCs/>
                                <w:color w:val="EE0000"/>
                                <w:sz w:val="24"/>
                                <w:szCs w:val="24"/>
                              </w:rPr>
                              <w:t xml:space="preserve">, </w:t>
                            </w:r>
                            <w:proofErr w:type="spellStart"/>
                            <w:r w:rsidRPr="00EF68AC">
                              <w:rPr>
                                <w:b/>
                                <w:bCs/>
                                <w:color w:val="EE0000"/>
                                <w:sz w:val="24"/>
                                <w:szCs w:val="24"/>
                              </w:rPr>
                              <w:t>sınıf</w:t>
                            </w:r>
                            <w:proofErr w:type="spellEnd"/>
                            <w:r w:rsidRPr="00EF68AC">
                              <w:rPr>
                                <w:b/>
                                <w:bCs/>
                                <w:color w:val="EE0000"/>
                                <w:sz w:val="24"/>
                                <w:szCs w:val="24"/>
                              </w:rPr>
                              <w:t xml:space="preserve">, </w:t>
                            </w:r>
                            <w:proofErr w:type="spellStart"/>
                            <w:r w:rsidRPr="00EF68AC">
                              <w:rPr>
                                <w:b/>
                                <w:bCs/>
                                <w:color w:val="EE0000"/>
                                <w:sz w:val="24"/>
                                <w:szCs w:val="24"/>
                              </w:rPr>
                              <w:t>spor</w:t>
                            </w:r>
                            <w:proofErr w:type="spellEnd"/>
                            <w:r w:rsidRPr="00EF68AC">
                              <w:rPr>
                                <w:b/>
                                <w:bCs/>
                                <w:color w:val="EE0000"/>
                                <w:sz w:val="24"/>
                                <w:szCs w:val="24"/>
                              </w:rPr>
                              <w:t xml:space="preserve"> </w:t>
                            </w:r>
                            <w:proofErr w:type="spellStart"/>
                            <w:r w:rsidRPr="00EF68AC">
                              <w:rPr>
                                <w:b/>
                                <w:bCs/>
                                <w:color w:val="EE0000"/>
                                <w:sz w:val="24"/>
                                <w:szCs w:val="24"/>
                              </w:rPr>
                              <w:t>takımı</w:t>
                            </w:r>
                            <w:proofErr w:type="spellEnd"/>
                            <w:r w:rsidRPr="00EF68AC">
                              <w:rPr>
                                <w:b/>
                                <w:bCs/>
                                <w:color w:val="EE0000"/>
                                <w:sz w:val="24"/>
                                <w:szCs w:val="24"/>
                              </w:rPr>
                              <w:t xml:space="preserve">. </w:t>
                            </w:r>
                          </w:p>
                          <w:p w14:paraId="2BFEFD4E" w14:textId="65D3538A" w:rsidR="00107D10" w:rsidRPr="00EF68AC" w:rsidRDefault="00107D10" w:rsidP="00FF0D81">
                            <w:pPr>
                              <w:pStyle w:val="ListeParagraf"/>
                              <w:numPr>
                                <w:ilvl w:val="0"/>
                                <w:numId w:val="12"/>
                              </w:numPr>
                              <w:rPr>
                                <w:b/>
                                <w:bCs/>
                                <w:color w:val="EE0000"/>
                                <w:sz w:val="24"/>
                                <w:szCs w:val="24"/>
                              </w:rPr>
                            </w:pPr>
                            <w:r w:rsidRPr="00EF68AC">
                              <w:rPr>
                                <w:b/>
                                <w:bCs/>
                                <w:color w:val="EE0000"/>
                                <w:sz w:val="24"/>
                                <w:szCs w:val="24"/>
                              </w:rPr>
                              <w:t xml:space="preserve">Rol: </w:t>
                            </w:r>
                            <w:proofErr w:type="spellStart"/>
                            <w:r w:rsidRPr="00EF68AC">
                              <w:rPr>
                                <w:b/>
                                <w:bCs/>
                                <w:color w:val="EE0000"/>
                                <w:sz w:val="24"/>
                                <w:szCs w:val="24"/>
                              </w:rPr>
                              <w:t>öğrenci</w:t>
                            </w:r>
                            <w:proofErr w:type="spellEnd"/>
                            <w:r w:rsidRPr="00EF68AC">
                              <w:rPr>
                                <w:b/>
                                <w:bCs/>
                                <w:color w:val="EE0000"/>
                                <w:sz w:val="24"/>
                                <w:szCs w:val="24"/>
                              </w:rPr>
                              <w:t xml:space="preserve">, </w:t>
                            </w:r>
                            <w:proofErr w:type="spellStart"/>
                            <w:r w:rsidRPr="00EF68AC">
                              <w:rPr>
                                <w:b/>
                                <w:bCs/>
                                <w:color w:val="EE0000"/>
                                <w:sz w:val="24"/>
                                <w:szCs w:val="24"/>
                              </w:rPr>
                              <w:t>kardeş</w:t>
                            </w:r>
                            <w:proofErr w:type="spellEnd"/>
                            <w:r w:rsidRPr="00EF68AC">
                              <w:rPr>
                                <w:b/>
                                <w:bCs/>
                                <w:color w:val="EE0000"/>
                                <w:sz w:val="24"/>
                                <w:szCs w:val="24"/>
                              </w:rPr>
                              <w:t xml:space="preserve"> vb. </w:t>
                            </w:r>
                            <w:proofErr w:type="spellStart"/>
                            <w:r w:rsidRPr="00EF68AC">
                              <w:rPr>
                                <w:b/>
                                <w:bCs/>
                                <w:color w:val="EE0000"/>
                                <w:sz w:val="24"/>
                                <w:szCs w:val="24"/>
                              </w:rPr>
                              <w:t>Sorumluluk</w:t>
                            </w:r>
                            <w:proofErr w:type="spellEnd"/>
                            <w:r w:rsidRPr="00EF68AC">
                              <w:rPr>
                                <w:b/>
                                <w:bCs/>
                                <w:color w:val="EE0000"/>
                                <w:sz w:val="24"/>
                                <w:szCs w:val="24"/>
                              </w:rPr>
                              <w:t xml:space="preserve">: </w:t>
                            </w:r>
                            <w:proofErr w:type="spellStart"/>
                            <w:r w:rsidRPr="00EF68AC">
                              <w:rPr>
                                <w:b/>
                                <w:bCs/>
                                <w:color w:val="EE0000"/>
                                <w:sz w:val="24"/>
                                <w:szCs w:val="24"/>
                              </w:rPr>
                              <w:t>kurallara</w:t>
                            </w:r>
                            <w:proofErr w:type="spellEnd"/>
                            <w:r w:rsidRPr="00EF68AC">
                              <w:rPr>
                                <w:b/>
                                <w:bCs/>
                                <w:color w:val="EE0000"/>
                                <w:sz w:val="24"/>
                                <w:szCs w:val="24"/>
                              </w:rPr>
                              <w:t xml:space="preserve"> </w:t>
                            </w:r>
                            <w:proofErr w:type="spellStart"/>
                            <w:r w:rsidRPr="00EF68AC">
                              <w:rPr>
                                <w:b/>
                                <w:bCs/>
                                <w:color w:val="EE0000"/>
                                <w:sz w:val="24"/>
                                <w:szCs w:val="24"/>
                              </w:rPr>
                              <w:t>uymak</w:t>
                            </w:r>
                            <w:proofErr w:type="spellEnd"/>
                            <w:r w:rsidRPr="00EF68AC">
                              <w:rPr>
                                <w:b/>
                                <w:bCs/>
                                <w:color w:val="EE0000"/>
                                <w:sz w:val="24"/>
                                <w:szCs w:val="24"/>
                              </w:rPr>
                              <w:t xml:space="preserve">, </w:t>
                            </w:r>
                            <w:proofErr w:type="spellStart"/>
                            <w:r w:rsidRPr="00EF68AC">
                              <w:rPr>
                                <w:b/>
                                <w:bCs/>
                                <w:color w:val="EE0000"/>
                                <w:sz w:val="24"/>
                                <w:szCs w:val="24"/>
                              </w:rPr>
                              <w:t>yardım</w:t>
                            </w:r>
                            <w:proofErr w:type="spellEnd"/>
                            <w:r w:rsidRPr="00EF68AC">
                              <w:rPr>
                                <w:b/>
                                <w:bCs/>
                                <w:color w:val="EE0000"/>
                                <w:sz w:val="24"/>
                                <w:szCs w:val="24"/>
                              </w:rPr>
                              <w:t xml:space="preserve"> </w:t>
                            </w:r>
                            <w:proofErr w:type="spellStart"/>
                            <w:r w:rsidRPr="00EF68AC">
                              <w:rPr>
                                <w:b/>
                                <w:bCs/>
                                <w:color w:val="EE0000"/>
                                <w:sz w:val="24"/>
                                <w:szCs w:val="24"/>
                              </w:rPr>
                              <w:t>etmek</w:t>
                            </w:r>
                            <w:proofErr w:type="spellEnd"/>
                            <w:r w:rsidRPr="00EF68AC">
                              <w:rPr>
                                <w:b/>
                                <w:bCs/>
                                <w:color w:val="EE0000"/>
                                <w:sz w:val="24"/>
                                <w:szCs w:val="24"/>
                              </w:rPr>
                              <w:t xml:space="preserve">, </w:t>
                            </w:r>
                            <w:proofErr w:type="spellStart"/>
                            <w:r w:rsidRPr="00EF68AC">
                              <w:rPr>
                                <w:b/>
                                <w:bCs/>
                                <w:color w:val="EE0000"/>
                                <w:sz w:val="24"/>
                                <w:szCs w:val="24"/>
                              </w:rPr>
                              <w:t>görevleri</w:t>
                            </w:r>
                            <w:proofErr w:type="spellEnd"/>
                            <w:r w:rsidRPr="00EF68AC">
                              <w:rPr>
                                <w:b/>
                                <w:bCs/>
                                <w:color w:val="EE0000"/>
                                <w:sz w:val="24"/>
                                <w:szCs w:val="24"/>
                              </w:rPr>
                              <w:t xml:space="preserve"> </w:t>
                            </w:r>
                            <w:proofErr w:type="spellStart"/>
                            <w:r w:rsidRPr="00EF68AC">
                              <w:rPr>
                                <w:b/>
                                <w:bCs/>
                                <w:color w:val="EE0000"/>
                                <w:sz w:val="24"/>
                                <w:szCs w:val="24"/>
                              </w:rPr>
                              <w:t>yerine</w:t>
                            </w:r>
                            <w:proofErr w:type="spellEnd"/>
                            <w:r w:rsidRPr="00EF68AC">
                              <w:rPr>
                                <w:b/>
                                <w:bCs/>
                                <w:color w:val="EE0000"/>
                                <w:sz w:val="24"/>
                                <w:szCs w:val="24"/>
                              </w:rPr>
                              <w:t xml:space="preserve"> </w:t>
                            </w:r>
                            <w:proofErr w:type="spellStart"/>
                            <w:r w:rsidRPr="00EF68AC">
                              <w:rPr>
                                <w:b/>
                                <w:bCs/>
                                <w:color w:val="EE0000"/>
                                <w:sz w:val="24"/>
                                <w:szCs w:val="24"/>
                              </w:rPr>
                              <w:t>getirmek</w:t>
                            </w:r>
                            <w:proofErr w:type="spellEnd"/>
                            <w:r w:rsidRPr="00EF68AC">
                              <w:rPr>
                                <w:b/>
                                <w:bCs/>
                                <w:color w:val="EE0000"/>
                                <w:sz w:val="24"/>
                                <w:szCs w:val="24"/>
                              </w:rPr>
                              <w:t>.</w:t>
                            </w:r>
                          </w:p>
                          <w:p w14:paraId="33BE70ED" w14:textId="77777777" w:rsidR="00107D10" w:rsidRDefault="00107D10" w:rsidP="00107D10">
                            <w:pPr>
                              <w:rPr>
                                <w:b/>
                                <w:bCs/>
                              </w:rPr>
                            </w:pPr>
                          </w:p>
                          <w:p w14:paraId="0D0D5D9F" w14:textId="77777777" w:rsidR="00107D10" w:rsidRDefault="00107D10" w:rsidP="00107D10">
                            <w:pPr>
                              <w:rPr>
                                <w:b/>
                                <w:bCs/>
                              </w:rPr>
                            </w:pPr>
                          </w:p>
                          <w:p w14:paraId="54CD4AB1" w14:textId="77777777" w:rsidR="00107D10" w:rsidRPr="00E6166D" w:rsidRDefault="00107D10" w:rsidP="00107D10">
                            <w:pP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E1057D" id="_x0000_s1032" style="position:absolute;margin-left:0;margin-top:13.15pt;width:496.5pt;height:9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" fillcolor="window" strokecolor="windowText" strokeweight="2pt">
                <v:textbox>
                  <w:txbxContent>
                    <w:p w14:paraId="3CF01BAC" w14:textId="77777777" w:rsidR="00FF0D81" w:rsidRDefault="00107D10" w:rsidP="00FF0D81">
                      <w:pPr>
                        <w:rPr>
                          <w:b/>
                          <w:bCs/>
                        </w:rPr>
                      </w:pPr>
                      <w:r w:rsidRPr="00E6166D">
                        <w:rPr>
                          <w:b/>
                          <w:bCs/>
                        </w:rPr>
                        <w:t>CEVAP:</w:t>
                      </w:r>
                    </w:p>
                    <w:p w14:paraId="7738C9B8" w14:textId="77777777" w:rsidR="00EF68AC" w:rsidRPr="00EF68AC" w:rsidRDefault="00107D10" w:rsidP="00FF0D81">
                      <w:pPr>
                        <w:pStyle w:val="ListeParagraf"/>
                        <w:numPr>
                          <w:ilvl w:val="0"/>
                          <w:numId w:val="12"/>
                        </w:numPr>
                        <w:rPr>
                          <w:b/>
                          <w:bCs/>
                          <w:color w:val="EE0000"/>
                          <w:sz w:val="24"/>
                          <w:szCs w:val="24"/>
                        </w:rPr>
                      </w:pPr>
                      <w:r w:rsidRPr="00EF68AC">
                        <w:rPr>
                          <w:b/>
                          <w:bCs/>
                          <w:color w:val="EE0000"/>
                          <w:sz w:val="24"/>
                          <w:szCs w:val="24"/>
                        </w:rPr>
                        <w:t xml:space="preserve">Dahil </w:t>
                      </w:r>
                      <w:proofErr w:type="spellStart"/>
                      <w:r w:rsidRPr="00EF68AC">
                        <w:rPr>
                          <w:b/>
                          <w:bCs/>
                          <w:color w:val="EE0000"/>
                          <w:sz w:val="24"/>
                          <w:szCs w:val="24"/>
                        </w:rPr>
                        <w:t>olunan</w:t>
                      </w:r>
                      <w:proofErr w:type="spellEnd"/>
                      <w:r w:rsidRPr="00EF68AC">
                        <w:rPr>
                          <w:b/>
                          <w:bCs/>
                          <w:color w:val="EE0000"/>
                          <w:sz w:val="24"/>
                          <w:szCs w:val="24"/>
                        </w:rPr>
                        <w:t xml:space="preserve"> </w:t>
                      </w:r>
                      <w:proofErr w:type="spellStart"/>
                      <w:r w:rsidRPr="00EF68AC">
                        <w:rPr>
                          <w:b/>
                          <w:bCs/>
                          <w:color w:val="EE0000"/>
                          <w:sz w:val="24"/>
                          <w:szCs w:val="24"/>
                        </w:rPr>
                        <w:t>grup</w:t>
                      </w:r>
                      <w:proofErr w:type="spellEnd"/>
                      <w:r w:rsidRPr="00EF68AC">
                        <w:rPr>
                          <w:b/>
                          <w:bCs/>
                          <w:color w:val="EE0000"/>
                          <w:sz w:val="24"/>
                          <w:szCs w:val="24"/>
                        </w:rPr>
                        <w:t xml:space="preserve"> </w:t>
                      </w:r>
                      <w:proofErr w:type="spellStart"/>
                      <w:r w:rsidRPr="00EF68AC">
                        <w:rPr>
                          <w:b/>
                          <w:bCs/>
                          <w:color w:val="EE0000"/>
                          <w:sz w:val="24"/>
                          <w:szCs w:val="24"/>
                        </w:rPr>
                        <w:t>ör</w:t>
                      </w:r>
                      <w:proofErr w:type="spellEnd"/>
                      <w:r w:rsidRPr="00EF68AC">
                        <w:rPr>
                          <w:b/>
                          <w:bCs/>
                          <w:color w:val="EE0000"/>
                          <w:sz w:val="24"/>
                          <w:szCs w:val="24"/>
                        </w:rPr>
                        <w:t xml:space="preserve">: </w:t>
                      </w:r>
                      <w:proofErr w:type="spellStart"/>
                      <w:r w:rsidRPr="00EF68AC">
                        <w:rPr>
                          <w:b/>
                          <w:bCs/>
                          <w:color w:val="EE0000"/>
                          <w:sz w:val="24"/>
                          <w:szCs w:val="24"/>
                        </w:rPr>
                        <w:t>aile</w:t>
                      </w:r>
                      <w:proofErr w:type="spellEnd"/>
                      <w:r w:rsidRPr="00EF68AC">
                        <w:rPr>
                          <w:b/>
                          <w:bCs/>
                          <w:color w:val="EE0000"/>
                          <w:sz w:val="24"/>
                          <w:szCs w:val="24"/>
                        </w:rPr>
                        <w:t xml:space="preserve">, </w:t>
                      </w:r>
                      <w:proofErr w:type="spellStart"/>
                      <w:r w:rsidRPr="00EF68AC">
                        <w:rPr>
                          <w:b/>
                          <w:bCs/>
                          <w:color w:val="EE0000"/>
                          <w:sz w:val="24"/>
                          <w:szCs w:val="24"/>
                        </w:rPr>
                        <w:t>sınıf</w:t>
                      </w:r>
                      <w:proofErr w:type="spellEnd"/>
                      <w:r w:rsidRPr="00EF68AC">
                        <w:rPr>
                          <w:b/>
                          <w:bCs/>
                          <w:color w:val="EE0000"/>
                          <w:sz w:val="24"/>
                          <w:szCs w:val="24"/>
                        </w:rPr>
                        <w:t xml:space="preserve">, </w:t>
                      </w:r>
                      <w:proofErr w:type="spellStart"/>
                      <w:r w:rsidRPr="00EF68AC">
                        <w:rPr>
                          <w:b/>
                          <w:bCs/>
                          <w:color w:val="EE0000"/>
                          <w:sz w:val="24"/>
                          <w:szCs w:val="24"/>
                        </w:rPr>
                        <w:t>spor</w:t>
                      </w:r>
                      <w:proofErr w:type="spellEnd"/>
                      <w:r w:rsidRPr="00EF68AC">
                        <w:rPr>
                          <w:b/>
                          <w:bCs/>
                          <w:color w:val="EE0000"/>
                          <w:sz w:val="24"/>
                          <w:szCs w:val="24"/>
                        </w:rPr>
                        <w:t xml:space="preserve"> </w:t>
                      </w:r>
                      <w:proofErr w:type="spellStart"/>
                      <w:r w:rsidRPr="00EF68AC">
                        <w:rPr>
                          <w:b/>
                          <w:bCs/>
                          <w:color w:val="EE0000"/>
                          <w:sz w:val="24"/>
                          <w:szCs w:val="24"/>
                        </w:rPr>
                        <w:t>takımı</w:t>
                      </w:r>
                      <w:proofErr w:type="spellEnd"/>
                      <w:r w:rsidRPr="00EF68AC">
                        <w:rPr>
                          <w:b/>
                          <w:bCs/>
                          <w:color w:val="EE0000"/>
                          <w:sz w:val="24"/>
                          <w:szCs w:val="24"/>
                        </w:rPr>
                        <w:t xml:space="preserve">. </w:t>
                      </w:r>
                    </w:p>
                    <w:p w14:paraId="2BFEFD4E" w14:textId="65D3538A" w:rsidR="00107D10" w:rsidRPr="00EF68AC" w:rsidRDefault="00107D10" w:rsidP="00FF0D81">
                      <w:pPr>
                        <w:pStyle w:val="ListeParagraf"/>
                        <w:numPr>
                          <w:ilvl w:val="0"/>
                          <w:numId w:val="12"/>
                        </w:numPr>
                        <w:rPr>
                          <w:b/>
                          <w:bCs/>
                          <w:color w:val="EE0000"/>
                          <w:sz w:val="24"/>
                          <w:szCs w:val="24"/>
                        </w:rPr>
                      </w:pPr>
                      <w:r w:rsidRPr="00EF68AC">
                        <w:rPr>
                          <w:b/>
                          <w:bCs/>
                          <w:color w:val="EE0000"/>
                          <w:sz w:val="24"/>
                          <w:szCs w:val="24"/>
                        </w:rPr>
                        <w:t xml:space="preserve">Rol: </w:t>
                      </w:r>
                      <w:proofErr w:type="spellStart"/>
                      <w:r w:rsidRPr="00EF68AC">
                        <w:rPr>
                          <w:b/>
                          <w:bCs/>
                          <w:color w:val="EE0000"/>
                          <w:sz w:val="24"/>
                          <w:szCs w:val="24"/>
                        </w:rPr>
                        <w:t>öğrenci</w:t>
                      </w:r>
                      <w:proofErr w:type="spellEnd"/>
                      <w:r w:rsidRPr="00EF68AC">
                        <w:rPr>
                          <w:b/>
                          <w:bCs/>
                          <w:color w:val="EE0000"/>
                          <w:sz w:val="24"/>
                          <w:szCs w:val="24"/>
                        </w:rPr>
                        <w:t xml:space="preserve">, </w:t>
                      </w:r>
                      <w:proofErr w:type="spellStart"/>
                      <w:r w:rsidRPr="00EF68AC">
                        <w:rPr>
                          <w:b/>
                          <w:bCs/>
                          <w:color w:val="EE0000"/>
                          <w:sz w:val="24"/>
                          <w:szCs w:val="24"/>
                        </w:rPr>
                        <w:t>kardeş</w:t>
                      </w:r>
                      <w:proofErr w:type="spellEnd"/>
                      <w:r w:rsidRPr="00EF68AC">
                        <w:rPr>
                          <w:b/>
                          <w:bCs/>
                          <w:color w:val="EE0000"/>
                          <w:sz w:val="24"/>
                          <w:szCs w:val="24"/>
                        </w:rPr>
                        <w:t xml:space="preserve"> vb. </w:t>
                      </w:r>
                      <w:proofErr w:type="spellStart"/>
                      <w:r w:rsidRPr="00EF68AC">
                        <w:rPr>
                          <w:b/>
                          <w:bCs/>
                          <w:color w:val="EE0000"/>
                          <w:sz w:val="24"/>
                          <w:szCs w:val="24"/>
                        </w:rPr>
                        <w:t>Sorumluluk</w:t>
                      </w:r>
                      <w:proofErr w:type="spellEnd"/>
                      <w:r w:rsidRPr="00EF68AC">
                        <w:rPr>
                          <w:b/>
                          <w:bCs/>
                          <w:color w:val="EE0000"/>
                          <w:sz w:val="24"/>
                          <w:szCs w:val="24"/>
                        </w:rPr>
                        <w:t xml:space="preserve">: </w:t>
                      </w:r>
                      <w:proofErr w:type="spellStart"/>
                      <w:r w:rsidRPr="00EF68AC">
                        <w:rPr>
                          <w:b/>
                          <w:bCs/>
                          <w:color w:val="EE0000"/>
                          <w:sz w:val="24"/>
                          <w:szCs w:val="24"/>
                        </w:rPr>
                        <w:t>kurallara</w:t>
                      </w:r>
                      <w:proofErr w:type="spellEnd"/>
                      <w:r w:rsidRPr="00EF68AC">
                        <w:rPr>
                          <w:b/>
                          <w:bCs/>
                          <w:color w:val="EE0000"/>
                          <w:sz w:val="24"/>
                          <w:szCs w:val="24"/>
                        </w:rPr>
                        <w:t xml:space="preserve"> </w:t>
                      </w:r>
                      <w:proofErr w:type="spellStart"/>
                      <w:r w:rsidRPr="00EF68AC">
                        <w:rPr>
                          <w:b/>
                          <w:bCs/>
                          <w:color w:val="EE0000"/>
                          <w:sz w:val="24"/>
                          <w:szCs w:val="24"/>
                        </w:rPr>
                        <w:t>uymak</w:t>
                      </w:r>
                      <w:proofErr w:type="spellEnd"/>
                      <w:r w:rsidRPr="00EF68AC">
                        <w:rPr>
                          <w:b/>
                          <w:bCs/>
                          <w:color w:val="EE0000"/>
                          <w:sz w:val="24"/>
                          <w:szCs w:val="24"/>
                        </w:rPr>
                        <w:t xml:space="preserve">, </w:t>
                      </w:r>
                      <w:proofErr w:type="spellStart"/>
                      <w:r w:rsidRPr="00EF68AC">
                        <w:rPr>
                          <w:b/>
                          <w:bCs/>
                          <w:color w:val="EE0000"/>
                          <w:sz w:val="24"/>
                          <w:szCs w:val="24"/>
                        </w:rPr>
                        <w:t>yardım</w:t>
                      </w:r>
                      <w:proofErr w:type="spellEnd"/>
                      <w:r w:rsidRPr="00EF68AC">
                        <w:rPr>
                          <w:b/>
                          <w:bCs/>
                          <w:color w:val="EE0000"/>
                          <w:sz w:val="24"/>
                          <w:szCs w:val="24"/>
                        </w:rPr>
                        <w:t xml:space="preserve"> </w:t>
                      </w:r>
                      <w:proofErr w:type="spellStart"/>
                      <w:r w:rsidRPr="00EF68AC">
                        <w:rPr>
                          <w:b/>
                          <w:bCs/>
                          <w:color w:val="EE0000"/>
                          <w:sz w:val="24"/>
                          <w:szCs w:val="24"/>
                        </w:rPr>
                        <w:t>etmek</w:t>
                      </w:r>
                      <w:proofErr w:type="spellEnd"/>
                      <w:r w:rsidRPr="00EF68AC">
                        <w:rPr>
                          <w:b/>
                          <w:bCs/>
                          <w:color w:val="EE0000"/>
                          <w:sz w:val="24"/>
                          <w:szCs w:val="24"/>
                        </w:rPr>
                        <w:t xml:space="preserve">, </w:t>
                      </w:r>
                      <w:proofErr w:type="spellStart"/>
                      <w:r w:rsidRPr="00EF68AC">
                        <w:rPr>
                          <w:b/>
                          <w:bCs/>
                          <w:color w:val="EE0000"/>
                          <w:sz w:val="24"/>
                          <w:szCs w:val="24"/>
                        </w:rPr>
                        <w:t>görevleri</w:t>
                      </w:r>
                      <w:proofErr w:type="spellEnd"/>
                      <w:r w:rsidRPr="00EF68AC">
                        <w:rPr>
                          <w:b/>
                          <w:bCs/>
                          <w:color w:val="EE0000"/>
                          <w:sz w:val="24"/>
                          <w:szCs w:val="24"/>
                        </w:rPr>
                        <w:t xml:space="preserve"> </w:t>
                      </w:r>
                      <w:proofErr w:type="spellStart"/>
                      <w:r w:rsidRPr="00EF68AC">
                        <w:rPr>
                          <w:b/>
                          <w:bCs/>
                          <w:color w:val="EE0000"/>
                          <w:sz w:val="24"/>
                          <w:szCs w:val="24"/>
                        </w:rPr>
                        <w:t>yerine</w:t>
                      </w:r>
                      <w:proofErr w:type="spellEnd"/>
                      <w:r w:rsidRPr="00EF68AC">
                        <w:rPr>
                          <w:b/>
                          <w:bCs/>
                          <w:color w:val="EE0000"/>
                          <w:sz w:val="24"/>
                          <w:szCs w:val="24"/>
                        </w:rPr>
                        <w:t xml:space="preserve"> </w:t>
                      </w:r>
                      <w:proofErr w:type="spellStart"/>
                      <w:r w:rsidRPr="00EF68AC">
                        <w:rPr>
                          <w:b/>
                          <w:bCs/>
                          <w:color w:val="EE0000"/>
                          <w:sz w:val="24"/>
                          <w:szCs w:val="24"/>
                        </w:rPr>
                        <w:t>getirmek</w:t>
                      </w:r>
                      <w:proofErr w:type="spellEnd"/>
                      <w:r w:rsidRPr="00EF68AC">
                        <w:rPr>
                          <w:b/>
                          <w:bCs/>
                          <w:color w:val="EE0000"/>
                          <w:sz w:val="24"/>
                          <w:szCs w:val="24"/>
                        </w:rPr>
                        <w:t>.</w:t>
                      </w:r>
                    </w:p>
                    <w:p w14:paraId="33BE70ED" w14:textId="77777777" w:rsidR="00107D10" w:rsidRDefault="00107D10" w:rsidP="00107D10">
                      <w:pPr>
                        <w:rPr>
                          <w:b/>
                          <w:bCs/>
                        </w:rPr>
                      </w:pPr>
                    </w:p>
                    <w:p w14:paraId="0D0D5D9F" w14:textId="77777777" w:rsidR="00107D10" w:rsidRDefault="00107D10" w:rsidP="00107D10">
                      <w:pPr>
                        <w:rPr>
                          <w:b/>
                          <w:bCs/>
                        </w:rPr>
                      </w:pPr>
                    </w:p>
                    <w:p w14:paraId="54CD4AB1" w14:textId="77777777" w:rsidR="00107D10" w:rsidRPr="00E6166D" w:rsidRDefault="00107D10" w:rsidP="00107D10">
                      <w:pPr>
                        <w:rPr>
                          <w:b/>
                          <w:bCs/>
                        </w:rPr>
                      </w:pPr>
                    </w:p>
                  </w:txbxContent>
                </v:textbox>
              </v:rect>
            </w:pict>
          </mc:Fallback>
        </mc:AlternateContent>
      </w:r>
    </w:p>
    <w:p w14:paraId="3196454F" w14:textId="77777777" w:rsidR="00107D10" w:rsidRDefault="00107D10" w:rsidP="00107D10">
      <w:pPr>
        <w:pStyle w:val="AralkYok"/>
      </w:pPr>
    </w:p>
    <w:p w14:paraId="6CEDADC1" w14:textId="77777777" w:rsidR="00107D10" w:rsidRDefault="00107D10" w:rsidP="00107D10">
      <w:pPr>
        <w:pStyle w:val="AralkYok"/>
      </w:pPr>
    </w:p>
    <w:p w14:paraId="752FBEF2" w14:textId="77777777" w:rsidR="00107D10" w:rsidRDefault="00107D10" w:rsidP="00107D10">
      <w:pPr>
        <w:pStyle w:val="AralkYok"/>
      </w:pPr>
    </w:p>
    <w:p w14:paraId="43BD313E" w14:textId="77777777" w:rsidR="00107D10" w:rsidRDefault="00107D10" w:rsidP="00107D10">
      <w:pPr>
        <w:pStyle w:val="AralkYok"/>
      </w:pPr>
    </w:p>
    <w:p w14:paraId="4C16DD95" w14:textId="77777777" w:rsidR="00107D10" w:rsidRDefault="00107D10" w:rsidP="00107D10">
      <w:pPr>
        <w:pStyle w:val="AralkYok"/>
      </w:pPr>
    </w:p>
    <w:p w14:paraId="243F709A" w14:textId="77777777" w:rsidR="00107D10" w:rsidRDefault="00107D10" w:rsidP="00107D10">
      <w:pPr>
        <w:pStyle w:val="AralkYok"/>
      </w:pPr>
    </w:p>
    <w:p w14:paraId="30CF84C2" w14:textId="77777777" w:rsidR="00107D10" w:rsidRDefault="00107D10" w:rsidP="00107D10">
      <w:pPr>
        <w:pStyle w:val="AralkYok"/>
      </w:pPr>
    </w:p>
    <w:p w14:paraId="2424E4E3" w14:textId="77777777" w:rsidR="00107D10" w:rsidRDefault="00107D10" w:rsidP="00107D10">
      <w:pPr>
        <w:pStyle w:val="AralkYok"/>
      </w:pPr>
      <w:r>
        <w:t xml:space="preserve">                            </w:t>
      </w:r>
    </w:p>
    <w:p w14:paraId="5217018D" w14:textId="77777777" w:rsidR="00107D10" w:rsidRDefault="00107D10" w:rsidP="00107D10">
      <w:pPr>
        <w:pStyle w:val="AralkYok"/>
      </w:pPr>
    </w:p>
    <w:p w14:paraId="57A35956" w14:textId="77777777" w:rsidR="00107D10" w:rsidRPr="00381A53" w:rsidRDefault="00107D10" w:rsidP="00107D10">
      <w:pPr>
        <w:pStyle w:val="AralkYok"/>
        <w:numPr>
          <w:ilvl w:val="0"/>
          <w:numId w:val="11"/>
        </w:numPr>
        <w:rPr>
          <w:sz w:val="24"/>
          <w:szCs w:val="24"/>
        </w:rPr>
      </w:pPr>
      <w:r w:rsidRPr="00381A53">
        <w:rPr>
          <w:sz w:val="24"/>
          <w:szCs w:val="24"/>
        </w:rPr>
        <w:t xml:space="preserve"> </w:t>
      </w:r>
      <w:proofErr w:type="spellStart"/>
      <w:r w:rsidRPr="00381A53">
        <w:rPr>
          <w:sz w:val="24"/>
          <w:szCs w:val="24"/>
        </w:rPr>
        <w:t>Toplumda</w:t>
      </w:r>
      <w:proofErr w:type="spellEnd"/>
      <w:r w:rsidRPr="00381A53">
        <w:rPr>
          <w:sz w:val="24"/>
          <w:szCs w:val="24"/>
        </w:rPr>
        <w:t xml:space="preserve"> her </w:t>
      </w:r>
      <w:proofErr w:type="spellStart"/>
      <w:r w:rsidRPr="00381A53">
        <w:rPr>
          <w:sz w:val="24"/>
          <w:szCs w:val="24"/>
        </w:rPr>
        <w:t>bireyin</w:t>
      </w:r>
      <w:proofErr w:type="spellEnd"/>
      <w:r w:rsidRPr="00381A53">
        <w:rPr>
          <w:sz w:val="24"/>
          <w:szCs w:val="24"/>
        </w:rPr>
        <w:t xml:space="preserve"> </w:t>
      </w:r>
      <w:proofErr w:type="spellStart"/>
      <w:r w:rsidRPr="00381A53">
        <w:rPr>
          <w:sz w:val="24"/>
          <w:szCs w:val="24"/>
        </w:rPr>
        <w:t>üstlendiği</w:t>
      </w:r>
      <w:proofErr w:type="spellEnd"/>
      <w:r w:rsidRPr="00381A53">
        <w:rPr>
          <w:sz w:val="24"/>
          <w:szCs w:val="24"/>
        </w:rPr>
        <w:t xml:space="preserve"> </w:t>
      </w:r>
      <w:proofErr w:type="spellStart"/>
      <w:r w:rsidRPr="00381A53">
        <w:rPr>
          <w:sz w:val="24"/>
          <w:szCs w:val="24"/>
        </w:rPr>
        <w:t>farklı</w:t>
      </w:r>
      <w:proofErr w:type="spellEnd"/>
      <w:r w:rsidRPr="00381A53">
        <w:rPr>
          <w:sz w:val="24"/>
          <w:szCs w:val="24"/>
        </w:rPr>
        <w:t xml:space="preserve"> roller </w:t>
      </w:r>
      <w:proofErr w:type="spellStart"/>
      <w:r w:rsidRPr="00381A53">
        <w:rPr>
          <w:sz w:val="24"/>
          <w:szCs w:val="24"/>
        </w:rPr>
        <w:t>vardır</w:t>
      </w:r>
      <w:proofErr w:type="spellEnd"/>
      <w:r w:rsidRPr="00381A53">
        <w:rPr>
          <w:sz w:val="24"/>
          <w:szCs w:val="24"/>
        </w:rPr>
        <w:t xml:space="preserve">. Bu roller </w:t>
      </w:r>
      <w:proofErr w:type="spellStart"/>
      <w:r w:rsidRPr="00381A53">
        <w:rPr>
          <w:sz w:val="24"/>
          <w:szCs w:val="24"/>
        </w:rPr>
        <w:t>bazen</w:t>
      </w:r>
      <w:proofErr w:type="spellEnd"/>
      <w:r w:rsidRPr="00381A53">
        <w:rPr>
          <w:sz w:val="24"/>
          <w:szCs w:val="24"/>
        </w:rPr>
        <w:t xml:space="preserve"> </w:t>
      </w:r>
      <w:proofErr w:type="spellStart"/>
      <w:r w:rsidRPr="00381A53">
        <w:rPr>
          <w:sz w:val="24"/>
          <w:szCs w:val="24"/>
        </w:rPr>
        <w:t>doğuştan</w:t>
      </w:r>
      <w:proofErr w:type="spellEnd"/>
      <w:r w:rsidRPr="00381A53">
        <w:rPr>
          <w:sz w:val="24"/>
          <w:szCs w:val="24"/>
        </w:rPr>
        <w:t xml:space="preserve"> </w:t>
      </w:r>
      <w:proofErr w:type="spellStart"/>
      <w:r w:rsidRPr="00381A53">
        <w:rPr>
          <w:sz w:val="24"/>
          <w:szCs w:val="24"/>
        </w:rPr>
        <w:t>gelir</w:t>
      </w:r>
      <w:proofErr w:type="spellEnd"/>
      <w:r w:rsidRPr="00381A53">
        <w:rPr>
          <w:sz w:val="24"/>
          <w:szCs w:val="24"/>
        </w:rPr>
        <w:t xml:space="preserve">, </w:t>
      </w:r>
      <w:proofErr w:type="spellStart"/>
      <w:r w:rsidRPr="00381A53">
        <w:rPr>
          <w:sz w:val="24"/>
          <w:szCs w:val="24"/>
        </w:rPr>
        <w:t>bazen</w:t>
      </w:r>
      <w:proofErr w:type="spellEnd"/>
      <w:r w:rsidRPr="00381A53">
        <w:rPr>
          <w:sz w:val="24"/>
          <w:szCs w:val="24"/>
        </w:rPr>
        <w:t xml:space="preserve"> </w:t>
      </w:r>
      <w:proofErr w:type="spellStart"/>
      <w:r w:rsidRPr="00381A53">
        <w:rPr>
          <w:sz w:val="24"/>
          <w:szCs w:val="24"/>
        </w:rPr>
        <w:t>sonradan</w:t>
      </w:r>
      <w:proofErr w:type="spellEnd"/>
      <w:r w:rsidRPr="00381A53">
        <w:rPr>
          <w:sz w:val="24"/>
          <w:szCs w:val="24"/>
        </w:rPr>
        <w:t xml:space="preserve"> </w:t>
      </w:r>
      <w:proofErr w:type="spellStart"/>
      <w:r w:rsidRPr="00381A53">
        <w:rPr>
          <w:sz w:val="24"/>
          <w:szCs w:val="24"/>
        </w:rPr>
        <w:t>kazanılır</w:t>
      </w:r>
      <w:proofErr w:type="spellEnd"/>
      <w:r w:rsidRPr="00381A53">
        <w:rPr>
          <w:sz w:val="24"/>
          <w:szCs w:val="24"/>
        </w:rPr>
        <w:t xml:space="preserve">. </w:t>
      </w:r>
      <w:proofErr w:type="spellStart"/>
      <w:r w:rsidRPr="00381A53">
        <w:rPr>
          <w:sz w:val="24"/>
          <w:szCs w:val="24"/>
        </w:rPr>
        <w:t>Örneğin</w:t>
      </w:r>
      <w:proofErr w:type="spellEnd"/>
      <w:r w:rsidRPr="00381A53">
        <w:rPr>
          <w:sz w:val="24"/>
          <w:szCs w:val="24"/>
        </w:rPr>
        <w:t xml:space="preserve"> </w:t>
      </w:r>
      <w:proofErr w:type="spellStart"/>
      <w:r w:rsidRPr="00381A53">
        <w:rPr>
          <w:sz w:val="24"/>
          <w:szCs w:val="24"/>
        </w:rPr>
        <w:t>aile</w:t>
      </w:r>
      <w:proofErr w:type="spellEnd"/>
      <w:r w:rsidRPr="00381A53">
        <w:rPr>
          <w:sz w:val="24"/>
          <w:szCs w:val="24"/>
        </w:rPr>
        <w:t xml:space="preserve"> </w:t>
      </w:r>
      <w:proofErr w:type="spellStart"/>
      <w:r w:rsidRPr="00381A53">
        <w:rPr>
          <w:sz w:val="24"/>
          <w:szCs w:val="24"/>
        </w:rPr>
        <w:t>içinde</w:t>
      </w:r>
      <w:proofErr w:type="spellEnd"/>
      <w:r w:rsidRPr="00381A53">
        <w:rPr>
          <w:sz w:val="24"/>
          <w:szCs w:val="24"/>
        </w:rPr>
        <w:t xml:space="preserve"> </w:t>
      </w:r>
      <w:proofErr w:type="spellStart"/>
      <w:r w:rsidRPr="00381A53">
        <w:rPr>
          <w:sz w:val="24"/>
          <w:szCs w:val="24"/>
        </w:rPr>
        <w:t>çocuk</w:t>
      </w:r>
      <w:proofErr w:type="spellEnd"/>
      <w:r w:rsidRPr="00381A53">
        <w:rPr>
          <w:sz w:val="24"/>
          <w:szCs w:val="24"/>
        </w:rPr>
        <w:t xml:space="preserve">, </w:t>
      </w:r>
      <w:proofErr w:type="spellStart"/>
      <w:r w:rsidRPr="00381A53">
        <w:rPr>
          <w:sz w:val="24"/>
          <w:szCs w:val="24"/>
        </w:rPr>
        <w:t>okulda</w:t>
      </w:r>
      <w:proofErr w:type="spellEnd"/>
      <w:r w:rsidRPr="00381A53">
        <w:rPr>
          <w:sz w:val="24"/>
          <w:szCs w:val="24"/>
        </w:rPr>
        <w:t xml:space="preserve"> </w:t>
      </w:r>
      <w:proofErr w:type="spellStart"/>
      <w:r w:rsidRPr="00381A53">
        <w:rPr>
          <w:sz w:val="24"/>
          <w:szCs w:val="24"/>
        </w:rPr>
        <w:t>öğrenci</w:t>
      </w:r>
      <w:proofErr w:type="spellEnd"/>
      <w:r w:rsidRPr="00381A53">
        <w:rPr>
          <w:sz w:val="24"/>
          <w:szCs w:val="24"/>
        </w:rPr>
        <w:t xml:space="preserve"> </w:t>
      </w:r>
      <w:proofErr w:type="spellStart"/>
      <w:r w:rsidRPr="00381A53">
        <w:rPr>
          <w:sz w:val="24"/>
          <w:szCs w:val="24"/>
        </w:rPr>
        <w:t>olmak</w:t>
      </w:r>
      <w:proofErr w:type="spellEnd"/>
      <w:r w:rsidRPr="00381A53">
        <w:rPr>
          <w:sz w:val="24"/>
          <w:szCs w:val="24"/>
        </w:rPr>
        <w:t xml:space="preserve"> </w:t>
      </w:r>
      <w:proofErr w:type="spellStart"/>
      <w:r w:rsidRPr="00381A53">
        <w:rPr>
          <w:sz w:val="24"/>
          <w:szCs w:val="24"/>
        </w:rPr>
        <w:t>gibi</w:t>
      </w:r>
      <w:proofErr w:type="spellEnd"/>
      <w:r w:rsidRPr="00381A53">
        <w:rPr>
          <w:sz w:val="24"/>
          <w:szCs w:val="24"/>
        </w:rPr>
        <w:t xml:space="preserve"> roller </w:t>
      </w:r>
      <w:proofErr w:type="spellStart"/>
      <w:r w:rsidRPr="00381A53">
        <w:rPr>
          <w:sz w:val="24"/>
          <w:szCs w:val="24"/>
        </w:rPr>
        <w:t>farklı</w:t>
      </w:r>
      <w:proofErr w:type="spellEnd"/>
      <w:r w:rsidRPr="00381A53">
        <w:rPr>
          <w:sz w:val="24"/>
          <w:szCs w:val="24"/>
        </w:rPr>
        <w:t xml:space="preserve"> </w:t>
      </w:r>
      <w:proofErr w:type="spellStart"/>
      <w:r w:rsidRPr="00381A53">
        <w:rPr>
          <w:sz w:val="24"/>
          <w:szCs w:val="24"/>
        </w:rPr>
        <w:t>sorumluluklar</w:t>
      </w:r>
      <w:proofErr w:type="spellEnd"/>
      <w:r w:rsidRPr="00381A53">
        <w:rPr>
          <w:sz w:val="24"/>
          <w:szCs w:val="24"/>
        </w:rPr>
        <w:t xml:space="preserve"> </w:t>
      </w:r>
      <w:proofErr w:type="spellStart"/>
      <w:r w:rsidRPr="00381A53">
        <w:rPr>
          <w:sz w:val="24"/>
          <w:szCs w:val="24"/>
        </w:rPr>
        <w:t>içerir</w:t>
      </w:r>
      <w:proofErr w:type="spellEnd"/>
      <w:r w:rsidRPr="00381A53">
        <w:rPr>
          <w:sz w:val="24"/>
          <w:szCs w:val="24"/>
        </w:rPr>
        <w:t xml:space="preserve">. </w:t>
      </w:r>
      <w:proofErr w:type="spellStart"/>
      <w:r w:rsidRPr="00381A53">
        <w:rPr>
          <w:sz w:val="24"/>
          <w:szCs w:val="24"/>
        </w:rPr>
        <w:t>Rollerin</w:t>
      </w:r>
      <w:proofErr w:type="spellEnd"/>
      <w:r w:rsidRPr="00381A53">
        <w:rPr>
          <w:sz w:val="24"/>
          <w:szCs w:val="24"/>
        </w:rPr>
        <w:t xml:space="preserve"> </w:t>
      </w:r>
      <w:proofErr w:type="spellStart"/>
      <w:r w:rsidRPr="00381A53">
        <w:rPr>
          <w:sz w:val="24"/>
          <w:szCs w:val="24"/>
        </w:rPr>
        <w:t>farklı</w:t>
      </w:r>
      <w:proofErr w:type="spellEnd"/>
      <w:r w:rsidRPr="00381A53">
        <w:rPr>
          <w:sz w:val="24"/>
          <w:szCs w:val="24"/>
        </w:rPr>
        <w:t xml:space="preserve"> </w:t>
      </w:r>
      <w:proofErr w:type="spellStart"/>
      <w:r w:rsidRPr="00381A53">
        <w:rPr>
          <w:sz w:val="24"/>
          <w:szCs w:val="24"/>
        </w:rPr>
        <w:t>olması</w:t>
      </w:r>
      <w:proofErr w:type="spellEnd"/>
      <w:r w:rsidRPr="00381A53">
        <w:rPr>
          <w:sz w:val="24"/>
          <w:szCs w:val="24"/>
        </w:rPr>
        <w:t xml:space="preserve"> </w:t>
      </w:r>
      <w:proofErr w:type="spellStart"/>
      <w:r w:rsidRPr="00381A53">
        <w:rPr>
          <w:sz w:val="24"/>
          <w:szCs w:val="24"/>
        </w:rPr>
        <w:t>toplum</w:t>
      </w:r>
      <w:proofErr w:type="spellEnd"/>
      <w:r w:rsidRPr="00381A53">
        <w:rPr>
          <w:sz w:val="24"/>
          <w:szCs w:val="24"/>
        </w:rPr>
        <w:t xml:space="preserve"> </w:t>
      </w:r>
      <w:proofErr w:type="spellStart"/>
      <w:r w:rsidRPr="00381A53">
        <w:rPr>
          <w:sz w:val="24"/>
          <w:szCs w:val="24"/>
        </w:rPr>
        <w:t>düzenine</w:t>
      </w:r>
      <w:proofErr w:type="spellEnd"/>
      <w:r w:rsidRPr="00381A53">
        <w:rPr>
          <w:sz w:val="24"/>
          <w:szCs w:val="24"/>
        </w:rPr>
        <w:t xml:space="preserve"> </w:t>
      </w:r>
      <w:proofErr w:type="spellStart"/>
      <w:r w:rsidRPr="00381A53">
        <w:rPr>
          <w:sz w:val="24"/>
          <w:szCs w:val="24"/>
        </w:rPr>
        <w:t>önemli</w:t>
      </w:r>
      <w:proofErr w:type="spellEnd"/>
      <w:r w:rsidRPr="00381A53">
        <w:rPr>
          <w:sz w:val="24"/>
          <w:szCs w:val="24"/>
        </w:rPr>
        <w:t xml:space="preserve"> </w:t>
      </w:r>
      <w:proofErr w:type="spellStart"/>
      <w:r w:rsidRPr="00381A53">
        <w:rPr>
          <w:sz w:val="24"/>
          <w:szCs w:val="24"/>
        </w:rPr>
        <w:t>katkılar</w:t>
      </w:r>
      <w:proofErr w:type="spellEnd"/>
      <w:r w:rsidRPr="00381A53">
        <w:rPr>
          <w:sz w:val="24"/>
          <w:szCs w:val="24"/>
        </w:rPr>
        <w:t xml:space="preserve"> </w:t>
      </w:r>
      <w:proofErr w:type="spellStart"/>
      <w:r w:rsidRPr="00381A53">
        <w:rPr>
          <w:sz w:val="24"/>
          <w:szCs w:val="24"/>
        </w:rPr>
        <w:t>sağlar</w:t>
      </w:r>
      <w:proofErr w:type="spellEnd"/>
      <w:r w:rsidRPr="00381A53">
        <w:rPr>
          <w:sz w:val="24"/>
          <w:szCs w:val="24"/>
        </w:rPr>
        <w:t>.</w:t>
      </w:r>
      <w:r w:rsidRPr="00381A53">
        <w:rPr>
          <w:sz w:val="24"/>
          <w:szCs w:val="24"/>
        </w:rPr>
        <w:br/>
      </w:r>
    </w:p>
    <w:p w14:paraId="30A70D49" w14:textId="77777777" w:rsidR="00107D10" w:rsidRDefault="00107D10" w:rsidP="00107D10">
      <w:pPr>
        <w:pStyle w:val="AralkYok"/>
        <w:ind w:left="360"/>
        <w:rPr>
          <w:sz w:val="24"/>
          <w:szCs w:val="24"/>
        </w:rPr>
      </w:pPr>
      <w:r w:rsidRPr="00381A53">
        <w:rPr>
          <w:b/>
          <w:bCs/>
          <w:sz w:val="24"/>
          <w:szCs w:val="24"/>
        </w:rPr>
        <w:t xml:space="preserve">Aile </w:t>
      </w:r>
      <w:proofErr w:type="spellStart"/>
      <w:r w:rsidRPr="00381A53">
        <w:rPr>
          <w:b/>
          <w:bCs/>
          <w:sz w:val="24"/>
          <w:szCs w:val="24"/>
        </w:rPr>
        <w:t>içinde</w:t>
      </w:r>
      <w:proofErr w:type="spellEnd"/>
      <w:r w:rsidRPr="00381A53">
        <w:rPr>
          <w:b/>
          <w:bCs/>
          <w:sz w:val="24"/>
          <w:szCs w:val="24"/>
        </w:rPr>
        <w:t xml:space="preserve"> </w:t>
      </w:r>
      <w:proofErr w:type="spellStart"/>
      <w:r w:rsidRPr="00381A53">
        <w:rPr>
          <w:b/>
          <w:bCs/>
          <w:sz w:val="24"/>
          <w:szCs w:val="24"/>
        </w:rPr>
        <w:t>ve</w:t>
      </w:r>
      <w:proofErr w:type="spellEnd"/>
      <w:r w:rsidRPr="00381A53">
        <w:rPr>
          <w:b/>
          <w:bCs/>
          <w:sz w:val="24"/>
          <w:szCs w:val="24"/>
        </w:rPr>
        <w:t xml:space="preserve"> </w:t>
      </w:r>
      <w:proofErr w:type="spellStart"/>
      <w:r w:rsidRPr="00381A53">
        <w:rPr>
          <w:b/>
          <w:bCs/>
          <w:sz w:val="24"/>
          <w:szCs w:val="24"/>
        </w:rPr>
        <w:t>okulda</w:t>
      </w:r>
      <w:proofErr w:type="spellEnd"/>
      <w:r w:rsidRPr="00381A53">
        <w:rPr>
          <w:b/>
          <w:bCs/>
          <w:sz w:val="24"/>
          <w:szCs w:val="24"/>
        </w:rPr>
        <w:t xml:space="preserve"> </w:t>
      </w:r>
      <w:proofErr w:type="spellStart"/>
      <w:r w:rsidRPr="00381A53">
        <w:rPr>
          <w:b/>
          <w:bCs/>
          <w:sz w:val="24"/>
          <w:szCs w:val="24"/>
        </w:rPr>
        <w:t>insanların</w:t>
      </w:r>
      <w:proofErr w:type="spellEnd"/>
      <w:r w:rsidRPr="00381A53">
        <w:rPr>
          <w:b/>
          <w:bCs/>
          <w:sz w:val="24"/>
          <w:szCs w:val="24"/>
        </w:rPr>
        <w:t xml:space="preserve"> </w:t>
      </w:r>
      <w:proofErr w:type="spellStart"/>
      <w:r w:rsidRPr="00381A53">
        <w:rPr>
          <w:b/>
          <w:bCs/>
          <w:sz w:val="24"/>
          <w:szCs w:val="24"/>
        </w:rPr>
        <w:t>farklı</w:t>
      </w:r>
      <w:proofErr w:type="spellEnd"/>
      <w:r w:rsidRPr="00381A53">
        <w:rPr>
          <w:b/>
          <w:bCs/>
          <w:sz w:val="24"/>
          <w:szCs w:val="24"/>
        </w:rPr>
        <w:t xml:space="preserve"> </w:t>
      </w:r>
      <w:proofErr w:type="spellStart"/>
      <w:r w:rsidRPr="00381A53">
        <w:rPr>
          <w:b/>
          <w:bCs/>
          <w:sz w:val="24"/>
          <w:szCs w:val="24"/>
        </w:rPr>
        <w:t>rollere</w:t>
      </w:r>
      <w:proofErr w:type="spellEnd"/>
      <w:r w:rsidRPr="00381A53">
        <w:rPr>
          <w:b/>
          <w:bCs/>
          <w:sz w:val="24"/>
          <w:szCs w:val="24"/>
        </w:rPr>
        <w:t xml:space="preserve"> </w:t>
      </w:r>
      <w:proofErr w:type="spellStart"/>
      <w:r w:rsidRPr="00381A53">
        <w:rPr>
          <w:b/>
          <w:bCs/>
          <w:sz w:val="24"/>
          <w:szCs w:val="24"/>
        </w:rPr>
        <w:t>sahip</w:t>
      </w:r>
      <w:proofErr w:type="spellEnd"/>
      <w:r w:rsidRPr="00381A53">
        <w:rPr>
          <w:b/>
          <w:bCs/>
          <w:sz w:val="24"/>
          <w:szCs w:val="24"/>
        </w:rPr>
        <w:t xml:space="preserve"> </w:t>
      </w:r>
      <w:proofErr w:type="spellStart"/>
      <w:r w:rsidRPr="00381A53">
        <w:rPr>
          <w:b/>
          <w:bCs/>
          <w:sz w:val="24"/>
          <w:szCs w:val="24"/>
        </w:rPr>
        <w:t>olmasının</w:t>
      </w:r>
      <w:proofErr w:type="spellEnd"/>
      <w:r w:rsidRPr="00381A53">
        <w:rPr>
          <w:b/>
          <w:bCs/>
          <w:sz w:val="24"/>
          <w:szCs w:val="24"/>
        </w:rPr>
        <w:t xml:space="preserve"> </w:t>
      </w:r>
      <w:proofErr w:type="spellStart"/>
      <w:r w:rsidRPr="00381A53">
        <w:rPr>
          <w:b/>
          <w:bCs/>
          <w:sz w:val="24"/>
          <w:szCs w:val="24"/>
        </w:rPr>
        <w:t>nedenlerini</w:t>
      </w:r>
      <w:proofErr w:type="spellEnd"/>
      <w:r w:rsidRPr="00381A53">
        <w:rPr>
          <w:b/>
          <w:bCs/>
          <w:sz w:val="24"/>
          <w:szCs w:val="24"/>
        </w:rPr>
        <w:t xml:space="preserve"> </w:t>
      </w:r>
      <w:proofErr w:type="spellStart"/>
      <w:r w:rsidRPr="00381A53">
        <w:rPr>
          <w:b/>
          <w:bCs/>
          <w:sz w:val="24"/>
          <w:szCs w:val="24"/>
        </w:rPr>
        <w:t>açıklayınız</w:t>
      </w:r>
      <w:proofErr w:type="spellEnd"/>
      <w:r w:rsidRPr="00381A53">
        <w:rPr>
          <w:b/>
          <w:bCs/>
          <w:sz w:val="24"/>
          <w:szCs w:val="24"/>
        </w:rPr>
        <w:t xml:space="preserve">. </w:t>
      </w:r>
      <w:r w:rsidRPr="00381A53">
        <w:rPr>
          <w:sz w:val="24"/>
          <w:szCs w:val="24"/>
        </w:rPr>
        <w:t>(15 Puan)</w:t>
      </w:r>
    </w:p>
    <w:p w14:paraId="13B58995" w14:textId="77777777" w:rsidR="00107D10" w:rsidRDefault="00107D10" w:rsidP="00107D10">
      <w:pPr>
        <w:pStyle w:val="AralkYok"/>
        <w:ind w:left="360"/>
        <w:rPr>
          <w:sz w:val="24"/>
          <w:szCs w:val="24"/>
        </w:rPr>
      </w:pPr>
      <w:r>
        <w:rPr>
          <w:noProof/>
        </w:rPr>
        <mc:AlternateContent>
          <mc:Choice Requires="wps">
            <w:drawing>
              <wp:anchor distT="0" distB="0" distL="114300" distR="114300" simplePos="0" relativeHeight="251683840" behindDoc="0" locked="0" layoutInCell="1" allowOverlap="1" wp14:anchorId="5C641075" wp14:editId="6698CF95">
                <wp:simplePos x="0" y="0"/>
                <wp:positionH relativeFrom="column">
                  <wp:posOffset>9525</wp:posOffset>
                </wp:positionH>
                <wp:positionV relativeFrom="paragraph">
                  <wp:posOffset>153035</wp:posOffset>
                </wp:positionV>
                <wp:extent cx="6305550" cy="1019175"/>
                <wp:effectExtent l="0" t="0" r="19050" b="28575"/>
                <wp:wrapNone/>
                <wp:docPr id="1751509545" name="Dikdörtgen 4"/>
                <wp:cNvGraphicFramePr/>
                <a:graphic xmlns:a="http://schemas.openxmlformats.org/drawingml/2006/main">
                  <a:graphicData uri="http://schemas.microsoft.com/office/word/2010/wordprocessingShape">
                    <wps:wsp>
                      <wps:cNvSpPr/>
                      <wps:spPr>
                        <a:xfrm>
                          <a:off x="0" y="0"/>
                          <a:ext cx="6305550" cy="1019175"/>
                        </a:xfrm>
                        <a:prstGeom prst="rect">
                          <a:avLst/>
                        </a:prstGeom>
                      </wps:spPr>
                      <wps:style>
                        <a:lnRef idx="2">
                          <a:schemeClr val="dk1"/>
                        </a:lnRef>
                        <a:fillRef idx="1">
                          <a:schemeClr val="lt1"/>
                        </a:fillRef>
                        <a:effectRef idx="0">
                          <a:schemeClr val="dk1"/>
                        </a:effectRef>
                        <a:fontRef idx="minor">
                          <a:schemeClr val="dk1"/>
                        </a:fontRef>
                      </wps:style>
                      <wps:txbx>
                        <w:txbxContent>
                          <w:p w14:paraId="62B74F66" w14:textId="77777777" w:rsidR="00107D10" w:rsidRDefault="00107D10" w:rsidP="00107D10">
                            <w:pPr>
                              <w:rPr>
                                <w:b/>
                                <w:bCs/>
                              </w:rPr>
                            </w:pPr>
                            <w:r w:rsidRPr="00E6166D">
                              <w:rPr>
                                <w:b/>
                                <w:bCs/>
                              </w:rPr>
                              <w:t>CEVAP:</w:t>
                            </w:r>
                          </w:p>
                          <w:p w14:paraId="55AE7459" w14:textId="77777777" w:rsidR="00107D10" w:rsidRPr="00BB1B77" w:rsidRDefault="00107D10" w:rsidP="00057206">
                            <w:pPr>
                              <w:pStyle w:val="AralkYok"/>
                              <w:numPr>
                                <w:ilvl w:val="0"/>
                                <w:numId w:val="13"/>
                              </w:numPr>
                              <w:rPr>
                                <w:b/>
                                <w:bCs/>
                                <w:color w:val="EE0000"/>
                              </w:rPr>
                            </w:pPr>
                            <w:proofErr w:type="spellStart"/>
                            <w:r w:rsidRPr="00BB1B77">
                              <w:rPr>
                                <w:b/>
                                <w:bCs/>
                                <w:color w:val="EE0000"/>
                              </w:rPr>
                              <w:t>Farklı</w:t>
                            </w:r>
                            <w:proofErr w:type="spellEnd"/>
                            <w:r w:rsidRPr="00BB1B77">
                              <w:rPr>
                                <w:b/>
                                <w:bCs/>
                                <w:color w:val="EE0000"/>
                              </w:rPr>
                              <w:t xml:space="preserve"> roller </w:t>
                            </w:r>
                            <w:proofErr w:type="spellStart"/>
                            <w:r w:rsidRPr="00BB1B77">
                              <w:rPr>
                                <w:b/>
                                <w:bCs/>
                                <w:color w:val="EE0000"/>
                              </w:rPr>
                              <w:t>toplumda</w:t>
                            </w:r>
                            <w:proofErr w:type="spellEnd"/>
                            <w:r w:rsidRPr="00BB1B77">
                              <w:rPr>
                                <w:b/>
                                <w:bCs/>
                                <w:color w:val="EE0000"/>
                              </w:rPr>
                              <w:t xml:space="preserve"> </w:t>
                            </w:r>
                            <w:proofErr w:type="spellStart"/>
                            <w:r w:rsidRPr="00BB1B77">
                              <w:rPr>
                                <w:b/>
                                <w:bCs/>
                                <w:color w:val="EE0000"/>
                              </w:rPr>
                              <w:t>görev</w:t>
                            </w:r>
                            <w:proofErr w:type="spellEnd"/>
                            <w:r w:rsidRPr="00BB1B77">
                              <w:rPr>
                                <w:b/>
                                <w:bCs/>
                                <w:color w:val="EE0000"/>
                              </w:rPr>
                              <w:t xml:space="preserve"> </w:t>
                            </w:r>
                            <w:proofErr w:type="spellStart"/>
                            <w:r w:rsidRPr="00BB1B77">
                              <w:rPr>
                                <w:b/>
                                <w:bCs/>
                                <w:color w:val="EE0000"/>
                              </w:rPr>
                              <w:t>dağılımı</w:t>
                            </w:r>
                            <w:proofErr w:type="spellEnd"/>
                            <w:r w:rsidRPr="00BB1B77">
                              <w:rPr>
                                <w:b/>
                                <w:bCs/>
                                <w:color w:val="EE0000"/>
                              </w:rPr>
                              <w:t xml:space="preserve"> </w:t>
                            </w:r>
                            <w:proofErr w:type="spellStart"/>
                            <w:r w:rsidRPr="00BB1B77">
                              <w:rPr>
                                <w:b/>
                                <w:bCs/>
                                <w:color w:val="EE0000"/>
                              </w:rPr>
                              <w:t>sağlar</w:t>
                            </w:r>
                            <w:proofErr w:type="spellEnd"/>
                            <w:r w:rsidRPr="00BB1B77">
                              <w:rPr>
                                <w:b/>
                                <w:bCs/>
                                <w:color w:val="EE0000"/>
                              </w:rPr>
                              <w:t xml:space="preserve">. Herkes </w:t>
                            </w:r>
                            <w:proofErr w:type="spellStart"/>
                            <w:r w:rsidRPr="00BB1B77">
                              <w:rPr>
                                <w:b/>
                                <w:bCs/>
                                <w:color w:val="EE0000"/>
                              </w:rPr>
                              <w:t>aynı</w:t>
                            </w:r>
                            <w:proofErr w:type="spellEnd"/>
                            <w:r w:rsidRPr="00BB1B77">
                              <w:rPr>
                                <w:b/>
                                <w:bCs/>
                                <w:color w:val="EE0000"/>
                              </w:rPr>
                              <w:t xml:space="preserve"> </w:t>
                            </w:r>
                            <w:proofErr w:type="spellStart"/>
                            <w:r w:rsidRPr="00BB1B77">
                              <w:rPr>
                                <w:b/>
                                <w:bCs/>
                                <w:color w:val="EE0000"/>
                              </w:rPr>
                              <w:t>rolü</w:t>
                            </w:r>
                            <w:proofErr w:type="spellEnd"/>
                            <w:r w:rsidRPr="00BB1B77">
                              <w:rPr>
                                <w:b/>
                                <w:bCs/>
                                <w:color w:val="EE0000"/>
                              </w:rPr>
                              <w:t xml:space="preserve"> </w:t>
                            </w:r>
                            <w:proofErr w:type="spellStart"/>
                            <w:r w:rsidRPr="00BB1B77">
                              <w:rPr>
                                <w:b/>
                                <w:bCs/>
                                <w:color w:val="EE0000"/>
                              </w:rPr>
                              <w:t>üstlenirse</w:t>
                            </w:r>
                            <w:proofErr w:type="spellEnd"/>
                            <w:r w:rsidRPr="00BB1B77">
                              <w:rPr>
                                <w:b/>
                                <w:bCs/>
                                <w:color w:val="EE0000"/>
                              </w:rPr>
                              <w:t xml:space="preserve"> </w:t>
                            </w:r>
                            <w:proofErr w:type="spellStart"/>
                            <w:r w:rsidRPr="00BB1B77">
                              <w:rPr>
                                <w:b/>
                                <w:bCs/>
                                <w:color w:val="EE0000"/>
                              </w:rPr>
                              <w:t>düzen</w:t>
                            </w:r>
                            <w:proofErr w:type="spellEnd"/>
                            <w:r w:rsidRPr="00BB1B77">
                              <w:rPr>
                                <w:b/>
                                <w:bCs/>
                                <w:color w:val="EE0000"/>
                              </w:rPr>
                              <w:t xml:space="preserve"> </w:t>
                            </w:r>
                            <w:proofErr w:type="spellStart"/>
                            <w:r w:rsidRPr="00BB1B77">
                              <w:rPr>
                                <w:b/>
                                <w:bCs/>
                                <w:color w:val="EE0000"/>
                              </w:rPr>
                              <w:t>bozulur</w:t>
                            </w:r>
                            <w:proofErr w:type="spellEnd"/>
                            <w:r w:rsidRPr="00BB1B77">
                              <w:rPr>
                                <w:b/>
                                <w:bCs/>
                                <w:color w:val="EE0000"/>
                              </w:rPr>
                              <w:t xml:space="preserve">. Roller </w:t>
                            </w:r>
                            <w:proofErr w:type="spellStart"/>
                            <w:r w:rsidRPr="00BB1B77">
                              <w:rPr>
                                <w:b/>
                                <w:bCs/>
                                <w:color w:val="EE0000"/>
                              </w:rPr>
                              <w:t>doğuştan</w:t>
                            </w:r>
                            <w:proofErr w:type="spellEnd"/>
                            <w:r w:rsidRPr="00BB1B77">
                              <w:rPr>
                                <w:b/>
                                <w:bCs/>
                                <w:color w:val="EE0000"/>
                              </w:rPr>
                              <w:t xml:space="preserve"> </w:t>
                            </w:r>
                            <w:proofErr w:type="spellStart"/>
                            <w:r w:rsidRPr="00BB1B77">
                              <w:rPr>
                                <w:b/>
                                <w:bCs/>
                                <w:color w:val="EE0000"/>
                              </w:rPr>
                              <w:t>ya</w:t>
                            </w:r>
                            <w:proofErr w:type="spellEnd"/>
                            <w:r w:rsidRPr="00BB1B77">
                              <w:rPr>
                                <w:b/>
                                <w:bCs/>
                                <w:color w:val="EE0000"/>
                              </w:rPr>
                              <w:t xml:space="preserve"> da </w:t>
                            </w:r>
                            <w:proofErr w:type="spellStart"/>
                            <w:r w:rsidRPr="00BB1B77">
                              <w:rPr>
                                <w:b/>
                                <w:bCs/>
                                <w:color w:val="EE0000"/>
                              </w:rPr>
                              <w:t>sonradan</w:t>
                            </w:r>
                            <w:proofErr w:type="spellEnd"/>
                            <w:r w:rsidRPr="00BB1B77">
                              <w:rPr>
                                <w:b/>
                                <w:bCs/>
                                <w:color w:val="EE0000"/>
                              </w:rPr>
                              <w:t xml:space="preserve"> </w:t>
                            </w:r>
                            <w:proofErr w:type="spellStart"/>
                            <w:r w:rsidRPr="00BB1B77">
                              <w:rPr>
                                <w:b/>
                                <w:bCs/>
                                <w:color w:val="EE0000"/>
                              </w:rPr>
                              <w:t>kazanılır</w:t>
                            </w:r>
                            <w:proofErr w:type="spellEnd"/>
                            <w:r w:rsidRPr="00BB1B77">
                              <w:rPr>
                                <w:b/>
                                <w:bCs/>
                                <w:color w:val="EE0000"/>
                              </w:rPr>
                              <w:t>.</w:t>
                            </w:r>
                          </w:p>
                          <w:p w14:paraId="2D6DF9DC" w14:textId="77777777" w:rsidR="00107D10" w:rsidRPr="00BB1B77" w:rsidRDefault="00107D10" w:rsidP="00107D10">
                            <w:pPr>
                              <w:rPr>
                                <w:b/>
                                <w:bCs/>
                                <w:color w:val="EE0000"/>
                              </w:rPr>
                            </w:pPr>
                          </w:p>
                          <w:p w14:paraId="6F1745C9" w14:textId="77777777" w:rsidR="00107D10" w:rsidRPr="00E6166D" w:rsidRDefault="00107D10" w:rsidP="00107D10">
                            <w:pP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641075" id="_x0000_s1033" style="position:absolute;left:0;text-align:left;margin-left:.75pt;margin-top:12.05pt;width:496.5pt;height:80.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" fillcolor="white [3201]" strokecolor="black [3200]" strokeweight="2pt">
                <v:textbox>
                  <w:txbxContent>
                    <w:p w14:paraId="62B74F66" w14:textId="77777777" w:rsidR="00107D10" w:rsidRDefault="00107D10" w:rsidP="00107D10">
                      <w:pPr>
                        <w:rPr>
                          <w:b/>
                          <w:bCs/>
                        </w:rPr>
                      </w:pPr>
                      <w:r w:rsidRPr="00E6166D">
                        <w:rPr>
                          <w:b/>
                          <w:bCs/>
                        </w:rPr>
                        <w:t>CEVAP:</w:t>
                      </w:r>
                    </w:p>
                    <w:p w14:paraId="55AE7459" w14:textId="77777777" w:rsidR="00107D10" w:rsidRPr="00BB1B77" w:rsidRDefault="00107D10" w:rsidP="00057206">
                      <w:pPr>
                        <w:pStyle w:val="AralkYok"/>
                        <w:numPr>
                          <w:ilvl w:val="0"/>
                          <w:numId w:val="13"/>
                        </w:numPr>
                        <w:rPr>
                          <w:b/>
                          <w:bCs/>
                          <w:color w:val="EE0000"/>
                        </w:rPr>
                      </w:pPr>
                      <w:proofErr w:type="spellStart"/>
                      <w:r w:rsidRPr="00BB1B77">
                        <w:rPr>
                          <w:b/>
                          <w:bCs/>
                          <w:color w:val="EE0000"/>
                        </w:rPr>
                        <w:t>Farklı</w:t>
                      </w:r>
                      <w:proofErr w:type="spellEnd"/>
                      <w:r w:rsidRPr="00BB1B77">
                        <w:rPr>
                          <w:b/>
                          <w:bCs/>
                          <w:color w:val="EE0000"/>
                        </w:rPr>
                        <w:t xml:space="preserve"> roller </w:t>
                      </w:r>
                      <w:proofErr w:type="spellStart"/>
                      <w:r w:rsidRPr="00BB1B77">
                        <w:rPr>
                          <w:b/>
                          <w:bCs/>
                          <w:color w:val="EE0000"/>
                        </w:rPr>
                        <w:t>toplumda</w:t>
                      </w:r>
                      <w:proofErr w:type="spellEnd"/>
                      <w:r w:rsidRPr="00BB1B77">
                        <w:rPr>
                          <w:b/>
                          <w:bCs/>
                          <w:color w:val="EE0000"/>
                        </w:rPr>
                        <w:t xml:space="preserve"> </w:t>
                      </w:r>
                      <w:proofErr w:type="spellStart"/>
                      <w:r w:rsidRPr="00BB1B77">
                        <w:rPr>
                          <w:b/>
                          <w:bCs/>
                          <w:color w:val="EE0000"/>
                        </w:rPr>
                        <w:t>görev</w:t>
                      </w:r>
                      <w:proofErr w:type="spellEnd"/>
                      <w:r w:rsidRPr="00BB1B77">
                        <w:rPr>
                          <w:b/>
                          <w:bCs/>
                          <w:color w:val="EE0000"/>
                        </w:rPr>
                        <w:t xml:space="preserve"> </w:t>
                      </w:r>
                      <w:proofErr w:type="spellStart"/>
                      <w:r w:rsidRPr="00BB1B77">
                        <w:rPr>
                          <w:b/>
                          <w:bCs/>
                          <w:color w:val="EE0000"/>
                        </w:rPr>
                        <w:t>dağılımı</w:t>
                      </w:r>
                      <w:proofErr w:type="spellEnd"/>
                      <w:r w:rsidRPr="00BB1B77">
                        <w:rPr>
                          <w:b/>
                          <w:bCs/>
                          <w:color w:val="EE0000"/>
                        </w:rPr>
                        <w:t xml:space="preserve"> </w:t>
                      </w:r>
                      <w:proofErr w:type="spellStart"/>
                      <w:r w:rsidRPr="00BB1B77">
                        <w:rPr>
                          <w:b/>
                          <w:bCs/>
                          <w:color w:val="EE0000"/>
                        </w:rPr>
                        <w:t>sağlar</w:t>
                      </w:r>
                      <w:proofErr w:type="spellEnd"/>
                      <w:r w:rsidRPr="00BB1B77">
                        <w:rPr>
                          <w:b/>
                          <w:bCs/>
                          <w:color w:val="EE0000"/>
                        </w:rPr>
                        <w:t xml:space="preserve">. Herkes </w:t>
                      </w:r>
                      <w:proofErr w:type="spellStart"/>
                      <w:r w:rsidRPr="00BB1B77">
                        <w:rPr>
                          <w:b/>
                          <w:bCs/>
                          <w:color w:val="EE0000"/>
                        </w:rPr>
                        <w:t>aynı</w:t>
                      </w:r>
                      <w:proofErr w:type="spellEnd"/>
                      <w:r w:rsidRPr="00BB1B77">
                        <w:rPr>
                          <w:b/>
                          <w:bCs/>
                          <w:color w:val="EE0000"/>
                        </w:rPr>
                        <w:t xml:space="preserve"> </w:t>
                      </w:r>
                      <w:proofErr w:type="spellStart"/>
                      <w:r w:rsidRPr="00BB1B77">
                        <w:rPr>
                          <w:b/>
                          <w:bCs/>
                          <w:color w:val="EE0000"/>
                        </w:rPr>
                        <w:t>rolü</w:t>
                      </w:r>
                      <w:proofErr w:type="spellEnd"/>
                      <w:r w:rsidRPr="00BB1B77">
                        <w:rPr>
                          <w:b/>
                          <w:bCs/>
                          <w:color w:val="EE0000"/>
                        </w:rPr>
                        <w:t xml:space="preserve"> </w:t>
                      </w:r>
                      <w:proofErr w:type="spellStart"/>
                      <w:r w:rsidRPr="00BB1B77">
                        <w:rPr>
                          <w:b/>
                          <w:bCs/>
                          <w:color w:val="EE0000"/>
                        </w:rPr>
                        <w:t>üstlenirse</w:t>
                      </w:r>
                      <w:proofErr w:type="spellEnd"/>
                      <w:r w:rsidRPr="00BB1B77">
                        <w:rPr>
                          <w:b/>
                          <w:bCs/>
                          <w:color w:val="EE0000"/>
                        </w:rPr>
                        <w:t xml:space="preserve"> </w:t>
                      </w:r>
                      <w:proofErr w:type="spellStart"/>
                      <w:r w:rsidRPr="00BB1B77">
                        <w:rPr>
                          <w:b/>
                          <w:bCs/>
                          <w:color w:val="EE0000"/>
                        </w:rPr>
                        <w:t>düzen</w:t>
                      </w:r>
                      <w:proofErr w:type="spellEnd"/>
                      <w:r w:rsidRPr="00BB1B77">
                        <w:rPr>
                          <w:b/>
                          <w:bCs/>
                          <w:color w:val="EE0000"/>
                        </w:rPr>
                        <w:t xml:space="preserve"> </w:t>
                      </w:r>
                      <w:proofErr w:type="spellStart"/>
                      <w:r w:rsidRPr="00BB1B77">
                        <w:rPr>
                          <w:b/>
                          <w:bCs/>
                          <w:color w:val="EE0000"/>
                        </w:rPr>
                        <w:t>bozulur</w:t>
                      </w:r>
                      <w:proofErr w:type="spellEnd"/>
                      <w:r w:rsidRPr="00BB1B77">
                        <w:rPr>
                          <w:b/>
                          <w:bCs/>
                          <w:color w:val="EE0000"/>
                        </w:rPr>
                        <w:t xml:space="preserve">. Roller </w:t>
                      </w:r>
                      <w:proofErr w:type="spellStart"/>
                      <w:r w:rsidRPr="00BB1B77">
                        <w:rPr>
                          <w:b/>
                          <w:bCs/>
                          <w:color w:val="EE0000"/>
                        </w:rPr>
                        <w:t>doğuştan</w:t>
                      </w:r>
                      <w:proofErr w:type="spellEnd"/>
                      <w:r w:rsidRPr="00BB1B77">
                        <w:rPr>
                          <w:b/>
                          <w:bCs/>
                          <w:color w:val="EE0000"/>
                        </w:rPr>
                        <w:t xml:space="preserve"> </w:t>
                      </w:r>
                      <w:proofErr w:type="spellStart"/>
                      <w:r w:rsidRPr="00BB1B77">
                        <w:rPr>
                          <w:b/>
                          <w:bCs/>
                          <w:color w:val="EE0000"/>
                        </w:rPr>
                        <w:t>ya</w:t>
                      </w:r>
                      <w:proofErr w:type="spellEnd"/>
                      <w:r w:rsidRPr="00BB1B77">
                        <w:rPr>
                          <w:b/>
                          <w:bCs/>
                          <w:color w:val="EE0000"/>
                        </w:rPr>
                        <w:t xml:space="preserve"> da </w:t>
                      </w:r>
                      <w:proofErr w:type="spellStart"/>
                      <w:r w:rsidRPr="00BB1B77">
                        <w:rPr>
                          <w:b/>
                          <w:bCs/>
                          <w:color w:val="EE0000"/>
                        </w:rPr>
                        <w:t>sonradan</w:t>
                      </w:r>
                      <w:proofErr w:type="spellEnd"/>
                      <w:r w:rsidRPr="00BB1B77">
                        <w:rPr>
                          <w:b/>
                          <w:bCs/>
                          <w:color w:val="EE0000"/>
                        </w:rPr>
                        <w:t xml:space="preserve"> </w:t>
                      </w:r>
                      <w:proofErr w:type="spellStart"/>
                      <w:r w:rsidRPr="00BB1B77">
                        <w:rPr>
                          <w:b/>
                          <w:bCs/>
                          <w:color w:val="EE0000"/>
                        </w:rPr>
                        <w:t>kazanılır</w:t>
                      </w:r>
                      <w:proofErr w:type="spellEnd"/>
                      <w:r w:rsidRPr="00BB1B77">
                        <w:rPr>
                          <w:b/>
                          <w:bCs/>
                          <w:color w:val="EE0000"/>
                        </w:rPr>
                        <w:t>.</w:t>
                      </w:r>
                    </w:p>
                    <w:p w14:paraId="2D6DF9DC" w14:textId="77777777" w:rsidR="00107D10" w:rsidRPr="00BB1B77" w:rsidRDefault="00107D10" w:rsidP="00107D10">
                      <w:pPr>
                        <w:rPr>
                          <w:b/>
                          <w:bCs/>
                          <w:color w:val="EE0000"/>
                        </w:rPr>
                      </w:pPr>
                    </w:p>
                    <w:p w14:paraId="6F1745C9" w14:textId="77777777" w:rsidR="00107D10" w:rsidRPr="00E6166D" w:rsidRDefault="00107D10" w:rsidP="00107D10">
                      <w:pPr>
                        <w:rPr>
                          <w:b/>
                          <w:bCs/>
                        </w:rPr>
                      </w:pPr>
                    </w:p>
                  </w:txbxContent>
                </v:textbox>
              </v:rect>
            </w:pict>
          </mc:Fallback>
        </mc:AlternateContent>
      </w:r>
    </w:p>
    <w:p w14:paraId="366BC75C" w14:textId="77777777" w:rsidR="00107D10" w:rsidRDefault="00107D10" w:rsidP="00107D10">
      <w:pPr>
        <w:pStyle w:val="AralkYok"/>
        <w:ind w:left="360"/>
        <w:rPr>
          <w:sz w:val="24"/>
          <w:szCs w:val="24"/>
        </w:rPr>
      </w:pPr>
    </w:p>
    <w:p w14:paraId="5FCBF108" w14:textId="77777777" w:rsidR="00107D10" w:rsidRPr="00381A53" w:rsidRDefault="00107D10" w:rsidP="00107D10">
      <w:pPr>
        <w:pStyle w:val="AralkYok"/>
        <w:ind w:left="360"/>
        <w:rPr>
          <w:sz w:val="24"/>
          <w:szCs w:val="24"/>
        </w:rPr>
      </w:pPr>
    </w:p>
    <w:p w14:paraId="2DEAAD3A" w14:textId="77777777" w:rsidR="00107D10" w:rsidRPr="00381A53" w:rsidRDefault="00107D10" w:rsidP="00107D10">
      <w:pPr>
        <w:pStyle w:val="AralkYok"/>
        <w:rPr>
          <w:sz w:val="24"/>
          <w:szCs w:val="24"/>
        </w:rPr>
      </w:pPr>
    </w:p>
    <w:p w14:paraId="1F046470" w14:textId="77777777" w:rsidR="00107D10" w:rsidRDefault="00107D10" w:rsidP="00107D10">
      <w:pPr>
        <w:pStyle w:val="AralkYok"/>
      </w:pPr>
    </w:p>
    <w:p w14:paraId="068DD26A" w14:textId="77777777" w:rsidR="00107D10" w:rsidRDefault="00107D10" w:rsidP="00107D10">
      <w:pPr>
        <w:pStyle w:val="AralkYok"/>
      </w:pPr>
    </w:p>
    <w:p w14:paraId="09CDE90E" w14:textId="77777777" w:rsidR="00107D10" w:rsidRDefault="00107D10" w:rsidP="00107D10">
      <w:pPr>
        <w:pStyle w:val="AralkYok"/>
      </w:pPr>
    </w:p>
    <w:p w14:paraId="360C5B15" w14:textId="77777777" w:rsidR="00107D10" w:rsidRDefault="00107D10" w:rsidP="00107D10">
      <w:pPr>
        <w:pStyle w:val="AralkYok"/>
      </w:pPr>
    </w:p>
    <w:p w14:paraId="130F00FC" w14:textId="77777777" w:rsidR="00107D10" w:rsidRPr="00F27450" w:rsidRDefault="00107D10" w:rsidP="00107D10">
      <w:pPr>
        <w:pStyle w:val="AralkYok"/>
        <w:numPr>
          <w:ilvl w:val="0"/>
          <w:numId w:val="11"/>
        </w:numPr>
        <w:rPr>
          <w:sz w:val="24"/>
          <w:szCs w:val="24"/>
        </w:rPr>
      </w:pPr>
      <w:proofErr w:type="spellStart"/>
      <w:r w:rsidRPr="00F27450">
        <w:rPr>
          <w:sz w:val="24"/>
          <w:szCs w:val="24"/>
        </w:rPr>
        <w:t>Dünyanın</w:t>
      </w:r>
      <w:proofErr w:type="spellEnd"/>
      <w:r w:rsidRPr="00F27450">
        <w:rPr>
          <w:sz w:val="24"/>
          <w:szCs w:val="24"/>
        </w:rPr>
        <w:t xml:space="preserve"> </w:t>
      </w:r>
      <w:proofErr w:type="spellStart"/>
      <w:r w:rsidRPr="00F27450">
        <w:rPr>
          <w:sz w:val="24"/>
          <w:szCs w:val="24"/>
        </w:rPr>
        <w:t>farklı</w:t>
      </w:r>
      <w:proofErr w:type="spellEnd"/>
      <w:r w:rsidRPr="00F27450">
        <w:rPr>
          <w:sz w:val="24"/>
          <w:szCs w:val="24"/>
        </w:rPr>
        <w:t xml:space="preserve"> </w:t>
      </w:r>
      <w:proofErr w:type="spellStart"/>
      <w:r w:rsidRPr="00F27450">
        <w:rPr>
          <w:sz w:val="24"/>
          <w:szCs w:val="24"/>
        </w:rPr>
        <w:t>bölgelerinde</w:t>
      </w:r>
      <w:proofErr w:type="spellEnd"/>
      <w:r w:rsidRPr="00F27450">
        <w:rPr>
          <w:sz w:val="24"/>
          <w:szCs w:val="24"/>
        </w:rPr>
        <w:t xml:space="preserve"> </w:t>
      </w:r>
      <w:proofErr w:type="spellStart"/>
      <w:r w:rsidRPr="00F27450">
        <w:rPr>
          <w:sz w:val="24"/>
          <w:szCs w:val="24"/>
        </w:rPr>
        <w:t>yaşayan</w:t>
      </w:r>
      <w:proofErr w:type="spellEnd"/>
      <w:r w:rsidRPr="00F27450">
        <w:rPr>
          <w:sz w:val="24"/>
          <w:szCs w:val="24"/>
        </w:rPr>
        <w:t xml:space="preserve"> </w:t>
      </w:r>
      <w:proofErr w:type="spellStart"/>
      <w:r w:rsidRPr="00F27450">
        <w:rPr>
          <w:sz w:val="24"/>
          <w:szCs w:val="24"/>
        </w:rPr>
        <w:t>toplumlar</w:t>
      </w:r>
      <w:proofErr w:type="spellEnd"/>
      <w:r w:rsidRPr="00F27450">
        <w:rPr>
          <w:sz w:val="24"/>
          <w:szCs w:val="24"/>
        </w:rPr>
        <w:t xml:space="preserve">, </w:t>
      </w:r>
      <w:proofErr w:type="spellStart"/>
      <w:r w:rsidRPr="00F27450">
        <w:rPr>
          <w:sz w:val="24"/>
          <w:szCs w:val="24"/>
        </w:rPr>
        <w:t>iklim</w:t>
      </w:r>
      <w:proofErr w:type="spellEnd"/>
      <w:r w:rsidRPr="00F27450">
        <w:rPr>
          <w:sz w:val="24"/>
          <w:szCs w:val="24"/>
        </w:rPr>
        <w:t xml:space="preserve"> </w:t>
      </w:r>
      <w:proofErr w:type="spellStart"/>
      <w:r w:rsidRPr="00F27450">
        <w:rPr>
          <w:sz w:val="24"/>
          <w:szCs w:val="24"/>
        </w:rPr>
        <w:t>şartları</w:t>
      </w:r>
      <w:proofErr w:type="spellEnd"/>
      <w:r w:rsidRPr="00F27450">
        <w:rPr>
          <w:sz w:val="24"/>
          <w:szCs w:val="24"/>
        </w:rPr>
        <w:t xml:space="preserve"> </w:t>
      </w:r>
      <w:proofErr w:type="spellStart"/>
      <w:r w:rsidRPr="00F27450">
        <w:rPr>
          <w:sz w:val="24"/>
          <w:szCs w:val="24"/>
        </w:rPr>
        <w:t>ve</w:t>
      </w:r>
      <w:proofErr w:type="spellEnd"/>
      <w:r w:rsidRPr="00F27450">
        <w:rPr>
          <w:sz w:val="24"/>
          <w:szCs w:val="24"/>
        </w:rPr>
        <w:t xml:space="preserve"> </w:t>
      </w:r>
      <w:proofErr w:type="spellStart"/>
      <w:r w:rsidRPr="00F27450">
        <w:rPr>
          <w:sz w:val="24"/>
          <w:szCs w:val="24"/>
        </w:rPr>
        <w:t>gelenekleri</w:t>
      </w:r>
      <w:proofErr w:type="spellEnd"/>
      <w:r w:rsidRPr="00F27450">
        <w:rPr>
          <w:sz w:val="24"/>
          <w:szCs w:val="24"/>
        </w:rPr>
        <w:t xml:space="preserve"> </w:t>
      </w:r>
      <w:proofErr w:type="spellStart"/>
      <w:r w:rsidRPr="00F27450">
        <w:rPr>
          <w:sz w:val="24"/>
          <w:szCs w:val="24"/>
        </w:rPr>
        <w:t>doğrultusunda</w:t>
      </w:r>
      <w:proofErr w:type="spellEnd"/>
      <w:r w:rsidRPr="00F27450">
        <w:rPr>
          <w:sz w:val="24"/>
          <w:szCs w:val="24"/>
        </w:rPr>
        <w:t xml:space="preserve"> </w:t>
      </w:r>
      <w:proofErr w:type="spellStart"/>
      <w:r w:rsidRPr="00F27450">
        <w:rPr>
          <w:sz w:val="24"/>
          <w:szCs w:val="24"/>
        </w:rPr>
        <w:t>farklı</w:t>
      </w:r>
      <w:proofErr w:type="spellEnd"/>
      <w:r w:rsidRPr="00F27450">
        <w:rPr>
          <w:sz w:val="24"/>
          <w:szCs w:val="24"/>
        </w:rPr>
        <w:t xml:space="preserve"> </w:t>
      </w:r>
      <w:proofErr w:type="spellStart"/>
      <w:r w:rsidRPr="00F27450">
        <w:rPr>
          <w:sz w:val="24"/>
          <w:szCs w:val="24"/>
        </w:rPr>
        <w:t>kültürel</w:t>
      </w:r>
      <w:proofErr w:type="spellEnd"/>
      <w:r w:rsidRPr="00F27450">
        <w:rPr>
          <w:sz w:val="24"/>
          <w:szCs w:val="24"/>
        </w:rPr>
        <w:t xml:space="preserve"> </w:t>
      </w:r>
      <w:proofErr w:type="spellStart"/>
      <w:r w:rsidRPr="00F27450">
        <w:rPr>
          <w:sz w:val="24"/>
          <w:szCs w:val="24"/>
        </w:rPr>
        <w:t>özellikler</w:t>
      </w:r>
      <w:proofErr w:type="spellEnd"/>
      <w:r w:rsidRPr="00F27450">
        <w:rPr>
          <w:sz w:val="24"/>
          <w:szCs w:val="24"/>
        </w:rPr>
        <w:t xml:space="preserve"> </w:t>
      </w:r>
      <w:proofErr w:type="spellStart"/>
      <w:r w:rsidRPr="00F27450">
        <w:rPr>
          <w:sz w:val="24"/>
          <w:szCs w:val="24"/>
        </w:rPr>
        <w:t>geliştirmiştir</w:t>
      </w:r>
      <w:proofErr w:type="spellEnd"/>
      <w:r w:rsidRPr="00F27450">
        <w:rPr>
          <w:sz w:val="24"/>
          <w:szCs w:val="24"/>
        </w:rPr>
        <w:t xml:space="preserve">. Bu </w:t>
      </w:r>
      <w:proofErr w:type="spellStart"/>
      <w:r w:rsidRPr="00F27450">
        <w:rPr>
          <w:sz w:val="24"/>
          <w:szCs w:val="24"/>
        </w:rPr>
        <w:t>farklılıklar</w:t>
      </w:r>
      <w:proofErr w:type="spellEnd"/>
      <w:r w:rsidRPr="00F27450">
        <w:rPr>
          <w:sz w:val="24"/>
          <w:szCs w:val="24"/>
        </w:rPr>
        <w:t xml:space="preserve"> </w:t>
      </w:r>
      <w:proofErr w:type="spellStart"/>
      <w:r w:rsidRPr="00F27450">
        <w:rPr>
          <w:sz w:val="24"/>
          <w:szCs w:val="24"/>
        </w:rPr>
        <w:t>giyimden</w:t>
      </w:r>
      <w:proofErr w:type="spellEnd"/>
      <w:r w:rsidRPr="00F27450">
        <w:rPr>
          <w:sz w:val="24"/>
          <w:szCs w:val="24"/>
        </w:rPr>
        <w:t xml:space="preserve"> </w:t>
      </w:r>
      <w:proofErr w:type="spellStart"/>
      <w:r w:rsidRPr="00F27450">
        <w:rPr>
          <w:sz w:val="24"/>
          <w:szCs w:val="24"/>
        </w:rPr>
        <w:t>yeme</w:t>
      </w:r>
      <w:proofErr w:type="spellEnd"/>
      <w:r w:rsidRPr="00F27450">
        <w:rPr>
          <w:sz w:val="24"/>
          <w:szCs w:val="24"/>
        </w:rPr>
        <w:t xml:space="preserve"> </w:t>
      </w:r>
      <w:proofErr w:type="spellStart"/>
      <w:r w:rsidRPr="00F27450">
        <w:rPr>
          <w:sz w:val="24"/>
          <w:szCs w:val="24"/>
        </w:rPr>
        <w:t>alışkanlıklarına</w:t>
      </w:r>
      <w:proofErr w:type="spellEnd"/>
      <w:r w:rsidRPr="00F27450">
        <w:rPr>
          <w:sz w:val="24"/>
          <w:szCs w:val="24"/>
        </w:rPr>
        <w:t xml:space="preserve"> </w:t>
      </w:r>
      <w:proofErr w:type="spellStart"/>
      <w:r w:rsidRPr="00F27450">
        <w:rPr>
          <w:sz w:val="24"/>
          <w:szCs w:val="24"/>
        </w:rPr>
        <w:t>kadar</w:t>
      </w:r>
      <w:proofErr w:type="spellEnd"/>
      <w:r w:rsidRPr="00F27450">
        <w:rPr>
          <w:sz w:val="24"/>
          <w:szCs w:val="24"/>
        </w:rPr>
        <w:t xml:space="preserve"> </w:t>
      </w:r>
      <w:proofErr w:type="spellStart"/>
      <w:r w:rsidRPr="00F27450">
        <w:rPr>
          <w:sz w:val="24"/>
          <w:szCs w:val="24"/>
        </w:rPr>
        <w:t>hayatın</w:t>
      </w:r>
      <w:proofErr w:type="spellEnd"/>
      <w:r w:rsidRPr="00F27450">
        <w:rPr>
          <w:sz w:val="24"/>
          <w:szCs w:val="24"/>
        </w:rPr>
        <w:t xml:space="preserve"> </w:t>
      </w:r>
      <w:proofErr w:type="spellStart"/>
      <w:r w:rsidRPr="00F27450">
        <w:rPr>
          <w:sz w:val="24"/>
          <w:szCs w:val="24"/>
        </w:rPr>
        <w:t>birçok</w:t>
      </w:r>
      <w:proofErr w:type="spellEnd"/>
      <w:r w:rsidRPr="00F27450">
        <w:rPr>
          <w:sz w:val="24"/>
          <w:szCs w:val="24"/>
        </w:rPr>
        <w:t xml:space="preserve"> </w:t>
      </w:r>
      <w:proofErr w:type="spellStart"/>
      <w:r w:rsidRPr="00F27450">
        <w:rPr>
          <w:sz w:val="24"/>
          <w:szCs w:val="24"/>
        </w:rPr>
        <w:t>alanında</w:t>
      </w:r>
      <w:proofErr w:type="spellEnd"/>
      <w:r w:rsidRPr="00F27450">
        <w:rPr>
          <w:sz w:val="24"/>
          <w:szCs w:val="24"/>
        </w:rPr>
        <w:t xml:space="preserve"> </w:t>
      </w:r>
      <w:proofErr w:type="spellStart"/>
      <w:r w:rsidRPr="00F27450">
        <w:rPr>
          <w:sz w:val="24"/>
          <w:szCs w:val="24"/>
        </w:rPr>
        <w:t>kendini</w:t>
      </w:r>
      <w:proofErr w:type="spellEnd"/>
      <w:r w:rsidRPr="00F27450">
        <w:rPr>
          <w:sz w:val="24"/>
          <w:szCs w:val="24"/>
        </w:rPr>
        <w:t xml:space="preserve"> </w:t>
      </w:r>
      <w:proofErr w:type="spellStart"/>
      <w:r w:rsidRPr="00F27450">
        <w:rPr>
          <w:sz w:val="24"/>
          <w:szCs w:val="24"/>
        </w:rPr>
        <w:t>gösterir</w:t>
      </w:r>
      <w:proofErr w:type="spellEnd"/>
      <w:r w:rsidRPr="00F27450">
        <w:rPr>
          <w:sz w:val="24"/>
          <w:szCs w:val="24"/>
        </w:rPr>
        <w:t xml:space="preserve">. </w:t>
      </w:r>
      <w:proofErr w:type="spellStart"/>
      <w:r w:rsidRPr="00F27450">
        <w:rPr>
          <w:sz w:val="24"/>
          <w:szCs w:val="24"/>
        </w:rPr>
        <w:t>Farklı</w:t>
      </w:r>
      <w:proofErr w:type="spellEnd"/>
      <w:r w:rsidRPr="00F27450">
        <w:rPr>
          <w:sz w:val="24"/>
          <w:szCs w:val="24"/>
        </w:rPr>
        <w:t xml:space="preserve"> </w:t>
      </w:r>
      <w:proofErr w:type="spellStart"/>
      <w:r w:rsidRPr="00F27450">
        <w:rPr>
          <w:sz w:val="24"/>
          <w:szCs w:val="24"/>
        </w:rPr>
        <w:t>kültürlerin</w:t>
      </w:r>
      <w:proofErr w:type="spellEnd"/>
      <w:r w:rsidRPr="00F27450">
        <w:rPr>
          <w:sz w:val="24"/>
          <w:szCs w:val="24"/>
        </w:rPr>
        <w:t xml:space="preserve"> </w:t>
      </w:r>
      <w:proofErr w:type="spellStart"/>
      <w:r w:rsidRPr="00F27450">
        <w:rPr>
          <w:sz w:val="24"/>
          <w:szCs w:val="24"/>
        </w:rPr>
        <w:t>bir</w:t>
      </w:r>
      <w:proofErr w:type="spellEnd"/>
      <w:r w:rsidRPr="00F27450">
        <w:rPr>
          <w:sz w:val="24"/>
          <w:szCs w:val="24"/>
        </w:rPr>
        <w:t xml:space="preserve"> </w:t>
      </w:r>
      <w:proofErr w:type="spellStart"/>
      <w:r w:rsidRPr="00F27450">
        <w:rPr>
          <w:sz w:val="24"/>
          <w:szCs w:val="24"/>
        </w:rPr>
        <w:t>arada</w:t>
      </w:r>
      <w:proofErr w:type="spellEnd"/>
      <w:r w:rsidRPr="00F27450">
        <w:rPr>
          <w:sz w:val="24"/>
          <w:szCs w:val="24"/>
        </w:rPr>
        <w:t xml:space="preserve"> </w:t>
      </w:r>
      <w:proofErr w:type="spellStart"/>
      <w:r w:rsidRPr="00F27450">
        <w:rPr>
          <w:sz w:val="24"/>
          <w:szCs w:val="24"/>
        </w:rPr>
        <w:t>yaşadığı</w:t>
      </w:r>
      <w:proofErr w:type="spellEnd"/>
      <w:r w:rsidRPr="00F27450">
        <w:rPr>
          <w:sz w:val="24"/>
          <w:szCs w:val="24"/>
        </w:rPr>
        <w:t xml:space="preserve"> </w:t>
      </w:r>
      <w:proofErr w:type="spellStart"/>
      <w:r w:rsidRPr="00F27450">
        <w:rPr>
          <w:sz w:val="24"/>
          <w:szCs w:val="24"/>
        </w:rPr>
        <w:t>toplumlarda</w:t>
      </w:r>
      <w:proofErr w:type="spellEnd"/>
      <w:r w:rsidRPr="00F27450">
        <w:rPr>
          <w:sz w:val="24"/>
          <w:szCs w:val="24"/>
        </w:rPr>
        <w:t xml:space="preserve"> </w:t>
      </w:r>
      <w:proofErr w:type="spellStart"/>
      <w:r w:rsidRPr="00F27450">
        <w:rPr>
          <w:sz w:val="24"/>
          <w:szCs w:val="24"/>
        </w:rPr>
        <w:t>hoşgörü</w:t>
      </w:r>
      <w:proofErr w:type="spellEnd"/>
      <w:r w:rsidRPr="00F27450">
        <w:rPr>
          <w:sz w:val="24"/>
          <w:szCs w:val="24"/>
        </w:rPr>
        <w:t xml:space="preserve"> </w:t>
      </w:r>
      <w:proofErr w:type="spellStart"/>
      <w:r w:rsidRPr="00F27450">
        <w:rPr>
          <w:sz w:val="24"/>
          <w:szCs w:val="24"/>
        </w:rPr>
        <w:t>ve</w:t>
      </w:r>
      <w:proofErr w:type="spellEnd"/>
      <w:r w:rsidRPr="00F27450">
        <w:rPr>
          <w:sz w:val="24"/>
          <w:szCs w:val="24"/>
        </w:rPr>
        <w:t xml:space="preserve"> </w:t>
      </w:r>
      <w:proofErr w:type="spellStart"/>
      <w:r w:rsidRPr="00F27450">
        <w:rPr>
          <w:sz w:val="24"/>
          <w:szCs w:val="24"/>
        </w:rPr>
        <w:t>saygı</w:t>
      </w:r>
      <w:proofErr w:type="spellEnd"/>
      <w:r w:rsidRPr="00F27450">
        <w:rPr>
          <w:sz w:val="24"/>
          <w:szCs w:val="24"/>
        </w:rPr>
        <w:t xml:space="preserve"> </w:t>
      </w:r>
      <w:proofErr w:type="spellStart"/>
      <w:r w:rsidRPr="00F27450">
        <w:rPr>
          <w:sz w:val="24"/>
          <w:szCs w:val="24"/>
        </w:rPr>
        <w:t>önem</w:t>
      </w:r>
      <w:proofErr w:type="spellEnd"/>
      <w:r w:rsidRPr="00F27450">
        <w:rPr>
          <w:sz w:val="24"/>
          <w:szCs w:val="24"/>
        </w:rPr>
        <w:t xml:space="preserve"> </w:t>
      </w:r>
      <w:proofErr w:type="spellStart"/>
      <w:r w:rsidRPr="00F27450">
        <w:rPr>
          <w:sz w:val="24"/>
          <w:szCs w:val="24"/>
        </w:rPr>
        <w:t>kazanır</w:t>
      </w:r>
      <w:proofErr w:type="spellEnd"/>
      <w:r w:rsidRPr="00F27450">
        <w:rPr>
          <w:sz w:val="24"/>
          <w:szCs w:val="24"/>
        </w:rPr>
        <w:t>.</w:t>
      </w:r>
      <w:r w:rsidRPr="00F27450">
        <w:rPr>
          <w:sz w:val="24"/>
          <w:szCs w:val="24"/>
        </w:rPr>
        <w:br/>
      </w:r>
    </w:p>
    <w:p w14:paraId="41A57A8B" w14:textId="77777777" w:rsidR="00107D10" w:rsidRDefault="00107D10" w:rsidP="00107D10">
      <w:pPr>
        <w:pStyle w:val="AralkYok"/>
        <w:ind w:left="360"/>
        <w:rPr>
          <w:b/>
          <w:bCs/>
          <w:sz w:val="24"/>
          <w:szCs w:val="24"/>
        </w:rPr>
      </w:pPr>
      <w:proofErr w:type="spellStart"/>
      <w:r w:rsidRPr="00F27450">
        <w:rPr>
          <w:b/>
          <w:bCs/>
          <w:sz w:val="24"/>
          <w:szCs w:val="24"/>
        </w:rPr>
        <w:t>Farklı</w:t>
      </w:r>
      <w:proofErr w:type="spellEnd"/>
      <w:r w:rsidRPr="00F27450">
        <w:rPr>
          <w:b/>
          <w:bCs/>
          <w:sz w:val="24"/>
          <w:szCs w:val="24"/>
        </w:rPr>
        <w:t xml:space="preserve"> </w:t>
      </w:r>
      <w:proofErr w:type="spellStart"/>
      <w:r w:rsidRPr="00F27450">
        <w:rPr>
          <w:b/>
          <w:bCs/>
          <w:sz w:val="24"/>
          <w:szCs w:val="24"/>
        </w:rPr>
        <w:t>kültürlere</w:t>
      </w:r>
      <w:proofErr w:type="spellEnd"/>
      <w:r w:rsidRPr="00F27450">
        <w:rPr>
          <w:b/>
          <w:bCs/>
          <w:sz w:val="24"/>
          <w:szCs w:val="24"/>
        </w:rPr>
        <w:t xml:space="preserve"> </w:t>
      </w:r>
      <w:proofErr w:type="spellStart"/>
      <w:r w:rsidRPr="00F27450">
        <w:rPr>
          <w:b/>
          <w:bCs/>
          <w:sz w:val="24"/>
          <w:szCs w:val="24"/>
        </w:rPr>
        <w:t>sahip</w:t>
      </w:r>
      <w:proofErr w:type="spellEnd"/>
      <w:r w:rsidRPr="00F27450">
        <w:rPr>
          <w:b/>
          <w:bCs/>
          <w:sz w:val="24"/>
          <w:szCs w:val="24"/>
        </w:rPr>
        <w:t xml:space="preserve"> </w:t>
      </w:r>
      <w:proofErr w:type="spellStart"/>
      <w:r w:rsidRPr="00F27450">
        <w:rPr>
          <w:b/>
          <w:bCs/>
          <w:sz w:val="24"/>
          <w:szCs w:val="24"/>
        </w:rPr>
        <w:t>insanların</w:t>
      </w:r>
      <w:proofErr w:type="spellEnd"/>
      <w:r w:rsidRPr="00F27450">
        <w:rPr>
          <w:b/>
          <w:bCs/>
          <w:sz w:val="24"/>
          <w:szCs w:val="24"/>
        </w:rPr>
        <w:t xml:space="preserve"> </w:t>
      </w:r>
      <w:proofErr w:type="spellStart"/>
      <w:r w:rsidRPr="00F27450">
        <w:rPr>
          <w:b/>
          <w:bCs/>
          <w:sz w:val="24"/>
          <w:szCs w:val="24"/>
        </w:rPr>
        <w:t>birlikte</w:t>
      </w:r>
      <w:proofErr w:type="spellEnd"/>
      <w:r w:rsidRPr="00F27450">
        <w:rPr>
          <w:b/>
          <w:bCs/>
          <w:sz w:val="24"/>
          <w:szCs w:val="24"/>
        </w:rPr>
        <w:t xml:space="preserve"> </w:t>
      </w:r>
      <w:proofErr w:type="spellStart"/>
      <w:r w:rsidRPr="00F27450">
        <w:rPr>
          <w:b/>
          <w:bCs/>
          <w:sz w:val="24"/>
          <w:szCs w:val="24"/>
        </w:rPr>
        <w:t>yaşamasının</w:t>
      </w:r>
      <w:proofErr w:type="spellEnd"/>
      <w:r w:rsidRPr="00F27450">
        <w:rPr>
          <w:b/>
          <w:bCs/>
          <w:sz w:val="24"/>
          <w:szCs w:val="24"/>
        </w:rPr>
        <w:t xml:space="preserve"> </w:t>
      </w:r>
      <w:proofErr w:type="spellStart"/>
      <w:r w:rsidRPr="00F27450">
        <w:rPr>
          <w:b/>
          <w:bCs/>
          <w:sz w:val="24"/>
          <w:szCs w:val="24"/>
        </w:rPr>
        <w:t>toplumsal</w:t>
      </w:r>
      <w:proofErr w:type="spellEnd"/>
      <w:r w:rsidRPr="00F27450">
        <w:rPr>
          <w:b/>
          <w:bCs/>
          <w:sz w:val="24"/>
          <w:szCs w:val="24"/>
        </w:rPr>
        <w:t xml:space="preserve"> </w:t>
      </w:r>
      <w:proofErr w:type="spellStart"/>
      <w:r w:rsidRPr="00F27450">
        <w:rPr>
          <w:b/>
          <w:bCs/>
          <w:sz w:val="24"/>
          <w:szCs w:val="24"/>
        </w:rPr>
        <w:t>hayata</w:t>
      </w:r>
      <w:proofErr w:type="spellEnd"/>
      <w:r w:rsidRPr="00F27450">
        <w:rPr>
          <w:b/>
          <w:bCs/>
          <w:sz w:val="24"/>
          <w:szCs w:val="24"/>
        </w:rPr>
        <w:t xml:space="preserve"> </w:t>
      </w:r>
      <w:proofErr w:type="spellStart"/>
      <w:r w:rsidRPr="00F27450">
        <w:rPr>
          <w:b/>
          <w:bCs/>
          <w:sz w:val="24"/>
          <w:szCs w:val="24"/>
        </w:rPr>
        <w:t>etkilerine</w:t>
      </w:r>
      <w:proofErr w:type="spellEnd"/>
      <w:r w:rsidRPr="00F27450">
        <w:rPr>
          <w:b/>
          <w:bCs/>
          <w:sz w:val="24"/>
          <w:szCs w:val="24"/>
        </w:rPr>
        <w:t xml:space="preserve"> </w:t>
      </w:r>
      <w:proofErr w:type="spellStart"/>
      <w:r w:rsidRPr="00F27450">
        <w:rPr>
          <w:b/>
          <w:bCs/>
          <w:sz w:val="24"/>
          <w:szCs w:val="24"/>
        </w:rPr>
        <w:t>iki</w:t>
      </w:r>
      <w:proofErr w:type="spellEnd"/>
      <w:r w:rsidRPr="00F27450">
        <w:rPr>
          <w:b/>
          <w:bCs/>
          <w:sz w:val="24"/>
          <w:szCs w:val="24"/>
        </w:rPr>
        <w:t xml:space="preserve"> </w:t>
      </w:r>
      <w:proofErr w:type="spellStart"/>
      <w:r w:rsidRPr="00F27450">
        <w:rPr>
          <w:b/>
          <w:bCs/>
          <w:sz w:val="24"/>
          <w:szCs w:val="24"/>
        </w:rPr>
        <w:t>örnek</w:t>
      </w:r>
      <w:proofErr w:type="spellEnd"/>
      <w:r w:rsidRPr="00F27450">
        <w:rPr>
          <w:b/>
          <w:bCs/>
          <w:sz w:val="24"/>
          <w:szCs w:val="24"/>
        </w:rPr>
        <w:t xml:space="preserve"> </w:t>
      </w:r>
      <w:proofErr w:type="spellStart"/>
      <w:r w:rsidRPr="00F27450">
        <w:rPr>
          <w:b/>
          <w:bCs/>
          <w:sz w:val="24"/>
          <w:szCs w:val="24"/>
        </w:rPr>
        <w:t>veriniz</w:t>
      </w:r>
      <w:proofErr w:type="spellEnd"/>
      <w:r w:rsidRPr="00F27450">
        <w:rPr>
          <w:b/>
          <w:bCs/>
          <w:sz w:val="24"/>
          <w:szCs w:val="24"/>
        </w:rPr>
        <w:t>. (15 Puan)</w:t>
      </w:r>
    </w:p>
    <w:p w14:paraId="287356BB" w14:textId="7D78CC38" w:rsidR="005A2099" w:rsidRDefault="005A2099" w:rsidP="00107D10">
      <w:pPr>
        <w:pStyle w:val="AralkYok"/>
        <w:ind w:left="360"/>
        <w:rPr>
          <w:b/>
          <w:bCs/>
          <w:sz w:val="24"/>
          <w:szCs w:val="24"/>
        </w:rPr>
      </w:pPr>
      <w:r>
        <w:rPr>
          <w:noProof/>
        </w:rPr>
        <mc:AlternateContent>
          <mc:Choice Requires="wps">
            <w:drawing>
              <wp:anchor distT="0" distB="0" distL="114300" distR="114300" simplePos="0" relativeHeight="251688960" behindDoc="0" locked="0" layoutInCell="1" allowOverlap="1" wp14:anchorId="52F9012A" wp14:editId="0C46C3E9">
                <wp:simplePos x="0" y="0"/>
                <wp:positionH relativeFrom="column">
                  <wp:posOffset>0</wp:posOffset>
                </wp:positionH>
                <wp:positionV relativeFrom="paragraph">
                  <wp:posOffset>167640</wp:posOffset>
                </wp:positionV>
                <wp:extent cx="6305550" cy="1419225"/>
                <wp:effectExtent l="0" t="0" r="19050" b="28575"/>
                <wp:wrapNone/>
                <wp:docPr id="1300577385" name="Dikdörtgen 4"/>
                <wp:cNvGraphicFramePr/>
                <a:graphic xmlns:a="http://schemas.openxmlformats.org/drawingml/2006/main">
                  <a:graphicData uri="http://schemas.microsoft.com/office/word/2010/wordprocessingShape">
                    <wps:wsp>
                      <wps:cNvSpPr/>
                      <wps:spPr>
                        <a:xfrm>
                          <a:off x="0" y="0"/>
                          <a:ext cx="6305550" cy="1419225"/>
                        </a:xfrm>
                        <a:prstGeom prst="rect">
                          <a:avLst/>
                        </a:prstGeom>
                        <a:solidFill>
                          <a:sysClr val="window" lastClr="FFFFFF"/>
                        </a:solidFill>
                        <a:ln w="25400" cap="flat" cmpd="sng" algn="ctr">
                          <a:solidFill>
                            <a:sysClr val="windowText" lastClr="000000"/>
                          </a:solidFill>
                          <a:prstDash val="solid"/>
                        </a:ln>
                        <a:effectLst/>
                      </wps:spPr>
                      <wps:txbx>
                        <w:txbxContent>
                          <w:p w14:paraId="6ADD1A31" w14:textId="77777777" w:rsidR="00107D10" w:rsidRDefault="00107D10" w:rsidP="00107D10">
                            <w:pPr>
                              <w:rPr>
                                <w:b/>
                                <w:bCs/>
                              </w:rPr>
                            </w:pPr>
                            <w:r w:rsidRPr="00E6166D">
                              <w:rPr>
                                <w:b/>
                                <w:bCs/>
                              </w:rPr>
                              <w:t>CEVAP:</w:t>
                            </w:r>
                          </w:p>
                          <w:p w14:paraId="68622ED9" w14:textId="77777777" w:rsidR="00C502F0" w:rsidRPr="00BB1B77" w:rsidRDefault="00C502F0" w:rsidP="00BB1B77">
                            <w:pPr>
                              <w:pStyle w:val="AralkYok"/>
                              <w:numPr>
                                <w:ilvl w:val="0"/>
                                <w:numId w:val="14"/>
                              </w:numPr>
                              <w:rPr>
                                <w:b/>
                                <w:bCs/>
                                <w:color w:val="EE0000"/>
                                <w:sz w:val="24"/>
                                <w:szCs w:val="24"/>
                              </w:rPr>
                            </w:pPr>
                            <w:proofErr w:type="spellStart"/>
                            <w:r w:rsidRPr="00BB1B77">
                              <w:rPr>
                                <w:b/>
                                <w:bCs/>
                                <w:color w:val="EE0000"/>
                                <w:sz w:val="24"/>
                                <w:szCs w:val="24"/>
                              </w:rPr>
                              <w:t>Ör</w:t>
                            </w:r>
                            <w:proofErr w:type="spellEnd"/>
                            <w:r w:rsidRPr="00BB1B77">
                              <w:rPr>
                                <w:b/>
                                <w:bCs/>
                                <w:color w:val="EE0000"/>
                                <w:sz w:val="24"/>
                                <w:szCs w:val="24"/>
                              </w:rPr>
                              <w:t xml:space="preserve">: </w:t>
                            </w:r>
                            <w:proofErr w:type="spellStart"/>
                            <w:r w:rsidRPr="00BB1B77">
                              <w:rPr>
                                <w:b/>
                                <w:bCs/>
                                <w:color w:val="EE0000"/>
                                <w:sz w:val="24"/>
                                <w:szCs w:val="24"/>
                              </w:rPr>
                              <w:t>Göç</w:t>
                            </w:r>
                            <w:proofErr w:type="spellEnd"/>
                            <w:r w:rsidRPr="00BB1B77">
                              <w:rPr>
                                <w:b/>
                                <w:bCs/>
                                <w:color w:val="EE0000"/>
                                <w:sz w:val="24"/>
                                <w:szCs w:val="24"/>
                              </w:rPr>
                              <w:t xml:space="preserve"> </w:t>
                            </w:r>
                            <w:proofErr w:type="spellStart"/>
                            <w:r w:rsidRPr="00BB1B77">
                              <w:rPr>
                                <w:b/>
                                <w:bCs/>
                                <w:color w:val="EE0000"/>
                                <w:sz w:val="24"/>
                                <w:szCs w:val="24"/>
                              </w:rPr>
                              <w:t>eden</w:t>
                            </w:r>
                            <w:proofErr w:type="spellEnd"/>
                            <w:r w:rsidRPr="00BB1B77">
                              <w:rPr>
                                <w:b/>
                                <w:bCs/>
                                <w:color w:val="EE0000"/>
                                <w:sz w:val="24"/>
                                <w:szCs w:val="24"/>
                              </w:rPr>
                              <w:t xml:space="preserve"> </w:t>
                            </w:r>
                            <w:proofErr w:type="spellStart"/>
                            <w:r w:rsidRPr="00BB1B77">
                              <w:rPr>
                                <w:b/>
                                <w:bCs/>
                                <w:color w:val="EE0000"/>
                                <w:sz w:val="24"/>
                                <w:szCs w:val="24"/>
                              </w:rPr>
                              <w:t>kültürlerin</w:t>
                            </w:r>
                            <w:proofErr w:type="spellEnd"/>
                            <w:r w:rsidRPr="00BB1B77">
                              <w:rPr>
                                <w:b/>
                                <w:bCs/>
                                <w:color w:val="EE0000"/>
                                <w:sz w:val="24"/>
                                <w:szCs w:val="24"/>
                              </w:rPr>
                              <w:t xml:space="preserve"> </w:t>
                            </w:r>
                            <w:proofErr w:type="spellStart"/>
                            <w:r w:rsidRPr="00BB1B77">
                              <w:rPr>
                                <w:b/>
                                <w:bCs/>
                                <w:color w:val="EE0000"/>
                                <w:sz w:val="24"/>
                                <w:szCs w:val="24"/>
                              </w:rPr>
                              <w:t>tatil</w:t>
                            </w:r>
                            <w:proofErr w:type="spellEnd"/>
                            <w:r w:rsidRPr="00BB1B77">
                              <w:rPr>
                                <w:b/>
                                <w:bCs/>
                                <w:color w:val="EE0000"/>
                                <w:sz w:val="24"/>
                                <w:szCs w:val="24"/>
                              </w:rPr>
                              <w:t xml:space="preserve">, </w:t>
                            </w:r>
                            <w:proofErr w:type="spellStart"/>
                            <w:r w:rsidRPr="00BB1B77">
                              <w:rPr>
                                <w:b/>
                                <w:bCs/>
                                <w:color w:val="EE0000"/>
                                <w:sz w:val="24"/>
                                <w:szCs w:val="24"/>
                              </w:rPr>
                              <w:t>bayram</w:t>
                            </w:r>
                            <w:proofErr w:type="spellEnd"/>
                            <w:r w:rsidRPr="00BB1B77">
                              <w:rPr>
                                <w:b/>
                                <w:bCs/>
                                <w:color w:val="EE0000"/>
                                <w:sz w:val="24"/>
                                <w:szCs w:val="24"/>
                              </w:rPr>
                              <w:t xml:space="preserve">, </w:t>
                            </w:r>
                            <w:proofErr w:type="spellStart"/>
                            <w:r w:rsidRPr="00BB1B77">
                              <w:rPr>
                                <w:b/>
                                <w:bCs/>
                                <w:color w:val="EE0000"/>
                                <w:sz w:val="24"/>
                                <w:szCs w:val="24"/>
                              </w:rPr>
                              <w:t>mutfak</w:t>
                            </w:r>
                            <w:proofErr w:type="spellEnd"/>
                            <w:r w:rsidRPr="00BB1B77">
                              <w:rPr>
                                <w:b/>
                                <w:bCs/>
                                <w:color w:val="EE0000"/>
                                <w:sz w:val="24"/>
                                <w:szCs w:val="24"/>
                              </w:rPr>
                              <w:t xml:space="preserve"> </w:t>
                            </w:r>
                            <w:proofErr w:type="spellStart"/>
                            <w:r w:rsidRPr="00BB1B77">
                              <w:rPr>
                                <w:b/>
                                <w:bCs/>
                                <w:color w:val="EE0000"/>
                                <w:sz w:val="24"/>
                                <w:szCs w:val="24"/>
                              </w:rPr>
                              <w:t>kültürü</w:t>
                            </w:r>
                            <w:proofErr w:type="spellEnd"/>
                            <w:r w:rsidRPr="00BB1B77">
                              <w:rPr>
                                <w:b/>
                                <w:bCs/>
                                <w:color w:val="EE0000"/>
                                <w:sz w:val="24"/>
                                <w:szCs w:val="24"/>
                              </w:rPr>
                              <w:t xml:space="preserve"> </w:t>
                            </w:r>
                            <w:proofErr w:type="spellStart"/>
                            <w:r w:rsidRPr="00BB1B77">
                              <w:rPr>
                                <w:b/>
                                <w:bCs/>
                                <w:color w:val="EE0000"/>
                                <w:sz w:val="24"/>
                                <w:szCs w:val="24"/>
                              </w:rPr>
                              <w:t>toplum</w:t>
                            </w:r>
                            <w:proofErr w:type="spellEnd"/>
                            <w:r w:rsidRPr="00BB1B77">
                              <w:rPr>
                                <w:b/>
                                <w:bCs/>
                                <w:color w:val="EE0000"/>
                                <w:sz w:val="24"/>
                                <w:szCs w:val="24"/>
                              </w:rPr>
                              <w:t xml:space="preserve"> </w:t>
                            </w:r>
                            <w:proofErr w:type="spellStart"/>
                            <w:r w:rsidRPr="00BB1B77">
                              <w:rPr>
                                <w:b/>
                                <w:bCs/>
                                <w:color w:val="EE0000"/>
                                <w:sz w:val="24"/>
                                <w:szCs w:val="24"/>
                              </w:rPr>
                              <w:t>yaşamına</w:t>
                            </w:r>
                            <w:proofErr w:type="spellEnd"/>
                            <w:r w:rsidRPr="00BB1B77">
                              <w:rPr>
                                <w:b/>
                                <w:bCs/>
                                <w:color w:val="EE0000"/>
                                <w:sz w:val="24"/>
                                <w:szCs w:val="24"/>
                              </w:rPr>
                              <w:t xml:space="preserve"> </w:t>
                            </w:r>
                            <w:proofErr w:type="spellStart"/>
                            <w:r w:rsidRPr="00BB1B77">
                              <w:rPr>
                                <w:b/>
                                <w:bCs/>
                                <w:color w:val="EE0000"/>
                                <w:sz w:val="24"/>
                                <w:szCs w:val="24"/>
                              </w:rPr>
                              <w:t>çeşitlilik</w:t>
                            </w:r>
                            <w:proofErr w:type="spellEnd"/>
                            <w:r w:rsidRPr="00BB1B77">
                              <w:rPr>
                                <w:b/>
                                <w:bCs/>
                                <w:color w:val="EE0000"/>
                                <w:sz w:val="24"/>
                                <w:szCs w:val="24"/>
                              </w:rPr>
                              <w:t xml:space="preserve"> </w:t>
                            </w:r>
                            <w:proofErr w:type="spellStart"/>
                            <w:r w:rsidRPr="00BB1B77">
                              <w:rPr>
                                <w:b/>
                                <w:bCs/>
                                <w:color w:val="EE0000"/>
                                <w:sz w:val="24"/>
                                <w:szCs w:val="24"/>
                              </w:rPr>
                              <w:t>katar</w:t>
                            </w:r>
                            <w:proofErr w:type="spellEnd"/>
                            <w:r w:rsidRPr="00BB1B77">
                              <w:rPr>
                                <w:b/>
                                <w:bCs/>
                                <w:color w:val="EE0000"/>
                                <w:sz w:val="24"/>
                                <w:szCs w:val="24"/>
                              </w:rPr>
                              <w:t xml:space="preserve">; </w:t>
                            </w:r>
                            <w:proofErr w:type="spellStart"/>
                            <w:r w:rsidRPr="00BB1B77">
                              <w:rPr>
                                <w:b/>
                                <w:bCs/>
                                <w:color w:val="EE0000"/>
                                <w:sz w:val="24"/>
                                <w:szCs w:val="24"/>
                              </w:rPr>
                              <w:t>toplumsal</w:t>
                            </w:r>
                            <w:proofErr w:type="spellEnd"/>
                            <w:r w:rsidRPr="00BB1B77">
                              <w:rPr>
                                <w:b/>
                                <w:bCs/>
                                <w:color w:val="EE0000"/>
                                <w:sz w:val="24"/>
                                <w:szCs w:val="24"/>
                              </w:rPr>
                              <w:t xml:space="preserve"> </w:t>
                            </w:r>
                            <w:proofErr w:type="spellStart"/>
                            <w:r w:rsidRPr="00BB1B77">
                              <w:rPr>
                                <w:b/>
                                <w:bCs/>
                                <w:color w:val="EE0000"/>
                                <w:sz w:val="24"/>
                                <w:szCs w:val="24"/>
                              </w:rPr>
                              <w:t>hoşgörüyü</w:t>
                            </w:r>
                            <w:proofErr w:type="spellEnd"/>
                            <w:r w:rsidRPr="00BB1B77">
                              <w:rPr>
                                <w:b/>
                                <w:bCs/>
                                <w:color w:val="EE0000"/>
                                <w:sz w:val="24"/>
                                <w:szCs w:val="24"/>
                              </w:rPr>
                              <w:t xml:space="preserve"> </w:t>
                            </w:r>
                            <w:proofErr w:type="spellStart"/>
                            <w:r w:rsidRPr="00BB1B77">
                              <w:rPr>
                                <w:b/>
                                <w:bCs/>
                                <w:color w:val="EE0000"/>
                                <w:sz w:val="24"/>
                                <w:szCs w:val="24"/>
                              </w:rPr>
                              <w:t>geliştirir</w:t>
                            </w:r>
                            <w:proofErr w:type="spellEnd"/>
                            <w:r w:rsidRPr="00BB1B77">
                              <w:rPr>
                                <w:b/>
                                <w:bCs/>
                                <w:color w:val="EE0000"/>
                                <w:sz w:val="24"/>
                                <w:szCs w:val="24"/>
                              </w:rPr>
                              <w:t>.</w:t>
                            </w:r>
                          </w:p>
                          <w:p w14:paraId="3F42B27A" w14:textId="77777777" w:rsidR="00107D10" w:rsidRPr="00BB1B77" w:rsidRDefault="00107D10" w:rsidP="00107D10">
                            <w:pPr>
                              <w:rPr>
                                <w:b/>
                                <w:bCs/>
                                <w:color w:val="EE0000"/>
                              </w:rPr>
                            </w:pPr>
                          </w:p>
                          <w:p w14:paraId="7CC5C2B7" w14:textId="77777777" w:rsidR="00107D10" w:rsidRPr="00E6166D" w:rsidRDefault="00107D10" w:rsidP="00107D10">
                            <w:pP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F9012A" id="_x0000_s1034" style="position:absolute;left:0;text-align:left;margin-left:0;margin-top:13.2pt;width:496.5pt;height:111.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" fillcolor="window" strokecolor="windowText" strokeweight="2pt">
                <v:textbox>
                  <w:txbxContent>
                    <w:p w14:paraId="6ADD1A31" w14:textId="77777777" w:rsidR="00107D10" w:rsidRDefault="00107D10" w:rsidP="00107D10">
                      <w:pPr>
                        <w:rPr>
                          <w:b/>
                          <w:bCs/>
                        </w:rPr>
                      </w:pPr>
                      <w:r w:rsidRPr="00E6166D">
                        <w:rPr>
                          <w:b/>
                          <w:bCs/>
                        </w:rPr>
                        <w:t>CEVAP:</w:t>
                      </w:r>
                    </w:p>
                    <w:p w14:paraId="68622ED9" w14:textId="77777777" w:rsidR="00C502F0" w:rsidRPr="00BB1B77" w:rsidRDefault="00C502F0" w:rsidP="00BB1B77">
                      <w:pPr>
                        <w:pStyle w:val="AralkYok"/>
                        <w:numPr>
                          <w:ilvl w:val="0"/>
                          <w:numId w:val="14"/>
                        </w:numPr>
                        <w:rPr>
                          <w:b/>
                          <w:bCs/>
                          <w:color w:val="EE0000"/>
                          <w:sz w:val="24"/>
                          <w:szCs w:val="24"/>
                        </w:rPr>
                      </w:pPr>
                      <w:proofErr w:type="spellStart"/>
                      <w:r w:rsidRPr="00BB1B77">
                        <w:rPr>
                          <w:b/>
                          <w:bCs/>
                          <w:color w:val="EE0000"/>
                          <w:sz w:val="24"/>
                          <w:szCs w:val="24"/>
                        </w:rPr>
                        <w:t>Ör</w:t>
                      </w:r>
                      <w:proofErr w:type="spellEnd"/>
                      <w:r w:rsidRPr="00BB1B77">
                        <w:rPr>
                          <w:b/>
                          <w:bCs/>
                          <w:color w:val="EE0000"/>
                          <w:sz w:val="24"/>
                          <w:szCs w:val="24"/>
                        </w:rPr>
                        <w:t xml:space="preserve">: </w:t>
                      </w:r>
                      <w:proofErr w:type="spellStart"/>
                      <w:r w:rsidRPr="00BB1B77">
                        <w:rPr>
                          <w:b/>
                          <w:bCs/>
                          <w:color w:val="EE0000"/>
                          <w:sz w:val="24"/>
                          <w:szCs w:val="24"/>
                        </w:rPr>
                        <w:t>Göç</w:t>
                      </w:r>
                      <w:proofErr w:type="spellEnd"/>
                      <w:r w:rsidRPr="00BB1B77">
                        <w:rPr>
                          <w:b/>
                          <w:bCs/>
                          <w:color w:val="EE0000"/>
                          <w:sz w:val="24"/>
                          <w:szCs w:val="24"/>
                        </w:rPr>
                        <w:t xml:space="preserve"> </w:t>
                      </w:r>
                      <w:proofErr w:type="spellStart"/>
                      <w:r w:rsidRPr="00BB1B77">
                        <w:rPr>
                          <w:b/>
                          <w:bCs/>
                          <w:color w:val="EE0000"/>
                          <w:sz w:val="24"/>
                          <w:szCs w:val="24"/>
                        </w:rPr>
                        <w:t>eden</w:t>
                      </w:r>
                      <w:proofErr w:type="spellEnd"/>
                      <w:r w:rsidRPr="00BB1B77">
                        <w:rPr>
                          <w:b/>
                          <w:bCs/>
                          <w:color w:val="EE0000"/>
                          <w:sz w:val="24"/>
                          <w:szCs w:val="24"/>
                        </w:rPr>
                        <w:t xml:space="preserve"> </w:t>
                      </w:r>
                      <w:proofErr w:type="spellStart"/>
                      <w:r w:rsidRPr="00BB1B77">
                        <w:rPr>
                          <w:b/>
                          <w:bCs/>
                          <w:color w:val="EE0000"/>
                          <w:sz w:val="24"/>
                          <w:szCs w:val="24"/>
                        </w:rPr>
                        <w:t>kültürlerin</w:t>
                      </w:r>
                      <w:proofErr w:type="spellEnd"/>
                      <w:r w:rsidRPr="00BB1B77">
                        <w:rPr>
                          <w:b/>
                          <w:bCs/>
                          <w:color w:val="EE0000"/>
                          <w:sz w:val="24"/>
                          <w:szCs w:val="24"/>
                        </w:rPr>
                        <w:t xml:space="preserve"> </w:t>
                      </w:r>
                      <w:proofErr w:type="spellStart"/>
                      <w:r w:rsidRPr="00BB1B77">
                        <w:rPr>
                          <w:b/>
                          <w:bCs/>
                          <w:color w:val="EE0000"/>
                          <w:sz w:val="24"/>
                          <w:szCs w:val="24"/>
                        </w:rPr>
                        <w:t>tatil</w:t>
                      </w:r>
                      <w:proofErr w:type="spellEnd"/>
                      <w:r w:rsidRPr="00BB1B77">
                        <w:rPr>
                          <w:b/>
                          <w:bCs/>
                          <w:color w:val="EE0000"/>
                          <w:sz w:val="24"/>
                          <w:szCs w:val="24"/>
                        </w:rPr>
                        <w:t xml:space="preserve">, </w:t>
                      </w:r>
                      <w:proofErr w:type="spellStart"/>
                      <w:r w:rsidRPr="00BB1B77">
                        <w:rPr>
                          <w:b/>
                          <w:bCs/>
                          <w:color w:val="EE0000"/>
                          <w:sz w:val="24"/>
                          <w:szCs w:val="24"/>
                        </w:rPr>
                        <w:t>bayram</w:t>
                      </w:r>
                      <w:proofErr w:type="spellEnd"/>
                      <w:r w:rsidRPr="00BB1B77">
                        <w:rPr>
                          <w:b/>
                          <w:bCs/>
                          <w:color w:val="EE0000"/>
                          <w:sz w:val="24"/>
                          <w:szCs w:val="24"/>
                        </w:rPr>
                        <w:t xml:space="preserve">, </w:t>
                      </w:r>
                      <w:proofErr w:type="spellStart"/>
                      <w:r w:rsidRPr="00BB1B77">
                        <w:rPr>
                          <w:b/>
                          <w:bCs/>
                          <w:color w:val="EE0000"/>
                          <w:sz w:val="24"/>
                          <w:szCs w:val="24"/>
                        </w:rPr>
                        <w:t>mutfak</w:t>
                      </w:r>
                      <w:proofErr w:type="spellEnd"/>
                      <w:r w:rsidRPr="00BB1B77">
                        <w:rPr>
                          <w:b/>
                          <w:bCs/>
                          <w:color w:val="EE0000"/>
                          <w:sz w:val="24"/>
                          <w:szCs w:val="24"/>
                        </w:rPr>
                        <w:t xml:space="preserve"> </w:t>
                      </w:r>
                      <w:proofErr w:type="spellStart"/>
                      <w:r w:rsidRPr="00BB1B77">
                        <w:rPr>
                          <w:b/>
                          <w:bCs/>
                          <w:color w:val="EE0000"/>
                          <w:sz w:val="24"/>
                          <w:szCs w:val="24"/>
                        </w:rPr>
                        <w:t>kültürü</w:t>
                      </w:r>
                      <w:proofErr w:type="spellEnd"/>
                      <w:r w:rsidRPr="00BB1B77">
                        <w:rPr>
                          <w:b/>
                          <w:bCs/>
                          <w:color w:val="EE0000"/>
                          <w:sz w:val="24"/>
                          <w:szCs w:val="24"/>
                        </w:rPr>
                        <w:t xml:space="preserve"> </w:t>
                      </w:r>
                      <w:proofErr w:type="spellStart"/>
                      <w:r w:rsidRPr="00BB1B77">
                        <w:rPr>
                          <w:b/>
                          <w:bCs/>
                          <w:color w:val="EE0000"/>
                          <w:sz w:val="24"/>
                          <w:szCs w:val="24"/>
                        </w:rPr>
                        <w:t>toplum</w:t>
                      </w:r>
                      <w:proofErr w:type="spellEnd"/>
                      <w:r w:rsidRPr="00BB1B77">
                        <w:rPr>
                          <w:b/>
                          <w:bCs/>
                          <w:color w:val="EE0000"/>
                          <w:sz w:val="24"/>
                          <w:szCs w:val="24"/>
                        </w:rPr>
                        <w:t xml:space="preserve"> </w:t>
                      </w:r>
                      <w:proofErr w:type="spellStart"/>
                      <w:r w:rsidRPr="00BB1B77">
                        <w:rPr>
                          <w:b/>
                          <w:bCs/>
                          <w:color w:val="EE0000"/>
                          <w:sz w:val="24"/>
                          <w:szCs w:val="24"/>
                        </w:rPr>
                        <w:t>yaşamına</w:t>
                      </w:r>
                      <w:proofErr w:type="spellEnd"/>
                      <w:r w:rsidRPr="00BB1B77">
                        <w:rPr>
                          <w:b/>
                          <w:bCs/>
                          <w:color w:val="EE0000"/>
                          <w:sz w:val="24"/>
                          <w:szCs w:val="24"/>
                        </w:rPr>
                        <w:t xml:space="preserve"> </w:t>
                      </w:r>
                      <w:proofErr w:type="spellStart"/>
                      <w:r w:rsidRPr="00BB1B77">
                        <w:rPr>
                          <w:b/>
                          <w:bCs/>
                          <w:color w:val="EE0000"/>
                          <w:sz w:val="24"/>
                          <w:szCs w:val="24"/>
                        </w:rPr>
                        <w:t>çeşitlilik</w:t>
                      </w:r>
                      <w:proofErr w:type="spellEnd"/>
                      <w:r w:rsidRPr="00BB1B77">
                        <w:rPr>
                          <w:b/>
                          <w:bCs/>
                          <w:color w:val="EE0000"/>
                          <w:sz w:val="24"/>
                          <w:szCs w:val="24"/>
                        </w:rPr>
                        <w:t xml:space="preserve"> </w:t>
                      </w:r>
                      <w:proofErr w:type="spellStart"/>
                      <w:r w:rsidRPr="00BB1B77">
                        <w:rPr>
                          <w:b/>
                          <w:bCs/>
                          <w:color w:val="EE0000"/>
                          <w:sz w:val="24"/>
                          <w:szCs w:val="24"/>
                        </w:rPr>
                        <w:t>katar</w:t>
                      </w:r>
                      <w:proofErr w:type="spellEnd"/>
                      <w:r w:rsidRPr="00BB1B77">
                        <w:rPr>
                          <w:b/>
                          <w:bCs/>
                          <w:color w:val="EE0000"/>
                          <w:sz w:val="24"/>
                          <w:szCs w:val="24"/>
                        </w:rPr>
                        <w:t xml:space="preserve">; </w:t>
                      </w:r>
                      <w:proofErr w:type="spellStart"/>
                      <w:r w:rsidRPr="00BB1B77">
                        <w:rPr>
                          <w:b/>
                          <w:bCs/>
                          <w:color w:val="EE0000"/>
                          <w:sz w:val="24"/>
                          <w:szCs w:val="24"/>
                        </w:rPr>
                        <w:t>toplumsal</w:t>
                      </w:r>
                      <w:proofErr w:type="spellEnd"/>
                      <w:r w:rsidRPr="00BB1B77">
                        <w:rPr>
                          <w:b/>
                          <w:bCs/>
                          <w:color w:val="EE0000"/>
                          <w:sz w:val="24"/>
                          <w:szCs w:val="24"/>
                        </w:rPr>
                        <w:t xml:space="preserve"> </w:t>
                      </w:r>
                      <w:proofErr w:type="spellStart"/>
                      <w:r w:rsidRPr="00BB1B77">
                        <w:rPr>
                          <w:b/>
                          <w:bCs/>
                          <w:color w:val="EE0000"/>
                          <w:sz w:val="24"/>
                          <w:szCs w:val="24"/>
                        </w:rPr>
                        <w:t>hoşgörüyü</w:t>
                      </w:r>
                      <w:proofErr w:type="spellEnd"/>
                      <w:r w:rsidRPr="00BB1B77">
                        <w:rPr>
                          <w:b/>
                          <w:bCs/>
                          <w:color w:val="EE0000"/>
                          <w:sz w:val="24"/>
                          <w:szCs w:val="24"/>
                        </w:rPr>
                        <w:t xml:space="preserve"> </w:t>
                      </w:r>
                      <w:proofErr w:type="spellStart"/>
                      <w:r w:rsidRPr="00BB1B77">
                        <w:rPr>
                          <w:b/>
                          <w:bCs/>
                          <w:color w:val="EE0000"/>
                          <w:sz w:val="24"/>
                          <w:szCs w:val="24"/>
                        </w:rPr>
                        <w:t>geliştirir</w:t>
                      </w:r>
                      <w:proofErr w:type="spellEnd"/>
                      <w:r w:rsidRPr="00BB1B77">
                        <w:rPr>
                          <w:b/>
                          <w:bCs/>
                          <w:color w:val="EE0000"/>
                          <w:sz w:val="24"/>
                          <w:szCs w:val="24"/>
                        </w:rPr>
                        <w:t>.</w:t>
                      </w:r>
                    </w:p>
                    <w:p w14:paraId="3F42B27A" w14:textId="77777777" w:rsidR="00107D10" w:rsidRPr="00BB1B77" w:rsidRDefault="00107D10" w:rsidP="00107D10">
                      <w:pPr>
                        <w:rPr>
                          <w:b/>
                          <w:bCs/>
                          <w:color w:val="EE0000"/>
                        </w:rPr>
                      </w:pPr>
                    </w:p>
                    <w:p w14:paraId="7CC5C2B7" w14:textId="77777777" w:rsidR="00107D10" w:rsidRPr="00E6166D" w:rsidRDefault="00107D10" w:rsidP="00107D10">
                      <w:pPr>
                        <w:rPr>
                          <w:b/>
                          <w:bCs/>
                        </w:rPr>
                      </w:pPr>
                    </w:p>
                  </w:txbxContent>
                </v:textbox>
              </v:rect>
            </w:pict>
          </mc:Fallback>
        </mc:AlternateContent>
      </w:r>
    </w:p>
    <w:p w14:paraId="1C01F3ED" w14:textId="5D776B5C" w:rsidR="005A2099" w:rsidRDefault="005A2099" w:rsidP="00107D10">
      <w:pPr>
        <w:pStyle w:val="AralkYok"/>
        <w:ind w:left="360"/>
        <w:rPr>
          <w:b/>
          <w:bCs/>
          <w:sz w:val="24"/>
          <w:szCs w:val="24"/>
        </w:rPr>
      </w:pPr>
    </w:p>
    <w:p w14:paraId="5F101B74" w14:textId="263B5878" w:rsidR="005A2099" w:rsidRDefault="005A2099" w:rsidP="00107D10">
      <w:pPr>
        <w:pStyle w:val="AralkYok"/>
        <w:ind w:left="360"/>
        <w:rPr>
          <w:b/>
          <w:bCs/>
          <w:sz w:val="24"/>
          <w:szCs w:val="24"/>
        </w:rPr>
      </w:pPr>
    </w:p>
    <w:p w14:paraId="1E675227" w14:textId="2BD701A0" w:rsidR="005A2099" w:rsidRDefault="005A2099" w:rsidP="00107D10">
      <w:pPr>
        <w:pStyle w:val="AralkYok"/>
        <w:ind w:left="360"/>
        <w:rPr>
          <w:b/>
          <w:bCs/>
          <w:sz w:val="24"/>
          <w:szCs w:val="24"/>
        </w:rPr>
      </w:pPr>
    </w:p>
    <w:p w14:paraId="0689687B" w14:textId="77777777" w:rsidR="005A2099" w:rsidRDefault="005A2099" w:rsidP="00107D10">
      <w:pPr>
        <w:pStyle w:val="AralkYok"/>
        <w:ind w:left="360"/>
        <w:rPr>
          <w:b/>
          <w:bCs/>
          <w:sz w:val="24"/>
          <w:szCs w:val="24"/>
        </w:rPr>
      </w:pPr>
    </w:p>
    <w:p w14:paraId="3D89960E" w14:textId="6CDE82D5" w:rsidR="005A2099" w:rsidRDefault="005A2099" w:rsidP="00107D10">
      <w:pPr>
        <w:pStyle w:val="AralkYok"/>
        <w:ind w:left="360"/>
        <w:rPr>
          <w:b/>
          <w:bCs/>
          <w:sz w:val="24"/>
          <w:szCs w:val="24"/>
        </w:rPr>
      </w:pPr>
    </w:p>
    <w:p w14:paraId="7352682B" w14:textId="2E25DC15" w:rsidR="005A2099" w:rsidRDefault="005A2099" w:rsidP="00107D10">
      <w:pPr>
        <w:pStyle w:val="AralkYok"/>
        <w:ind w:left="360"/>
        <w:rPr>
          <w:b/>
          <w:bCs/>
          <w:sz w:val="24"/>
          <w:szCs w:val="24"/>
        </w:rPr>
      </w:pPr>
    </w:p>
    <w:p w14:paraId="4BFA425E" w14:textId="0B79F2C7" w:rsidR="005A2099" w:rsidRDefault="005A2099" w:rsidP="00107D10">
      <w:pPr>
        <w:pStyle w:val="AralkYok"/>
        <w:ind w:left="360"/>
        <w:rPr>
          <w:b/>
          <w:bCs/>
          <w:sz w:val="24"/>
          <w:szCs w:val="24"/>
        </w:rPr>
      </w:pPr>
    </w:p>
    <w:p w14:paraId="1D037132" w14:textId="636634E2" w:rsidR="005A2099" w:rsidRDefault="005A2099" w:rsidP="00107D10">
      <w:pPr>
        <w:pStyle w:val="AralkYok"/>
        <w:ind w:left="360"/>
        <w:rPr>
          <w:b/>
          <w:bCs/>
          <w:sz w:val="24"/>
          <w:szCs w:val="24"/>
        </w:rPr>
      </w:pPr>
    </w:p>
    <w:p w14:paraId="130FBDAC" w14:textId="4403134B" w:rsidR="005A2099" w:rsidRDefault="005A2099" w:rsidP="00107D10">
      <w:pPr>
        <w:pStyle w:val="AralkYok"/>
        <w:ind w:left="360"/>
        <w:rPr>
          <w:b/>
          <w:bCs/>
          <w:sz w:val="24"/>
          <w:szCs w:val="24"/>
        </w:rPr>
      </w:pPr>
    </w:p>
    <w:p w14:paraId="4B197A18" w14:textId="6D17D626" w:rsidR="005A2099" w:rsidRPr="00F27450" w:rsidRDefault="005A2099" w:rsidP="00107D10">
      <w:pPr>
        <w:pStyle w:val="AralkYok"/>
        <w:ind w:left="360"/>
        <w:rPr>
          <w:b/>
          <w:bCs/>
          <w:sz w:val="24"/>
          <w:szCs w:val="24"/>
        </w:rPr>
      </w:pPr>
    </w:p>
    <w:p w14:paraId="4AFDDD27" w14:textId="77777777" w:rsidR="00107D10" w:rsidRDefault="00107D10" w:rsidP="00107D10">
      <w:pPr>
        <w:pStyle w:val="AralkYok"/>
      </w:pPr>
    </w:p>
    <w:p w14:paraId="0819FCF5" w14:textId="77777777" w:rsidR="00107D10" w:rsidRDefault="00107D10" w:rsidP="00107D10">
      <w:pPr>
        <w:pStyle w:val="AralkYok"/>
        <w:numPr>
          <w:ilvl w:val="0"/>
          <w:numId w:val="11"/>
        </w:numPr>
        <w:rPr>
          <w:b/>
          <w:bCs/>
        </w:rPr>
      </w:pPr>
      <w:proofErr w:type="spellStart"/>
      <w:r>
        <w:t>Kültür</w:t>
      </w:r>
      <w:proofErr w:type="spellEnd"/>
      <w:r>
        <w:t xml:space="preserve">, </w:t>
      </w:r>
      <w:proofErr w:type="spellStart"/>
      <w:r>
        <w:t>bir</w:t>
      </w:r>
      <w:proofErr w:type="spellEnd"/>
      <w:r>
        <w:t xml:space="preserve"> </w:t>
      </w:r>
      <w:proofErr w:type="spellStart"/>
      <w:r>
        <w:t>toplumun</w:t>
      </w:r>
      <w:proofErr w:type="spellEnd"/>
      <w:r>
        <w:t xml:space="preserve"> </w:t>
      </w:r>
      <w:proofErr w:type="spellStart"/>
      <w:r>
        <w:t>yaşam</w:t>
      </w:r>
      <w:proofErr w:type="spellEnd"/>
      <w:r>
        <w:t xml:space="preserve"> </w:t>
      </w:r>
      <w:proofErr w:type="spellStart"/>
      <w:r>
        <w:t>biçimini</w:t>
      </w:r>
      <w:proofErr w:type="spellEnd"/>
      <w:r>
        <w:t xml:space="preserve">, </w:t>
      </w:r>
      <w:proofErr w:type="spellStart"/>
      <w:r>
        <w:t>gelenek</w:t>
      </w:r>
      <w:proofErr w:type="spellEnd"/>
      <w:r>
        <w:t xml:space="preserve"> </w:t>
      </w:r>
      <w:proofErr w:type="spellStart"/>
      <w:r>
        <w:t>ve</w:t>
      </w:r>
      <w:proofErr w:type="spellEnd"/>
      <w:r>
        <w:t xml:space="preserve"> </w:t>
      </w:r>
      <w:proofErr w:type="spellStart"/>
      <w:r>
        <w:t>göreneklerini</w:t>
      </w:r>
      <w:proofErr w:type="spellEnd"/>
      <w:r>
        <w:t xml:space="preserve">, </w:t>
      </w:r>
      <w:proofErr w:type="spellStart"/>
      <w:r>
        <w:t>yeme-içme</w:t>
      </w:r>
      <w:proofErr w:type="spellEnd"/>
      <w:r>
        <w:t xml:space="preserve"> </w:t>
      </w:r>
      <w:proofErr w:type="spellStart"/>
      <w:r>
        <w:t>alışkanlıklarını</w:t>
      </w:r>
      <w:proofErr w:type="spellEnd"/>
      <w:r>
        <w:t xml:space="preserve"> </w:t>
      </w:r>
      <w:proofErr w:type="spellStart"/>
      <w:r>
        <w:t>ve</w:t>
      </w:r>
      <w:proofErr w:type="spellEnd"/>
      <w:r>
        <w:t xml:space="preserve"> </w:t>
      </w:r>
      <w:proofErr w:type="spellStart"/>
      <w:r>
        <w:t>kutlamalarını</w:t>
      </w:r>
      <w:proofErr w:type="spellEnd"/>
      <w:r>
        <w:t xml:space="preserve"> </w:t>
      </w:r>
      <w:proofErr w:type="spellStart"/>
      <w:r>
        <w:t>kapsar</w:t>
      </w:r>
      <w:proofErr w:type="spellEnd"/>
      <w:r>
        <w:t xml:space="preserve">. Her </w:t>
      </w:r>
      <w:proofErr w:type="spellStart"/>
      <w:r>
        <w:t>toplumun</w:t>
      </w:r>
      <w:proofErr w:type="spellEnd"/>
      <w:r>
        <w:t xml:space="preserve"> </w:t>
      </w:r>
      <w:proofErr w:type="spellStart"/>
      <w:r>
        <w:t>kültürü</w:t>
      </w:r>
      <w:proofErr w:type="spellEnd"/>
      <w:r>
        <w:t xml:space="preserve"> </w:t>
      </w:r>
      <w:proofErr w:type="spellStart"/>
      <w:r>
        <w:t>yaşadığı</w:t>
      </w:r>
      <w:proofErr w:type="spellEnd"/>
      <w:r>
        <w:t xml:space="preserve"> </w:t>
      </w:r>
      <w:proofErr w:type="spellStart"/>
      <w:r>
        <w:t>coğrafya</w:t>
      </w:r>
      <w:proofErr w:type="spellEnd"/>
      <w:r>
        <w:t xml:space="preserve"> </w:t>
      </w:r>
      <w:proofErr w:type="spellStart"/>
      <w:r>
        <w:t>ve</w:t>
      </w:r>
      <w:proofErr w:type="spellEnd"/>
      <w:r>
        <w:t xml:space="preserve"> </w:t>
      </w:r>
      <w:proofErr w:type="spellStart"/>
      <w:r>
        <w:t>tarihsel</w:t>
      </w:r>
      <w:proofErr w:type="spellEnd"/>
      <w:r>
        <w:t xml:space="preserve"> </w:t>
      </w:r>
      <w:proofErr w:type="spellStart"/>
      <w:r>
        <w:t>süreçlere</w:t>
      </w:r>
      <w:proofErr w:type="spellEnd"/>
      <w:r>
        <w:t xml:space="preserve"> </w:t>
      </w:r>
      <w:proofErr w:type="spellStart"/>
      <w:r>
        <w:t>bağlı</w:t>
      </w:r>
      <w:proofErr w:type="spellEnd"/>
      <w:r>
        <w:t xml:space="preserve"> </w:t>
      </w:r>
      <w:proofErr w:type="spellStart"/>
      <w:r>
        <w:t>olarak</w:t>
      </w:r>
      <w:proofErr w:type="spellEnd"/>
      <w:r>
        <w:t xml:space="preserve"> </w:t>
      </w:r>
      <w:proofErr w:type="spellStart"/>
      <w:r>
        <w:t>şekillenir</w:t>
      </w:r>
      <w:proofErr w:type="spellEnd"/>
      <w:r>
        <w:t xml:space="preserve">. </w:t>
      </w:r>
      <w:proofErr w:type="spellStart"/>
      <w:r>
        <w:t>Kültürel</w:t>
      </w:r>
      <w:proofErr w:type="spellEnd"/>
      <w:r>
        <w:t xml:space="preserve"> </w:t>
      </w:r>
      <w:proofErr w:type="spellStart"/>
      <w:r>
        <w:t>özellikler</w:t>
      </w:r>
      <w:proofErr w:type="spellEnd"/>
      <w:r>
        <w:t xml:space="preserve"> </w:t>
      </w:r>
      <w:proofErr w:type="spellStart"/>
      <w:r>
        <w:t>günlük</w:t>
      </w:r>
      <w:proofErr w:type="spellEnd"/>
      <w:r>
        <w:t xml:space="preserve"> </w:t>
      </w:r>
      <w:proofErr w:type="spellStart"/>
      <w:r>
        <w:t>yaşama</w:t>
      </w:r>
      <w:proofErr w:type="spellEnd"/>
      <w:r>
        <w:t xml:space="preserve"> </w:t>
      </w:r>
      <w:proofErr w:type="spellStart"/>
      <w:r>
        <w:t>doğrudan</w:t>
      </w:r>
      <w:proofErr w:type="spellEnd"/>
      <w:r>
        <w:t xml:space="preserve"> </w:t>
      </w:r>
      <w:proofErr w:type="spellStart"/>
      <w:r>
        <w:t>yansır</w:t>
      </w:r>
      <w:proofErr w:type="spellEnd"/>
      <w:r>
        <w:t xml:space="preserve"> </w:t>
      </w:r>
      <w:proofErr w:type="spellStart"/>
      <w:r>
        <w:t>ve</w:t>
      </w:r>
      <w:proofErr w:type="spellEnd"/>
      <w:r>
        <w:t xml:space="preserve"> </w:t>
      </w:r>
      <w:proofErr w:type="spellStart"/>
      <w:r>
        <w:t>yaşam</w:t>
      </w:r>
      <w:proofErr w:type="spellEnd"/>
      <w:r>
        <w:t xml:space="preserve"> </w:t>
      </w:r>
      <w:proofErr w:type="spellStart"/>
      <w:r>
        <w:t>tarzını</w:t>
      </w:r>
      <w:proofErr w:type="spellEnd"/>
      <w:r>
        <w:t xml:space="preserve"> </w:t>
      </w:r>
      <w:proofErr w:type="spellStart"/>
      <w:r>
        <w:t>belirler</w:t>
      </w:r>
      <w:proofErr w:type="spellEnd"/>
      <w:r>
        <w:t>.</w:t>
      </w:r>
      <w:r>
        <w:br/>
      </w:r>
    </w:p>
    <w:p w14:paraId="680A0A09" w14:textId="77777777" w:rsidR="00107D10" w:rsidRPr="00CA5F49" w:rsidRDefault="00107D10" w:rsidP="00107D10">
      <w:pPr>
        <w:pStyle w:val="AralkYok"/>
        <w:ind w:left="360"/>
        <w:rPr>
          <w:b/>
          <w:bCs/>
        </w:rPr>
      </w:pPr>
      <w:proofErr w:type="spellStart"/>
      <w:r w:rsidRPr="00CA5F49">
        <w:rPr>
          <w:b/>
          <w:bCs/>
        </w:rPr>
        <w:t>Kültürel</w:t>
      </w:r>
      <w:proofErr w:type="spellEnd"/>
      <w:r w:rsidRPr="00CA5F49">
        <w:rPr>
          <w:b/>
          <w:bCs/>
        </w:rPr>
        <w:t xml:space="preserve"> </w:t>
      </w:r>
      <w:proofErr w:type="spellStart"/>
      <w:r w:rsidRPr="00CA5F49">
        <w:rPr>
          <w:b/>
          <w:bCs/>
        </w:rPr>
        <w:t>özelliklerin</w:t>
      </w:r>
      <w:proofErr w:type="spellEnd"/>
      <w:r w:rsidRPr="00CA5F49">
        <w:rPr>
          <w:b/>
          <w:bCs/>
        </w:rPr>
        <w:t xml:space="preserve"> </w:t>
      </w:r>
      <w:proofErr w:type="spellStart"/>
      <w:r w:rsidRPr="00CA5F49">
        <w:rPr>
          <w:b/>
          <w:bCs/>
        </w:rPr>
        <w:t>günlük</w:t>
      </w:r>
      <w:proofErr w:type="spellEnd"/>
      <w:r w:rsidRPr="00CA5F49">
        <w:rPr>
          <w:b/>
          <w:bCs/>
        </w:rPr>
        <w:t xml:space="preserve"> </w:t>
      </w:r>
      <w:proofErr w:type="spellStart"/>
      <w:r w:rsidRPr="00CA5F49">
        <w:rPr>
          <w:b/>
          <w:bCs/>
        </w:rPr>
        <w:t>yaşama</w:t>
      </w:r>
      <w:proofErr w:type="spellEnd"/>
      <w:r w:rsidRPr="00CA5F49">
        <w:rPr>
          <w:b/>
          <w:bCs/>
        </w:rPr>
        <w:t xml:space="preserve"> </w:t>
      </w:r>
      <w:proofErr w:type="spellStart"/>
      <w:r w:rsidRPr="00CA5F49">
        <w:rPr>
          <w:b/>
          <w:bCs/>
        </w:rPr>
        <w:t>nasıl</w:t>
      </w:r>
      <w:proofErr w:type="spellEnd"/>
      <w:r w:rsidRPr="00CA5F49">
        <w:rPr>
          <w:b/>
          <w:bCs/>
        </w:rPr>
        <w:t xml:space="preserve"> </w:t>
      </w:r>
      <w:proofErr w:type="spellStart"/>
      <w:r w:rsidRPr="00CA5F49">
        <w:rPr>
          <w:b/>
          <w:bCs/>
        </w:rPr>
        <w:t>yansıdığını</w:t>
      </w:r>
      <w:proofErr w:type="spellEnd"/>
      <w:r w:rsidRPr="00CA5F49">
        <w:rPr>
          <w:b/>
          <w:bCs/>
        </w:rPr>
        <w:t xml:space="preserve"> </w:t>
      </w:r>
      <w:proofErr w:type="spellStart"/>
      <w:r w:rsidRPr="00CA5F49">
        <w:rPr>
          <w:b/>
          <w:bCs/>
        </w:rPr>
        <w:t>açıklayınız</w:t>
      </w:r>
      <w:proofErr w:type="spellEnd"/>
      <w:r w:rsidRPr="00CA5F49">
        <w:rPr>
          <w:b/>
          <w:bCs/>
        </w:rPr>
        <w:t xml:space="preserve">. En </w:t>
      </w:r>
      <w:proofErr w:type="spellStart"/>
      <w:r w:rsidRPr="00CA5F49">
        <w:rPr>
          <w:b/>
          <w:bCs/>
        </w:rPr>
        <w:t>az</w:t>
      </w:r>
      <w:proofErr w:type="spellEnd"/>
      <w:r w:rsidRPr="00CA5F49">
        <w:rPr>
          <w:b/>
          <w:bCs/>
        </w:rPr>
        <w:t xml:space="preserve"> </w:t>
      </w:r>
      <w:proofErr w:type="spellStart"/>
      <w:r w:rsidRPr="00CA5F49">
        <w:rPr>
          <w:b/>
          <w:bCs/>
        </w:rPr>
        <w:t>bir</w:t>
      </w:r>
      <w:proofErr w:type="spellEnd"/>
      <w:r w:rsidRPr="00CA5F49">
        <w:rPr>
          <w:b/>
          <w:bCs/>
        </w:rPr>
        <w:t xml:space="preserve"> </w:t>
      </w:r>
      <w:proofErr w:type="spellStart"/>
      <w:r w:rsidRPr="00CA5F49">
        <w:rPr>
          <w:b/>
          <w:bCs/>
        </w:rPr>
        <w:t>somut</w:t>
      </w:r>
      <w:proofErr w:type="spellEnd"/>
      <w:r w:rsidRPr="00CA5F49">
        <w:rPr>
          <w:b/>
          <w:bCs/>
        </w:rPr>
        <w:t xml:space="preserve"> </w:t>
      </w:r>
      <w:proofErr w:type="spellStart"/>
      <w:r w:rsidRPr="00CA5F49">
        <w:rPr>
          <w:b/>
          <w:bCs/>
        </w:rPr>
        <w:t>örnek</w:t>
      </w:r>
      <w:proofErr w:type="spellEnd"/>
      <w:r w:rsidRPr="00CA5F49">
        <w:rPr>
          <w:b/>
          <w:bCs/>
        </w:rPr>
        <w:t xml:space="preserve"> </w:t>
      </w:r>
      <w:proofErr w:type="spellStart"/>
      <w:r w:rsidRPr="00CA5F49">
        <w:rPr>
          <w:b/>
          <w:bCs/>
        </w:rPr>
        <w:t>veriniz</w:t>
      </w:r>
      <w:proofErr w:type="spellEnd"/>
      <w:r w:rsidRPr="00CA5F49">
        <w:rPr>
          <w:b/>
          <w:bCs/>
        </w:rPr>
        <w:t>.</w:t>
      </w:r>
      <w:r>
        <w:rPr>
          <w:b/>
          <w:bCs/>
        </w:rPr>
        <w:t xml:space="preserve"> (20 Puan)</w:t>
      </w:r>
    </w:p>
    <w:p w14:paraId="642FDC99" w14:textId="77777777" w:rsidR="00107D10" w:rsidRPr="00CA5F49" w:rsidRDefault="00107D10" w:rsidP="00107D10">
      <w:pPr>
        <w:pStyle w:val="AralkYok"/>
        <w:rPr>
          <w:b/>
          <w:bCs/>
        </w:rPr>
      </w:pPr>
      <w:r>
        <w:rPr>
          <w:noProof/>
        </w:rPr>
        <mc:AlternateContent>
          <mc:Choice Requires="wps">
            <w:drawing>
              <wp:anchor distT="0" distB="0" distL="114300" distR="114300" simplePos="0" relativeHeight="251689984" behindDoc="0" locked="0" layoutInCell="1" allowOverlap="1" wp14:anchorId="046857BF" wp14:editId="71C90ADB">
                <wp:simplePos x="0" y="0"/>
                <wp:positionH relativeFrom="column">
                  <wp:posOffset>0</wp:posOffset>
                </wp:positionH>
                <wp:positionV relativeFrom="paragraph">
                  <wp:posOffset>158751</wp:posOffset>
                </wp:positionV>
                <wp:extent cx="6305550" cy="914400"/>
                <wp:effectExtent l="0" t="0" r="19050" b="19050"/>
                <wp:wrapNone/>
                <wp:docPr id="1983805987" name="Dikdörtgen 4"/>
                <wp:cNvGraphicFramePr/>
                <a:graphic xmlns:a="http://schemas.openxmlformats.org/drawingml/2006/main">
                  <a:graphicData uri="http://schemas.microsoft.com/office/word/2010/wordprocessingShape">
                    <wps:wsp>
                      <wps:cNvSpPr/>
                      <wps:spPr>
                        <a:xfrm>
                          <a:off x="0" y="0"/>
                          <a:ext cx="6305550" cy="914400"/>
                        </a:xfrm>
                        <a:prstGeom prst="rect">
                          <a:avLst/>
                        </a:prstGeom>
                        <a:solidFill>
                          <a:sysClr val="window" lastClr="FFFFFF"/>
                        </a:solidFill>
                        <a:ln w="25400" cap="flat" cmpd="sng" algn="ctr">
                          <a:solidFill>
                            <a:sysClr val="windowText" lastClr="000000"/>
                          </a:solidFill>
                          <a:prstDash val="solid"/>
                        </a:ln>
                        <a:effectLst/>
                      </wps:spPr>
                      <wps:txbx>
                        <w:txbxContent>
                          <w:p w14:paraId="2DCAFFD8" w14:textId="77777777" w:rsidR="00107D10" w:rsidRDefault="00107D10" w:rsidP="00107D10">
                            <w:pPr>
                              <w:rPr>
                                <w:b/>
                                <w:bCs/>
                              </w:rPr>
                            </w:pPr>
                            <w:r w:rsidRPr="00E6166D">
                              <w:rPr>
                                <w:b/>
                                <w:bCs/>
                              </w:rPr>
                              <w:t>CEVAP:</w:t>
                            </w:r>
                          </w:p>
                          <w:p w14:paraId="4057C17C" w14:textId="01A6922F" w:rsidR="005D15F3" w:rsidRPr="005D15F3" w:rsidRDefault="005D15F3" w:rsidP="00107D10">
                            <w:pPr>
                              <w:rPr>
                                <w:b/>
                                <w:bCs/>
                                <w:color w:val="EE0000"/>
                                <w:sz w:val="24"/>
                                <w:szCs w:val="24"/>
                              </w:rPr>
                            </w:pPr>
                            <w:proofErr w:type="spellStart"/>
                            <w:r w:rsidRPr="005D15F3">
                              <w:rPr>
                                <w:b/>
                                <w:bCs/>
                                <w:color w:val="EE0000"/>
                                <w:sz w:val="24"/>
                                <w:szCs w:val="24"/>
                              </w:rPr>
                              <w:t>Ör</w:t>
                            </w:r>
                            <w:proofErr w:type="spellEnd"/>
                            <w:r w:rsidRPr="005D15F3">
                              <w:rPr>
                                <w:b/>
                                <w:bCs/>
                                <w:color w:val="EE0000"/>
                                <w:sz w:val="24"/>
                                <w:szCs w:val="24"/>
                              </w:rPr>
                              <w:t xml:space="preserve">: </w:t>
                            </w:r>
                            <w:proofErr w:type="spellStart"/>
                            <w:r w:rsidRPr="005D15F3">
                              <w:rPr>
                                <w:b/>
                                <w:bCs/>
                                <w:color w:val="EE0000"/>
                                <w:sz w:val="24"/>
                                <w:szCs w:val="24"/>
                              </w:rPr>
                              <w:t>Karadeniz’de</w:t>
                            </w:r>
                            <w:proofErr w:type="spellEnd"/>
                            <w:r w:rsidRPr="005D15F3">
                              <w:rPr>
                                <w:b/>
                                <w:bCs/>
                                <w:color w:val="EE0000"/>
                                <w:sz w:val="24"/>
                                <w:szCs w:val="24"/>
                              </w:rPr>
                              <w:t xml:space="preserve"> horon, Doğu </w:t>
                            </w:r>
                            <w:proofErr w:type="spellStart"/>
                            <w:r w:rsidRPr="005D15F3">
                              <w:rPr>
                                <w:b/>
                                <w:bCs/>
                                <w:color w:val="EE0000"/>
                                <w:sz w:val="24"/>
                                <w:szCs w:val="24"/>
                              </w:rPr>
                              <w:t>Anadolu’da</w:t>
                            </w:r>
                            <w:proofErr w:type="spellEnd"/>
                            <w:r w:rsidRPr="005D15F3">
                              <w:rPr>
                                <w:b/>
                                <w:bCs/>
                                <w:color w:val="EE0000"/>
                                <w:sz w:val="24"/>
                                <w:szCs w:val="24"/>
                              </w:rPr>
                              <w:t xml:space="preserve"> </w:t>
                            </w:r>
                            <w:proofErr w:type="spellStart"/>
                            <w:r w:rsidRPr="005D15F3">
                              <w:rPr>
                                <w:b/>
                                <w:bCs/>
                                <w:color w:val="EE0000"/>
                                <w:sz w:val="24"/>
                                <w:szCs w:val="24"/>
                              </w:rPr>
                              <w:t>halay</w:t>
                            </w:r>
                            <w:proofErr w:type="spellEnd"/>
                            <w:r w:rsidRPr="005D15F3">
                              <w:rPr>
                                <w:b/>
                                <w:bCs/>
                                <w:color w:val="EE0000"/>
                                <w:sz w:val="24"/>
                                <w:szCs w:val="24"/>
                              </w:rPr>
                              <w:t xml:space="preserve">. </w:t>
                            </w:r>
                            <w:proofErr w:type="spellStart"/>
                            <w:r w:rsidRPr="005D15F3">
                              <w:rPr>
                                <w:b/>
                                <w:bCs/>
                                <w:color w:val="EE0000"/>
                                <w:sz w:val="24"/>
                                <w:szCs w:val="24"/>
                              </w:rPr>
                              <w:t>Kültür</w:t>
                            </w:r>
                            <w:proofErr w:type="spellEnd"/>
                            <w:r w:rsidRPr="005D15F3">
                              <w:rPr>
                                <w:b/>
                                <w:bCs/>
                                <w:color w:val="EE0000"/>
                                <w:sz w:val="24"/>
                                <w:szCs w:val="24"/>
                              </w:rPr>
                              <w:t xml:space="preserve"> </w:t>
                            </w:r>
                            <w:proofErr w:type="spellStart"/>
                            <w:r w:rsidRPr="005D15F3">
                              <w:rPr>
                                <w:b/>
                                <w:bCs/>
                                <w:color w:val="EE0000"/>
                                <w:sz w:val="24"/>
                                <w:szCs w:val="24"/>
                              </w:rPr>
                              <w:t>yemeklere</w:t>
                            </w:r>
                            <w:proofErr w:type="spellEnd"/>
                            <w:r w:rsidRPr="005D15F3">
                              <w:rPr>
                                <w:b/>
                                <w:bCs/>
                                <w:color w:val="EE0000"/>
                                <w:sz w:val="24"/>
                                <w:szCs w:val="24"/>
                              </w:rPr>
                              <w:t xml:space="preserve">, </w:t>
                            </w:r>
                            <w:proofErr w:type="spellStart"/>
                            <w:r w:rsidRPr="005D15F3">
                              <w:rPr>
                                <w:b/>
                                <w:bCs/>
                                <w:color w:val="EE0000"/>
                                <w:sz w:val="24"/>
                                <w:szCs w:val="24"/>
                              </w:rPr>
                              <w:t>ev</w:t>
                            </w:r>
                            <w:proofErr w:type="spellEnd"/>
                            <w:r w:rsidRPr="005D15F3">
                              <w:rPr>
                                <w:b/>
                                <w:bCs/>
                                <w:color w:val="EE0000"/>
                                <w:sz w:val="24"/>
                                <w:szCs w:val="24"/>
                              </w:rPr>
                              <w:t xml:space="preserve"> </w:t>
                            </w:r>
                            <w:proofErr w:type="spellStart"/>
                            <w:r w:rsidRPr="005D15F3">
                              <w:rPr>
                                <w:b/>
                                <w:bCs/>
                                <w:color w:val="EE0000"/>
                                <w:sz w:val="24"/>
                                <w:szCs w:val="24"/>
                              </w:rPr>
                              <w:t>yapılarına</w:t>
                            </w:r>
                            <w:proofErr w:type="spellEnd"/>
                            <w:r w:rsidRPr="005D15F3">
                              <w:rPr>
                                <w:b/>
                                <w:bCs/>
                                <w:color w:val="EE0000"/>
                                <w:sz w:val="24"/>
                                <w:szCs w:val="24"/>
                              </w:rPr>
                              <w:t xml:space="preserve">, </w:t>
                            </w:r>
                            <w:proofErr w:type="spellStart"/>
                            <w:r w:rsidRPr="005D15F3">
                              <w:rPr>
                                <w:b/>
                                <w:bCs/>
                                <w:color w:val="EE0000"/>
                                <w:sz w:val="24"/>
                                <w:szCs w:val="24"/>
                              </w:rPr>
                              <w:t>kutlamalara</w:t>
                            </w:r>
                            <w:proofErr w:type="spellEnd"/>
                            <w:r w:rsidRPr="005D15F3">
                              <w:rPr>
                                <w:b/>
                                <w:bCs/>
                                <w:color w:val="EE0000"/>
                                <w:sz w:val="24"/>
                                <w:szCs w:val="24"/>
                              </w:rPr>
                              <w:t xml:space="preserve"> </w:t>
                            </w:r>
                            <w:proofErr w:type="spellStart"/>
                            <w:r w:rsidRPr="005D15F3">
                              <w:rPr>
                                <w:b/>
                                <w:bCs/>
                                <w:color w:val="EE0000"/>
                                <w:sz w:val="24"/>
                                <w:szCs w:val="24"/>
                              </w:rPr>
                              <w:t>yansır</w:t>
                            </w:r>
                            <w:proofErr w:type="spellEnd"/>
                            <w:r w:rsidRPr="005D15F3">
                              <w:rPr>
                                <w:b/>
                                <w:bCs/>
                                <w:color w:val="EE0000"/>
                                <w:sz w:val="24"/>
                                <w:szCs w:val="24"/>
                              </w:rPr>
                              <w:t>.</w:t>
                            </w:r>
                          </w:p>
                          <w:p w14:paraId="5FC5C6DA" w14:textId="77777777" w:rsidR="00107D10" w:rsidRDefault="00107D10" w:rsidP="00107D10">
                            <w:pPr>
                              <w:rPr>
                                <w:b/>
                                <w:bCs/>
                              </w:rPr>
                            </w:pPr>
                          </w:p>
                          <w:p w14:paraId="416A7AAD" w14:textId="77777777" w:rsidR="00107D10" w:rsidRPr="00E6166D" w:rsidRDefault="00107D10" w:rsidP="00107D10">
                            <w:pP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6857BF" id="_x0000_s1035" style="position:absolute;margin-left:0;margin-top:12.5pt;width:496.5pt;height:1in;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" fillcolor="window" strokecolor="windowText" strokeweight="2pt">
                <v:textbox>
                  <w:txbxContent>
                    <w:p w14:paraId="2DCAFFD8" w14:textId="77777777" w:rsidR="00107D10" w:rsidRDefault="00107D10" w:rsidP="00107D10">
                      <w:pPr>
                        <w:rPr>
                          <w:b/>
                          <w:bCs/>
                        </w:rPr>
                      </w:pPr>
                      <w:r w:rsidRPr="00E6166D">
                        <w:rPr>
                          <w:b/>
                          <w:bCs/>
                        </w:rPr>
                        <w:t>CEVAP:</w:t>
                      </w:r>
                    </w:p>
                    <w:p w14:paraId="4057C17C" w14:textId="01A6922F" w:rsidR="005D15F3" w:rsidRPr="005D15F3" w:rsidRDefault="005D15F3" w:rsidP="00107D10">
                      <w:pPr>
                        <w:rPr>
                          <w:b/>
                          <w:bCs/>
                          <w:color w:val="EE0000"/>
                          <w:sz w:val="24"/>
                          <w:szCs w:val="24"/>
                        </w:rPr>
                      </w:pPr>
                      <w:proofErr w:type="spellStart"/>
                      <w:r w:rsidRPr="005D15F3">
                        <w:rPr>
                          <w:b/>
                          <w:bCs/>
                          <w:color w:val="EE0000"/>
                          <w:sz w:val="24"/>
                          <w:szCs w:val="24"/>
                        </w:rPr>
                        <w:t>Ör</w:t>
                      </w:r>
                      <w:proofErr w:type="spellEnd"/>
                      <w:r w:rsidRPr="005D15F3">
                        <w:rPr>
                          <w:b/>
                          <w:bCs/>
                          <w:color w:val="EE0000"/>
                          <w:sz w:val="24"/>
                          <w:szCs w:val="24"/>
                        </w:rPr>
                        <w:t xml:space="preserve">: </w:t>
                      </w:r>
                      <w:proofErr w:type="spellStart"/>
                      <w:r w:rsidRPr="005D15F3">
                        <w:rPr>
                          <w:b/>
                          <w:bCs/>
                          <w:color w:val="EE0000"/>
                          <w:sz w:val="24"/>
                          <w:szCs w:val="24"/>
                        </w:rPr>
                        <w:t>Karadeniz’de</w:t>
                      </w:r>
                      <w:proofErr w:type="spellEnd"/>
                      <w:r w:rsidRPr="005D15F3">
                        <w:rPr>
                          <w:b/>
                          <w:bCs/>
                          <w:color w:val="EE0000"/>
                          <w:sz w:val="24"/>
                          <w:szCs w:val="24"/>
                        </w:rPr>
                        <w:t xml:space="preserve"> horon, Doğu </w:t>
                      </w:r>
                      <w:proofErr w:type="spellStart"/>
                      <w:r w:rsidRPr="005D15F3">
                        <w:rPr>
                          <w:b/>
                          <w:bCs/>
                          <w:color w:val="EE0000"/>
                          <w:sz w:val="24"/>
                          <w:szCs w:val="24"/>
                        </w:rPr>
                        <w:t>Anadolu’da</w:t>
                      </w:r>
                      <w:proofErr w:type="spellEnd"/>
                      <w:r w:rsidRPr="005D15F3">
                        <w:rPr>
                          <w:b/>
                          <w:bCs/>
                          <w:color w:val="EE0000"/>
                          <w:sz w:val="24"/>
                          <w:szCs w:val="24"/>
                        </w:rPr>
                        <w:t xml:space="preserve"> </w:t>
                      </w:r>
                      <w:proofErr w:type="spellStart"/>
                      <w:r w:rsidRPr="005D15F3">
                        <w:rPr>
                          <w:b/>
                          <w:bCs/>
                          <w:color w:val="EE0000"/>
                          <w:sz w:val="24"/>
                          <w:szCs w:val="24"/>
                        </w:rPr>
                        <w:t>halay</w:t>
                      </w:r>
                      <w:proofErr w:type="spellEnd"/>
                      <w:r w:rsidRPr="005D15F3">
                        <w:rPr>
                          <w:b/>
                          <w:bCs/>
                          <w:color w:val="EE0000"/>
                          <w:sz w:val="24"/>
                          <w:szCs w:val="24"/>
                        </w:rPr>
                        <w:t xml:space="preserve">. </w:t>
                      </w:r>
                      <w:proofErr w:type="spellStart"/>
                      <w:r w:rsidRPr="005D15F3">
                        <w:rPr>
                          <w:b/>
                          <w:bCs/>
                          <w:color w:val="EE0000"/>
                          <w:sz w:val="24"/>
                          <w:szCs w:val="24"/>
                        </w:rPr>
                        <w:t>Kültür</w:t>
                      </w:r>
                      <w:proofErr w:type="spellEnd"/>
                      <w:r w:rsidRPr="005D15F3">
                        <w:rPr>
                          <w:b/>
                          <w:bCs/>
                          <w:color w:val="EE0000"/>
                          <w:sz w:val="24"/>
                          <w:szCs w:val="24"/>
                        </w:rPr>
                        <w:t xml:space="preserve"> </w:t>
                      </w:r>
                      <w:proofErr w:type="spellStart"/>
                      <w:r w:rsidRPr="005D15F3">
                        <w:rPr>
                          <w:b/>
                          <w:bCs/>
                          <w:color w:val="EE0000"/>
                          <w:sz w:val="24"/>
                          <w:szCs w:val="24"/>
                        </w:rPr>
                        <w:t>yemeklere</w:t>
                      </w:r>
                      <w:proofErr w:type="spellEnd"/>
                      <w:r w:rsidRPr="005D15F3">
                        <w:rPr>
                          <w:b/>
                          <w:bCs/>
                          <w:color w:val="EE0000"/>
                          <w:sz w:val="24"/>
                          <w:szCs w:val="24"/>
                        </w:rPr>
                        <w:t xml:space="preserve">, </w:t>
                      </w:r>
                      <w:proofErr w:type="spellStart"/>
                      <w:r w:rsidRPr="005D15F3">
                        <w:rPr>
                          <w:b/>
                          <w:bCs/>
                          <w:color w:val="EE0000"/>
                          <w:sz w:val="24"/>
                          <w:szCs w:val="24"/>
                        </w:rPr>
                        <w:t>ev</w:t>
                      </w:r>
                      <w:proofErr w:type="spellEnd"/>
                      <w:r w:rsidRPr="005D15F3">
                        <w:rPr>
                          <w:b/>
                          <w:bCs/>
                          <w:color w:val="EE0000"/>
                          <w:sz w:val="24"/>
                          <w:szCs w:val="24"/>
                        </w:rPr>
                        <w:t xml:space="preserve"> </w:t>
                      </w:r>
                      <w:proofErr w:type="spellStart"/>
                      <w:r w:rsidRPr="005D15F3">
                        <w:rPr>
                          <w:b/>
                          <w:bCs/>
                          <w:color w:val="EE0000"/>
                          <w:sz w:val="24"/>
                          <w:szCs w:val="24"/>
                        </w:rPr>
                        <w:t>yapılarına</w:t>
                      </w:r>
                      <w:proofErr w:type="spellEnd"/>
                      <w:r w:rsidRPr="005D15F3">
                        <w:rPr>
                          <w:b/>
                          <w:bCs/>
                          <w:color w:val="EE0000"/>
                          <w:sz w:val="24"/>
                          <w:szCs w:val="24"/>
                        </w:rPr>
                        <w:t xml:space="preserve">, </w:t>
                      </w:r>
                      <w:proofErr w:type="spellStart"/>
                      <w:r w:rsidRPr="005D15F3">
                        <w:rPr>
                          <w:b/>
                          <w:bCs/>
                          <w:color w:val="EE0000"/>
                          <w:sz w:val="24"/>
                          <w:szCs w:val="24"/>
                        </w:rPr>
                        <w:t>kutlamalara</w:t>
                      </w:r>
                      <w:proofErr w:type="spellEnd"/>
                      <w:r w:rsidRPr="005D15F3">
                        <w:rPr>
                          <w:b/>
                          <w:bCs/>
                          <w:color w:val="EE0000"/>
                          <w:sz w:val="24"/>
                          <w:szCs w:val="24"/>
                        </w:rPr>
                        <w:t xml:space="preserve"> </w:t>
                      </w:r>
                      <w:proofErr w:type="spellStart"/>
                      <w:r w:rsidRPr="005D15F3">
                        <w:rPr>
                          <w:b/>
                          <w:bCs/>
                          <w:color w:val="EE0000"/>
                          <w:sz w:val="24"/>
                          <w:szCs w:val="24"/>
                        </w:rPr>
                        <w:t>yansır</w:t>
                      </w:r>
                      <w:proofErr w:type="spellEnd"/>
                      <w:r w:rsidRPr="005D15F3">
                        <w:rPr>
                          <w:b/>
                          <w:bCs/>
                          <w:color w:val="EE0000"/>
                          <w:sz w:val="24"/>
                          <w:szCs w:val="24"/>
                        </w:rPr>
                        <w:t>.</w:t>
                      </w:r>
                    </w:p>
                    <w:p w14:paraId="5FC5C6DA" w14:textId="77777777" w:rsidR="00107D10" w:rsidRDefault="00107D10" w:rsidP="00107D10">
                      <w:pPr>
                        <w:rPr>
                          <w:b/>
                          <w:bCs/>
                        </w:rPr>
                      </w:pPr>
                    </w:p>
                    <w:p w14:paraId="416A7AAD" w14:textId="77777777" w:rsidR="00107D10" w:rsidRPr="00E6166D" w:rsidRDefault="00107D10" w:rsidP="00107D10">
                      <w:pPr>
                        <w:rPr>
                          <w:b/>
                          <w:bCs/>
                        </w:rPr>
                      </w:pPr>
                    </w:p>
                  </w:txbxContent>
                </v:textbox>
              </v:rect>
            </w:pict>
          </mc:Fallback>
        </mc:AlternateContent>
      </w:r>
    </w:p>
    <w:p w14:paraId="1B2ED7EA" w14:textId="77777777" w:rsidR="00107D10" w:rsidRPr="00CA5F49" w:rsidRDefault="00107D10" w:rsidP="00107D10">
      <w:pPr>
        <w:pStyle w:val="AralkYok"/>
        <w:rPr>
          <w:b/>
          <w:bCs/>
        </w:rPr>
      </w:pPr>
    </w:p>
    <w:p w14:paraId="6F1DE8EC" w14:textId="77777777" w:rsidR="00107D10" w:rsidRDefault="00107D10" w:rsidP="00107D10">
      <w:pPr>
        <w:pStyle w:val="AralkYok"/>
      </w:pPr>
    </w:p>
    <w:p w14:paraId="697D996C" w14:textId="77777777" w:rsidR="00107D10" w:rsidRDefault="00107D10" w:rsidP="00107D10">
      <w:pPr>
        <w:pStyle w:val="AralkYok"/>
      </w:pPr>
    </w:p>
    <w:p w14:paraId="1273AF76" w14:textId="77777777" w:rsidR="00107D10" w:rsidRDefault="00107D10" w:rsidP="00107D10">
      <w:pPr>
        <w:pStyle w:val="AralkYok"/>
      </w:pPr>
    </w:p>
    <w:p w14:paraId="7B1EF291" w14:textId="77777777" w:rsidR="00107D10" w:rsidRDefault="00107D10" w:rsidP="00107D10">
      <w:pPr>
        <w:pStyle w:val="AralkYok"/>
      </w:pPr>
    </w:p>
    <w:p w14:paraId="6D4CA76C" w14:textId="77777777" w:rsidR="00107D10" w:rsidRDefault="00107D10" w:rsidP="00107D10">
      <w:pPr>
        <w:pStyle w:val="AralkYok"/>
      </w:pPr>
    </w:p>
    <w:p w14:paraId="295B2CA7" w14:textId="77777777" w:rsidR="00107D10" w:rsidRDefault="00107D10" w:rsidP="00107D10">
      <w:pPr>
        <w:pStyle w:val="AralkYok"/>
      </w:pPr>
    </w:p>
    <w:p w14:paraId="29CCC608" w14:textId="77777777" w:rsidR="00107D10" w:rsidRPr="00EB2C68" w:rsidRDefault="00107D10" w:rsidP="00107D10">
      <w:pPr>
        <w:pStyle w:val="AralkYok"/>
        <w:numPr>
          <w:ilvl w:val="0"/>
          <w:numId w:val="11"/>
        </w:numPr>
        <w:rPr>
          <w:b/>
          <w:bCs/>
          <w:sz w:val="24"/>
          <w:szCs w:val="24"/>
        </w:rPr>
      </w:pPr>
      <w:proofErr w:type="spellStart"/>
      <w:r w:rsidRPr="00EB2C68">
        <w:rPr>
          <w:sz w:val="24"/>
          <w:szCs w:val="24"/>
        </w:rPr>
        <w:t>Toplumda</w:t>
      </w:r>
      <w:proofErr w:type="spellEnd"/>
      <w:r w:rsidRPr="00EB2C68">
        <w:rPr>
          <w:sz w:val="24"/>
          <w:szCs w:val="24"/>
        </w:rPr>
        <w:t xml:space="preserve"> </w:t>
      </w:r>
      <w:proofErr w:type="spellStart"/>
      <w:r w:rsidRPr="00EB2C68">
        <w:rPr>
          <w:sz w:val="24"/>
          <w:szCs w:val="24"/>
        </w:rPr>
        <w:t>birlik</w:t>
      </w:r>
      <w:proofErr w:type="spellEnd"/>
      <w:r w:rsidRPr="00EB2C68">
        <w:rPr>
          <w:sz w:val="24"/>
          <w:szCs w:val="24"/>
        </w:rPr>
        <w:t xml:space="preserve"> </w:t>
      </w:r>
      <w:proofErr w:type="spellStart"/>
      <w:r w:rsidRPr="00EB2C68">
        <w:rPr>
          <w:sz w:val="24"/>
          <w:szCs w:val="24"/>
        </w:rPr>
        <w:t>ve</w:t>
      </w:r>
      <w:proofErr w:type="spellEnd"/>
      <w:r w:rsidRPr="00EB2C68">
        <w:rPr>
          <w:sz w:val="24"/>
          <w:szCs w:val="24"/>
        </w:rPr>
        <w:t xml:space="preserve"> </w:t>
      </w:r>
      <w:proofErr w:type="spellStart"/>
      <w:r w:rsidRPr="00EB2C68">
        <w:rPr>
          <w:sz w:val="24"/>
          <w:szCs w:val="24"/>
        </w:rPr>
        <w:t>beraberliği</w:t>
      </w:r>
      <w:proofErr w:type="spellEnd"/>
      <w:r w:rsidRPr="00EB2C68">
        <w:rPr>
          <w:sz w:val="24"/>
          <w:szCs w:val="24"/>
        </w:rPr>
        <w:t xml:space="preserve"> </w:t>
      </w:r>
      <w:proofErr w:type="spellStart"/>
      <w:r w:rsidRPr="00EB2C68">
        <w:rPr>
          <w:sz w:val="24"/>
          <w:szCs w:val="24"/>
        </w:rPr>
        <w:t>güçlendiren</w:t>
      </w:r>
      <w:proofErr w:type="spellEnd"/>
      <w:r w:rsidRPr="00EB2C68">
        <w:rPr>
          <w:sz w:val="24"/>
          <w:szCs w:val="24"/>
        </w:rPr>
        <w:t xml:space="preserve"> </w:t>
      </w:r>
      <w:proofErr w:type="spellStart"/>
      <w:r w:rsidRPr="00EB2C68">
        <w:rPr>
          <w:sz w:val="24"/>
          <w:szCs w:val="24"/>
        </w:rPr>
        <w:t>en</w:t>
      </w:r>
      <w:proofErr w:type="spellEnd"/>
      <w:r w:rsidRPr="00EB2C68">
        <w:rPr>
          <w:sz w:val="24"/>
          <w:szCs w:val="24"/>
        </w:rPr>
        <w:t xml:space="preserve"> </w:t>
      </w:r>
      <w:proofErr w:type="spellStart"/>
      <w:r w:rsidRPr="00EB2C68">
        <w:rPr>
          <w:sz w:val="24"/>
          <w:szCs w:val="24"/>
        </w:rPr>
        <w:t>önemli</w:t>
      </w:r>
      <w:proofErr w:type="spellEnd"/>
      <w:r w:rsidRPr="00EB2C68">
        <w:rPr>
          <w:sz w:val="24"/>
          <w:szCs w:val="24"/>
        </w:rPr>
        <w:t xml:space="preserve"> </w:t>
      </w:r>
      <w:proofErr w:type="spellStart"/>
      <w:r w:rsidRPr="00EB2C68">
        <w:rPr>
          <w:sz w:val="24"/>
          <w:szCs w:val="24"/>
        </w:rPr>
        <w:t>unsurlardan</w:t>
      </w:r>
      <w:proofErr w:type="spellEnd"/>
      <w:r w:rsidRPr="00EB2C68">
        <w:rPr>
          <w:sz w:val="24"/>
          <w:szCs w:val="24"/>
        </w:rPr>
        <w:t xml:space="preserve"> </w:t>
      </w:r>
      <w:proofErr w:type="spellStart"/>
      <w:r w:rsidRPr="00EB2C68">
        <w:rPr>
          <w:sz w:val="24"/>
          <w:szCs w:val="24"/>
        </w:rPr>
        <w:t>biri</w:t>
      </w:r>
      <w:proofErr w:type="spellEnd"/>
      <w:r w:rsidRPr="00EB2C68">
        <w:rPr>
          <w:sz w:val="24"/>
          <w:szCs w:val="24"/>
        </w:rPr>
        <w:t xml:space="preserve"> </w:t>
      </w:r>
      <w:proofErr w:type="spellStart"/>
      <w:r w:rsidRPr="00EB2C68">
        <w:rPr>
          <w:sz w:val="24"/>
          <w:szCs w:val="24"/>
        </w:rPr>
        <w:t>yardımlaşma</w:t>
      </w:r>
      <w:proofErr w:type="spellEnd"/>
      <w:r w:rsidRPr="00EB2C68">
        <w:rPr>
          <w:sz w:val="24"/>
          <w:szCs w:val="24"/>
        </w:rPr>
        <w:t xml:space="preserve"> </w:t>
      </w:r>
      <w:proofErr w:type="spellStart"/>
      <w:r w:rsidRPr="00EB2C68">
        <w:rPr>
          <w:sz w:val="24"/>
          <w:szCs w:val="24"/>
        </w:rPr>
        <w:t>ve</w:t>
      </w:r>
      <w:proofErr w:type="spellEnd"/>
      <w:r w:rsidRPr="00EB2C68">
        <w:rPr>
          <w:sz w:val="24"/>
          <w:szCs w:val="24"/>
        </w:rPr>
        <w:t xml:space="preserve"> </w:t>
      </w:r>
      <w:proofErr w:type="spellStart"/>
      <w:r w:rsidRPr="00EB2C68">
        <w:rPr>
          <w:sz w:val="24"/>
          <w:szCs w:val="24"/>
        </w:rPr>
        <w:t>dayanışmadır</w:t>
      </w:r>
      <w:proofErr w:type="spellEnd"/>
      <w:r w:rsidRPr="00EB2C68">
        <w:rPr>
          <w:sz w:val="24"/>
          <w:szCs w:val="24"/>
        </w:rPr>
        <w:t xml:space="preserve">. </w:t>
      </w:r>
      <w:proofErr w:type="spellStart"/>
      <w:r w:rsidRPr="00EB2C68">
        <w:rPr>
          <w:sz w:val="24"/>
          <w:szCs w:val="24"/>
        </w:rPr>
        <w:t>Özellikle</w:t>
      </w:r>
      <w:proofErr w:type="spellEnd"/>
      <w:r w:rsidRPr="00EB2C68">
        <w:rPr>
          <w:sz w:val="24"/>
          <w:szCs w:val="24"/>
        </w:rPr>
        <w:t xml:space="preserve"> </w:t>
      </w:r>
      <w:proofErr w:type="spellStart"/>
      <w:r w:rsidRPr="00EB2C68">
        <w:rPr>
          <w:sz w:val="24"/>
          <w:szCs w:val="24"/>
        </w:rPr>
        <w:t>afet</w:t>
      </w:r>
      <w:proofErr w:type="spellEnd"/>
      <w:r w:rsidRPr="00EB2C68">
        <w:rPr>
          <w:sz w:val="24"/>
          <w:szCs w:val="24"/>
        </w:rPr>
        <w:t xml:space="preserve">, </w:t>
      </w:r>
      <w:proofErr w:type="spellStart"/>
      <w:r w:rsidRPr="00EB2C68">
        <w:rPr>
          <w:sz w:val="24"/>
          <w:szCs w:val="24"/>
        </w:rPr>
        <w:t>hastalık</w:t>
      </w:r>
      <w:proofErr w:type="spellEnd"/>
      <w:r w:rsidRPr="00EB2C68">
        <w:rPr>
          <w:sz w:val="24"/>
          <w:szCs w:val="24"/>
        </w:rPr>
        <w:t xml:space="preserve"> </w:t>
      </w:r>
      <w:proofErr w:type="spellStart"/>
      <w:r w:rsidRPr="00EB2C68">
        <w:rPr>
          <w:sz w:val="24"/>
          <w:szCs w:val="24"/>
        </w:rPr>
        <w:t>gibi</w:t>
      </w:r>
      <w:proofErr w:type="spellEnd"/>
      <w:r w:rsidRPr="00EB2C68">
        <w:rPr>
          <w:sz w:val="24"/>
          <w:szCs w:val="24"/>
        </w:rPr>
        <w:t xml:space="preserve"> </w:t>
      </w:r>
      <w:proofErr w:type="spellStart"/>
      <w:r w:rsidRPr="00EB2C68">
        <w:rPr>
          <w:sz w:val="24"/>
          <w:szCs w:val="24"/>
        </w:rPr>
        <w:t>zor</w:t>
      </w:r>
      <w:proofErr w:type="spellEnd"/>
      <w:r w:rsidRPr="00EB2C68">
        <w:rPr>
          <w:sz w:val="24"/>
          <w:szCs w:val="24"/>
        </w:rPr>
        <w:t xml:space="preserve"> </w:t>
      </w:r>
      <w:proofErr w:type="spellStart"/>
      <w:r w:rsidRPr="00EB2C68">
        <w:rPr>
          <w:sz w:val="24"/>
          <w:szCs w:val="24"/>
        </w:rPr>
        <w:t>zamanlarda</w:t>
      </w:r>
      <w:proofErr w:type="spellEnd"/>
      <w:r w:rsidRPr="00EB2C68">
        <w:rPr>
          <w:sz w:val="24"/>
          <w:szCs w:val="24"/>
        </w:rPr>
        <w:t xml:space="preserve"> </w:t>
      </w:r>
      <w:proofErr w:type="spellStart"/>
      <w:r w:rsidRPr="00EB2C68">
        <w:rPr>
          <w:sz w:val="24"/>
          <w:szCs w:val="24"/>
        </w:rPr>
        <w:t>insanların</w:t>
      </w:r>
      <w:proofErr w:type="spellEnd"/>
      <w:r w:rsidRPr="00EB2C68">
        <w:rPr>
          <w:sz w:val="24"/>
          <w:szCs w:val="24"/>
        </w:rPr>
        <w:t xml:space="preserve"> </w:t>
      </w:r>
      <w:proofErr w:type="spellStart"/>
      <w:r w:rsidRPr="00EB2C68">
        <w:rPr>
          <w:sz w:val="24"/>
          <w:szCs w:val="24"/>
        </w:rPr>
        <w:t>birbirine</w:t>
      </w:r>
      <w:proofErr w:type="spellEnd"/>
      <w:r w:rsidRPr="00EB2C68">
        <w:rPr>
          <w:sz w:val="24"/>
          <w:szCs w:val="24"/>
        </w:rPr>
        <w:t xml:space="preserve"> </w:t>
      </w:r>
      <w:proofErr w:type="spellStart"/>
      <w:r w:rsidRPr="00EB2C68">
        <w:rPr>
          <w:sz w:val="24"/>
          <w:szCs w:val="24"/>
        </w:rPr>
        <w:t>destek</w:t>
      </w:r>
      <w:proofErr w:type="spellEnd"/>
      <w:r w:rsidRPr="00EB2C68">
        <w:rPr>
          <w:sz w:val="24"/>
          <w:szCs w:val="24"/>
        </w:rPr>
        <w:t xml:space="preserve"> </w:t>
      </w:r>
      <w:proofErr w:type="spellStart"/>
      <w:r w:rsidRPr="00EB2C68">
        <w:rPr>
          <w:sz w:val="24"/>
          <w:szCs w:val="24"/>
        </w:rPr>
        <w:t>olması</w:t>
      </w:r>
      <w:proofErr w:type="spellEnd"/>
      <w:r w:rsidRPr="00EB2C68">
        <w:rPr>
          <w:sz w:val="24"/>
          <w:szCs w:val="24"/>
        </w:rPr>
        <w:t xml:space="preserve"> </w:t>
      </w:r>
      <w:proofErr w:type="spellStart"/>
      <w:r w:rsidRPr="00EB2C68">
        <w:rPr>
          <w:sz w:val="24"/>
          <w:szCs w:val="24"/>
        </w:rPr>
        <w:t>toplumsal</w:t>
      </w:r>
      <w:proofErr w:type="spellEnd"/>
      <w:r w:rsidRPr="00EB2C68">
        <w:rPr>
          <w:sz w:val="24"/>
          <w:szCs w:val="24"/>
        </w:rPr>
        <w:t xml:space="preserve"> </w:t>
      </w:r>
      <w:proofErr w:type="spellStart"/>
      <w:r w:rsidRPr="00EB2C68">
        <w:rPr>
          <w:sz w:val="24"/>
          <w:szCs w:val="24"/>
        </w:rPr>
        <w:t>bağları</w:t>
      </w:r>
      <w:proofErr w:type="spellEnd"/>
      <w:r w:rsidRPr="00EB2C68">
        <w:rPr>
          <w:sz w:val="24"/>
          <w:szCs w:val="24"/>
        </w:rPr>
        <w:t xml:space="preserve"> </w:t>
      </w:r>
      <w:proofErr w:type="spellStart"/>
      <w:r w:rsidRPr="00EB2C68">
        <w:rPr>
          <w:sz w:val="24"/>
          <w:szCs w:val="24"/>
        </w:rPr>
        <w:t>kuvvetlendirir</w:t>
      </w:r>
      <w:proofErr w:type="spellEnd"/>
      <w:r w:rsidRPr="00EB2C68">
        <w:rPr>
          <w:sz w:val="24"/>
          <w:szCs w:val="24"/>
        </w:rPr>
        <w:t xml:space="preserve">. </w:t>
      </w:r>
      <w:proofErr w:type="spellStart"/>
      <w:r w:rsidRPr="00EB2C68">
        <w:rPr>
          <w:sz w:val="24"/>
          <w:szCs w:val="24"/>
        </w:rPr>
        <w:t>Dayanışma</w:t>
      </w:r>
      <w:proofErr w:type="spellEnd"/>
      <w:r w:rsidRPr="00EB2C68">
        <w:rPr>
          <w:sz w:val="24"/>
          <w:szCs w:val="24"/>
        </w:rPr>
        <w:t xml:space="preserve"> </w:t>
      </w:r>
      <w:proofErr w:type="spellStart"/>
      <w:r w:rsidRPr="00EB2C68">
        <w:rPr>
          <w:sz w:val="24"/>
          <w:szCs w:val="24"/>
        </w:rPr>
        <w:t>sadece</w:t>
      </w:r>
      <w:proofErr w:type="spellEnd"/>
      <w:r w:rsidRPr="00EB2C68">
        <w:rPr>
          <w:sz w:val="24"/>
          <w:szCs w:val="24"/>
        </w:rPr>
        <w:t xml:space="preserve"> </w:t>
      </w:r>
      <w:proofErr w:type="spellStart"/>
      <w:r w:rsidRPr="00EB2C68">
        <w:rPr>
          <w:sz w:val="24"/>
          <w:szCs w:val="24"/>
        </w:rPr>
        <w:t>zor</w:t>
      </w:r>
      <w:proofErr w:type="spellEnd"/>
      <w:r w:rsidRPr="00EB2C68">
        <w:rPr>
          <w:sz w:val="24"/>
          <w:szCs w:val="24"/>
        </w:rPr>
        <w:t xml:space="preserve"> </w:t>
      </w:r>
      <w:proofErr w:type="spellStart"/>
      <w:r w:rsidRPr="00EB2C68">
        <w:rPr>
          <w:sz w:val="24"/>
          <w:szCs w:val="24"/>
        </w:rPr>
        <w:t>zamanlarda</w:t>
      </w:r>
      <w:proofErr w:type="spellEnd"/>
      <w:r w:rsidRPr="00EB2C68">
        <w:rPr>
          <w:sz w:val="24"/>
          <w:szCs w:val="24"/>
        </w:rPr>
        <w:t xml:space="preserve"> </w:t>
      </w:r>
      <w:proofErr w:type="spellStart"/>
      <w:r w:rsidRPr="00EB2C68">
        <w:rPr>
          <w:sz w:val="24"/>
          <w:szCs w:val="24"/>
        </w:rPr>
        <w:t>değil</w:t>
      </w:r>
      <w:proofErr w:type="spellEnd"/>
      <w:r w:rsidRPr="00EB2C68">
        <w:rPr>
          <w:sz w:val="24"/>
          <w:szCs w:val="24"/>
        </w:rPr>
        <w:t xml:space="preserve">, </w:t>
      </w:r>
      <w:proofErr w:type="spellStart"/>
      <w:r w:rsidRPr="00EB2C68">
        <w:rPr>
          <w:sz w:val="24"/>
          <w:szCs w:val="24"/>
        </w:rPr>
        <w:t>günlük</w:t>
      </w:r>
      <w:proofErr w:type="spellEnd"/>
      <w:r w:rsidRPr="00EB2C68">
        <w:rPr>
          <w:sz w:val="24"/>
          <w:szCs w:val="24"/>
        </w:rPr>
        <w:t xml:space="preserve"> </w:t>
      </w:r>
      <w:proofErr w:type="spellStart"/>
      <w:r w:rsidRPr="00EB2C68">
        <w:rPr>
          <w:sz w:val="24"/>
          <w:szCs w:val="24"/>
        </w:rPr>
        <w:t>yaşamda</w:t>
      </w:r>
      <w:proofErr w:type="spellEnd"/>
      <w:r w:rsidRPr="00EB2C68">
        <w:rPr>
          <w:sz w:val="24"/>
          <w:szCs w:val="24"/>
        </w:rPr>
        <w:t xml:space="preserve"> da </w:t>
      </w:r>
      <w:proofErr w:type="spellStart"/>
      <w:r w:rsidRPr="00EB2C68">
        <w:rPr>
          <w:sz w:val="24"/>
          <w:szCs w:val="24"/>
        </w:rPr>
        <w:t>önem</w:t>
      </w:r>
      <w:proofErr w:type="spellEnd"/>
      <w:r w:rsidRPr="00EB2C68">
        <w:rPr>
          <w:sz w:val="24"/>
          <w:szCs w:val="24"/>
        </w:rPr>
        <w:t xml:space="preserve"> </w:t>
      </w:r>
      <w:proofErr w:type="spellStart"/>
      <w:r w:rsidRPr="00EB2C68">
        <w:rPr>
          <w:sz w:val="24"/>
          <w:szCs w:val="24"/>
        </w:rPr>
        <w:t>taşır</w:t>
      </w:r>
      <w:proofErr w:type="spellEnd"/>
      <w:r w:rsidRPr="00EB2C68">
        <w:rPr>
          <w:sz w:val="24"/>
          <w:szCs w:val="24"/>
        </w:rPr>
        <w:t>.</w:t>
      </w:r>
      <w:r w:rsidRPr="00EB2C68">
        <w:rPr>
          <w:sz w:val="24"/>
          <w:szCs w:val="24"/>
        </w:rPr>
        <w:br/>
      </w:r>
    </w:p>
    <w:p w14:paraId="2FD5DFB3" w14:textId="77777777" w:rsidR="00107D10" w:rsidRPr="00EB2C68" w:rsidRDefault="00107D10" w:rsidP="00107D10">
      <w:pPr>
        <w:pStyle w:val="AralkYok"/>
        <w:ind w:left="360"/>
        <w:rPr>
          <w:b/>
          <w:bCs/>
          <w:sz w:val="24"/>
          <w:szCs w:val="24"/>
        </w:rPr>
      </w:pPr>
      <w:proofErr w:type="spellStart"/>
      <w:r w:rsidRPr="00EB2C68">
        <w:rPr>
          <w:b/>
          <w:bCs/>
          <w:sz w:val="24"/>
          <w:szCs w:val="24"/>
        </w:rPr>
        <w:t>Yardımlaşma</w:t>
      </w:r>
      <w:proofErr w:type="spellEnd"/>
      <w:r w:rsidRPr="00EB2C68">
        <w:rPr>
          <w:b/>
          <w:bCs/>
          <w:sz w:val="24"/>
          <w:szCs w:val="24"/>
        </w:rPr>
        <w:t xml:space="preserve"> </w:t>
      </w:r>
      <w:proofErr w:type="spellStart"/>
      <w:r w:rsidRPr="00EB2C68">
        <w:rPr>
          <w:b/>
          <w:bCs/>
          <w:sz w:val="24"/>
          <w:szCs w:val="24"/>
        </w:rPr>
        <w:t>ve</w:t>
      </w:r>
      <w:proofErr w:type="spellEnd"/>
      <w:r w:rsidRPr="00EB2C68">
        <w:rPr>
          <w:b/>
          <w:bCs/>
          <w:sz w:val="24"/>
          <w:szCs w:val="24"/>
        </w:rPr>
        <w:t xml:space="preserve"> </w:t>
      </w:r>
      <w:proofErr w:type="spellStart"/>
      <w:r w:rsidRPr="00EB2C68">
        <w:rPr>
          <w:b/>
          <w:bCs/>
          <w:sz w:val="24"/>
          <w:szCs w:val="24"/>
        </w:rPr>
        <w:t>dayanışmanın</w:t>
      </w:r>
      <w:proofErr w:type="spellEnd"/>
      <w:r w:rsidRPr="00EB2C68">
        <w:rPr>
          <w:b/>
          <w:bCs/>
          <w:sz w:val="24"/>
          <w:szCs w:val="24"/>
        </w:rPr>
        <w:t xml:space="preserve"> </w:t>
      </w:r>
      <w:proofErr w:type="spellStart"/>
      <w:r w:rsidRPr="00EB2C68">
        <w:rPr>
          <w:b/>
          <w:bCs/>
          <w:sz w:val="24"/>
          <w:szCs w:val="24"/>
        </w:rPr>
        <w:t>toplumsal</w:t>
      </w:r>
      <w:proofErr w:type="spellEnd"/>
      <w:r w:rsidRPr="00EB2C68">
        <w:rPr>
          <w:b/>
          <w:bCs/>
          <w:sz w:val="24"/>
          <w:szCs w:val="24"/>
        </w:rPr>
        <w:t xml:space="preserve"> </w:t>
      </w:r>
      <w:proofErr w:type="spellStart"/>
      <w:r w:rsidRPr="00EB2C68">
        <w:rPr>
          <w:b/>
          <w:bCs/>
          <w:sz w:val="24"/>
          <w:szCs w:val="24"/>
        </w:rPr>
        <w:t>birlik</w:t>
      </w:r>
      <w:proofErr w:type="spellEnd"/>
      <w:r w:rsidRPr="00EB2C68">
        <w:rPr>
          <w:b/>
          <w:bCs/>
          <w:sz w:val="24"/>
          <w:szCs w:val="24"/>
        </w:rPr>
        <w:t xml:space="preserve"> </w:t>
      </w:r>
      <w:proofErr w:type="spellStart"/>
      <w:r w:rsidRPr="00EB2C68">
        <w:rPr>
          <w:b/>
          <w:bCs/>
          <w:sz w:val="24"/>
          <w:szCs w:val="24"/>
        </w:rPr>
        <w:t>üzerindeki</w:t>
      </w:r>
      <w:proofErr w:type="spellEnd"/>
      <w:r w:rsidRPr="00EB2C68">
        <w:rPr>
          <w:b/>
          <w:bCs/>
          <w:sz w:val="24"/>
          <w:szCs w:val="24"/>
        </w:rPr>
        <w:t xml:space="preserve"> </w:t>
      </w:r>
      <w:proofErr w:type="spellStart"/>
      <w:r w:rsidRPr="00EB2C68">
        <w:rPr>
          <w:b/>
          <w:bCs/>
          <w:sz w:val="24"/>
          <w:szCs w:val="24"/>
        </w:rPr>
        <w:t>etkilerini</w:t>
      </w:r>
      <w:proofErr w:type="spellEnd"/>
      <w:r w:rsidRPr="00EB2C68">
        <w:rPr>
          <w:b/>
          <w:bCs/>
          <w:sz w:val="24"/>
          <w:szCs w:val="24"/>
        </w:rPr>
        <w:t xml:space="preserve"> </w:t>
      </w:r>
      <w:proofErr w:type="spellStart"/>
      <w:r w:rsidRPr="00EB2C68">
        <w:rPr>
          <w:b/>
          <w:bCs/>
          <w:sz w:val="24"/>
          <w:szCs w:val="24"/>
        </w:rPr>
        <w:t>bir</w:t>
      </w:r>
      <w:proofErr w:type="spellEnd"/>
      <w:r w:rsidRPr="00EB2C68">
        <w:rPr>
          <w:b/>
          <w:bCs/>
          <w:sz w:val="24"/>
          <w:szCs w:val="24"/>
        </w:rPr>
        <w:t xml:space="preserve"> </w:t>
      </w:r>
      <w:proofErr w:type="spellStart"/>
      <w:r w:rsidRPr="00EB2C68">
        <w:rPr>
          <w:b/>
          <w:bCs/>
          <w:sz w:val="24"/>
          <w:szCs w:val="24"/>
        </w:rPr>
        <w:t>örnekle</w:t>
      </w:r>
      <w:proofErr w:type="spellEnd"/>
      <w:r w:rsidRPr="00EB2C68">
        <w:rPr>
          <w:b/>
          <w:bCs/>
          <w:sz w:val="24"/>
          <w:szCs w:val="24"/>
        </w:rPr>
        <w:t xml:space="preserve"> </w:t>
      </w:r>
      <w:proofErr w:type="spellStart"/>
      <w:r w:rsidRPr="00EB2C68">
        <w:rPr>
          <w:b/>
          <w:bCs/>
          <w:sz w:val="24"/>
          <w:szCs w:val="24"/>
        </w:rPr>
        <w:t>açıklayınız</w:t>
      </w:r>
      <w:proofErr w:type="spellEnd"/>
      <w:r w:rsidRPr="00EB2C68">
        <w:rPr>
          <w:b/>
          <w:bCs/>
          <w:sz w:val="24"/>
          <w:szCs w:val="24"/>
        </w:rPr>
        <w:t>. (15 Puan)</w:t>
      </w:r>
    </w:p>
    <w:p w14:paraId="3AF391BF" w14:textId="77777777" w:rsidR="00107D10" w:rsidRPr="00CA5F49" w:rsidRDefault="00107D10" w:rsidP="00107D10">
      <w:pPr>
        <w:pStyle w:val="AralkYok"/>
        <w:ind w:left="360"/>
        <w:rPr>
          <w:b/>
          <w:bCs/>
        </w:rPr>
      </w:pPr>
    </w:p>
    <w:p w14:paraId="2D2B1D50" w14:textId="77777777" w:rsidR="00107D10" w:rsidRPr="00CA5F49" w:rsidRDefault="00107D10" w:rsidP="00107D10">
      <w:pPr>
        <w:pStyle w:val="AralkYok"/>
        <w:rPr>
          <w:b/>
          <w:bCs/>
        </w:rPr>
      </w:pPr>
      <w:r>
        <w:rPr>
          <w:noProof/>
        </w:rPr>
        <mc:AlternateContent>
          <mc:Choice Requires="wps">
            <w:drawing>
              <wp:anchor distT="0" distB="0" distL="114300" distR="114300" simplePos="0" relativeHeight="251691008" behindDoc="0" locked="0" layoutInCell="1" allowOverlap="1" wp14:anchorId="03A65BE6" wp14:editId="13A42B6C">
                <wp:simplePos x="0" y="0"/>
                <wp:positionH relativeFrom="column">
                  <wp:posOffset>0</wp:posOffset>
                </wp:positionH>
                <wp:positionV relativeFrom="paragraph">
                  <wp:posOffset>53340</wp:posOffset>
                </wp:positionV>
                <wp:extent cx="6305550" cy="981075"/>
                <wp:effectExtent l="0" t="0" r="19050" b="28575"/>
                <wp:wrapNone/>
                <wp:docPr id="1701346721" name="Dikdörtgen 4"/>
                <wp:cNvGraphicFramePr/>
                <a:graphic xmlns:a="http://schemas.openxmlformats.org/drawingml/2006/main">
                  <a:graphicData uri="http://schemas.microsoft.com/office/word/2010/wordprocessingShape">
                    <wps:wsp>
                      <wps:cNvSpPr/>
                      <wps:spPr>
                        <a:xfrm>
                          <a:off x="0" y="0"/>
                          <a:ext cx="6305550" cy="981075"/>
                        </a:xfrm>
                        <a:prstGeom prst="rect">
                          <a:avLst/>
                        </a:prstGeom>
                        <a:solidFill>
                          <a:sysClr val="window" lastClr="FFFFFF"/>
                        </a:solidFill>
                        <a:ln w="25400" cap="flat" cmpd="sng" algn="ctr">
                          <a:solidFill>
                            <a:sysClr val="windowText" lastClr="000000"/>
                          </a:solidFill>
                          <a:prstDash val="solid"/>
                        </a:ln>
                        <a:effectLst/>
                      </wps:spPr>
                      <wps:txbx>
                        <w:txbxContent>
                          <w:p w14:paraId="3A1BB4CA" w14:textId="77777777" w:rsidR="00107D10" w:rsidRDefault="00107D10" w:rsidP="00107D10">
                            <w:pPr>
                              <w:rPr>
                                <w:b/>
                                <w:bCs/>
                              </w:rPr>
                            </w:pPr>
                            <w:r w:rsidRPr="00E6166D">
                              <w:rPr>
                                <w:b/>
                                <w:bCs/>
                              </w:rPr>
                              <w:t>CEVAP:</w:t>
                            </w:r>
                          </w:p>
                          <w:p w14:paraId="77D1118E" w14:textId="77777777" w:rsidR="00E30800" w:rsidRDefault="00C502F0" w:rsidP="00C07F8C">
                            <w:pPr>
                              <w:pStyle w:val="AralkYok"/>
                              <w:numPr>
                                <w:ilvl w:val="0"/>
                                <w:numId w:val="15"/>
                              </w:numPr>
                              <w:rPr>
                                <w:b/>
                                <w:bCs/>
                                <w:color w:val="EE0000"/>
                              </w:rPr>
                            </w:pPr>
                            <w:proofErr w:type="spellStart"/>
                            <w:r w:rsidRPr="00C07F8C">
                              <w:rPr>
                                <w:b/>
                                <w:bCs/>
                                <w:color w:val="EE0000"/>
                              </w:rPr>
                              <w:t>Yardımlaşma</w:t>
                            </w:r>
                            <w:proofErr w:type="spellEnd"/>
                            <w:r w:rsidRPr="00C07F8C">
                              <w:rPr>
                                <w:b/>
                                <w:bCs/>
                                <w:color w:val="EE0000"/>
                              </w:rPr>
                              <w:t xml:space="preserve"> </w:t>
                            </w:r>
                            <w:proofErr w:type="spellStart"/>
                            <w:r w:rsidRPr="00C07F8C">
                              <w:rPr>
                                <w:b/>
                                <w:bCs/>
                                <w:color w:val="EE0000"/>
                              </w:rPr>
                              <w:t>birlik</w:t>
                            </w:r>
                            <w:proofErr w:type="spellEnd"/>
                            <w:r w:rsidRPr="00C07F8C">
                              <w:rPr>
                                <w:b/>
                                <w:bCs/>
                                <w:color w:val="EE0000"/>
                              </w:rPr>
                              <w:t xml:space="preserve"> </w:t>
                            </w:r>
                            <w:proofErr w:type="spellStart"/>
                            <w:r w:rsidRPr="00C07F8C">
                              <w:rPr>
                                <w:b/>
                                <w:bCs/>
                                <w:color w:val="EE0000"/>
                              </w:rPr>
                              <w:t>duygusunu</w:t>
                            </w:r>
                            <w:proofErr w:type="spellEnd"/>
                            <w:r w:rsidRPr="00C07F8C">
                              <w:rPr>
                                <w:b/>
                                <w:bCs/>
                                <w:color w:val="EE0000"/>
                              </w:rPr>
                              <w:t xml:space="preserve"> </w:t>
                            </w:r>
                            <w:proofErr w:type="spellStart"/>
                            <w:r w:rsidRPr="00C07F8C">
                              <w:rPr>
                                <w:b/>
                                <w:bCs/>
                                <w:color w:val="EE0000"/>
                              </w:rPr>
                              <w:t>artırır</w:t>
                            </w:r>
                            <w:proofErr w:type="spellEnd"/>
                            <w:r w:rsidRPr="00C07F8C">
                              <w:rPr>
                                <w:b/>
                                <w:bCs/>
                                <w:color w:val="EE0000"/>
                              </w:rPr>
                              <w:t xml:space="preserve">, </w:t>
                            </w:r>
                            <w:proofErr w:type="spellStart"/>
                            <w:r w:rsidRPr="00C07F8C">
                              <w:rPr>
                                <w:b/>
                                <w:bCs/>
                                <w:color w:val="EE0000"/>
                              </w:rPr>
                              <w:t>toplumsal</w:t>
                            </w:r>
                            <w:proofErr w:type="spellEnd"/>
                            <w:r w:rsidRPr="00C07F8C">
                              <w:rPr>
                                <w:b/>
                                <w:bCs/>
                                <w:color w:val="EE0000"/>
                              </w:rPr>
                              <w:t xml:space="preserve"> </w:t>
                            </w:r>
                            <w:proofErr w:type="spellStart"/>
                            <w:r w:rsidRPr="00C07F8C">
                              <w:rPr>
                                <w:b/>
                                <w:bCs/>
                                <w:color w:val="EE0000"/>
                              </w:rPr>
                              <w:t>dayanışma</w:t>
                            </w:r>
                            <w:proofErr w:type="spellEnd"/>
                            <w:r w:rsidRPr="00C07F8C">
                              <w:rPr>
                                <w:b/>
                                <w:bCs/>
                                <w:color w:val="EE0000"/>
                              </w:rPr>
                              <w:t xml:space="preserve"> </w:t>
                            </w:r>
                            <w:proofErr w:type="spellStart"/>
                            <w:r w:rsidRPr="00C07F8C">
                              <w:rPr>
                                <w:b/>
                                <w:bCs/>
                                <w:color w:val="EE0000"/>
                              </w:rPr>
                              <w:t>sağlar</w:t>
                            </w:r>
                            <w:proofErr w:type="spellEnd"/>
                            <w:r w:rsidRPr="00C07F8C">
                              <w:rPr>
                                <w:b/>
                                <w:bCs/>
                                <w:color w:val="EE0000"/>
                              </w:rPr>
                              <w:t xml:space="preserve">. </w:t>
                            </w:r>
                          </w:p>
                          <w:p w14:paraId="37B62921" w14:textId="0EC6B316" w:rsidR="00C502F0" w:rsidRPr="00C07F8C" w:rsidRDefault="00C502F0" w:rsidP="00C07F8C">
                            <w:pPr>
                              <w:pStyle w:val="AralkYok"/>
                              <w:numPr>
                                <w:ilvl w:val="0"/>
                                <w:numId w:val="15"/>
                              </w:numPr>
                              <w:rPr>
                                <w:b/>
                                <w:bCs/>
                                <w:color w:val="EE0000"/>
                              </w:rPr>
                            </w:pPr>
                            <w:proofErr w:type="spellStart"/>
                            <w:r w:rsidRPr="00C07F8C">
                              <w:rPr>
                                <w:b/>
                                <w:bCs/>
                                <w:color w:val="EE0000"/>
                              </w:rPr>
                              <w:t>Ör</w:t>
                            </w:r>
                            <w:proofErr w:type="spellEnd"/>
                            <w:r w:rsidRPr="00C07F8C">
                              <w:rPr>
                                <w:b/>
                                <w:bCs/>
                                <w:color w:val="EE0000"/>
                              </w:rPr>
                              <w:t xml:space="preserve">: </w:t>
                            </w:r>
                            <w:proofErr w:type="spellStart"/>
                            <w:r w:rsidRPr="00C07F8C">
                              <w:rPr>
                                <w:b/>
                                <w:bCs/>
                                <w:color w:val="EE0000"/>
                              </w:rPr>
                              <w:t>Depremde</w:t>
                            </w:r>
                            <w:proofErr w:type="spellEnd"/>
                            <w:r w:rsidRPr="00C07F8C">
                              <w:rPr>
                                <w:b/>
                                <w:bCs/>
                                <w:color w:val="EE0000"/>
                              </w:rPr>
                              <w:t xml:space="preserve"> </w:t>
                            </w:r>
                            <w:proofErr w:type="spellStart"/>
                            <w:r w:rsidRPr="00C07F8C">
                              <w:rPr>
                                <w:b/>
                                <w:bCs/>
                                <w:color w:val="EE0000"/>
                              </w:rPr>
                              <w:t>yardım</w:t>
                            </w:r>
                            <w:proofErr w:type="spellEnd"/>
                            <w:r w:rsidRPr="00C07F8C">
                              <w:rPr>
                                <w:b/>
                                <w:bCs/>
                                <w:color w:val="EE0000"/>
                              </w:rPr>
                              <w:t xml:space="preserve"> </w:t>
                            </w:r>
                            <w:proofErr w:type="spellStart"/>
                            <w:r w:rsidRPr="00C07F8C">
                              <w:rPr>
                                <w:b/>
                                <w:bCs/>
                                <w:color w:val="EE0000"/>
                              </w:rPr>
                              <w:t>kampanyaları</w:t>
                            </w:r>
                            <w:proofErr w:type="spellEnd"/>
                            <w:r w:rsidRPr="00C07F8C">
                              <w:rPr>
                                <w:b/>
                                <w:bCs/>
                                <w:color w:val="EE0000"/>
                              </w:rPr>
                              <w:t xml:space="preserve">, </w:t>
                            </w:r>
                            <w:proofErr w:type="spellStart"/>
                            <w:r w:rsidRPr="00C07F8C">
                              <w:rPr>
                                <w:b/>
                                <w:bCs/>
                                <w:color w:val="EE0000"/>
                              </w:rPr>
                              <w:t>mahallede</w:t>
                            </w:r>
                            <w:proofErr w:type="spellEnd"/>
                            <w:r w:rsidRPr="00C07F8C">
                              <w:rPr>
                                <w:b/>
                                <w:bCs/>
                                <w:color w:val="EE0000"/>
                              </w:rPr>
                              <w:t xml:space="preserve"> </w:t>
                            </w:r>
                            <w:proofErr w:type="spellStart"/>
                            <w:r w:rsidRPr="00C07F8C">
                              <w:rPr>
                                <w:b/>
                                <w:bCs/>
                                <w:color w:val="EE0000"/>
                              </w:rPr>
                              <w:t>ihtiyaç</w:t>
                            </w:r>
                            <w:proofErr w:type="spellEnd"/>
                            <w:r w:rsidRPr="00C07F8C">
                              <w:rPr>
                                <w:b/>
                                <w:bCs/>
                                <w:color w:val="EE0000"/>
                              </w:rPr>
                              <w:t xml:space="preserve"> </w:t>
                            </w:r>
                            <w:proofErr w:type="spellStart"/>
                            <w:r w:rsidRPr="00C07F8C">
                              <w:rPr>
                                <w:b/>
                                <w:bCs/>
                                <w:color w:val="EE0000"/>
                              </w:rPr>
                              <w:t>sahibine</w:t>
                            </w:r>
                            <w:proofErr w:type="spellEnd"/>
                            <w:r w:rsidRPr="00C07F8C">
                              <w:rPr>
                                <w:b/>
                                <w:bCs/>
                                <w:color w:val="EE0000"/>
                              </w:rPr>
                              <w:t xml:space="preserve"> </w:t>
                            </w:r>
                            <w:proofErr w:type="spellStart"/>
                            <w:r w:rsidRPr="00C07F8C">
                              <w:rPr>
                                <w:b/>
                                <w:bCs/>
                                <w:color w:val="EE0000"/>
                              </w:rPr>
                              <w:t>destek</w:t>
                            </w:r>
                            <w:proofErr w:type="spellEnd"/>
                            <w:r w:rsidRPr="00C07F8C">
                              <w:rPr>
                                <w:b/>
                                <w:bCs/>
                                <w:color w:val="EE0000"/>
                              </w:rPr>
                              <w:t>.</w:t>
                            </w:r>
                          </w:p>
                          <w:p w14:paraId="53F37775" w14:textId="77777777" w:rsidR="00107D10" w:rsidRPr="00C07F8C" w:rsidRDefault="00107D10" w:rsidP="00107D10">
                            <w:pPr>
                              <w:rPr>
                                <w:b/>
                                <w:bCs/>
                                <w:color w:val="EE0000"/>
                              </w:rPr>
                            </w:pPr>
                          </w:p>
                          <w:p w14:paraId="3E3AA7AF" w14:textId="77777777" w:rsidR="00107D10" w:rsidRDefault="00107D10" w:rsidP="00107D10">
                            <w:pPr>
                              <w:rPr>
                                <w:b/>
                                <w:bCs/>
                              </w:rPr>
                            </w:pPr>
                          </w:p>
                          <w:p w14:paraId="6B3FB8CB" w14:textId="77777777" w:rsidR="00107D10" w:rsidRDefault="00107D10" w:rsidP="00107D10">
                            <w:pPr>
                              <w:rPr>
                                <w:b/>
                                <w:bCs/>
                              </w:rPr>
                            </w:pPr>
                          </w:p>
                          <w:p w14:paraId="06A123E2" w14:textId="77777777" w:rsidR="00107D10" w:rsidRDefault="00107D10" w:rsidP="00107D10">
                            <w:pPr>
                              <w:rPr>
                                <w:b/>
                                <w:bCs/>
                              </w:rPr>
                            </w:pPr>
                          </w:p>
                          <w:p w14:paraId="6EEA4A5F" w14:textId="77777777" w:rsidR="00107D10" w:rsidRPr="00E6166D" w:rsidRDefault="00107D10" w:rsidP="00107D10">
                            <w:pP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A65BE6" id="_x0000_s1036" style="position:absolute;margin-left:0;margin-top:4.2pt;width:496.5pt;height:77.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" fillcolor="window" strokecolor="windowText" strokeweight="2pt">
                <v:textbox>
                  <w:txbxContent>
                    <w:p w14:paraId="3A1BB4CA" w14:textId="77777777" w:rsidR="00107D10" w:rsidRDefault="00107D10" w:rsidP="00107D10">
                      <w:pPr>
                        <w:rPr>
                          <w:b/>
                          <w:bCs/>
                        </w:rPr>
                      </w:pPr>
                      <w:r w:rsidRPr="00E6166D">
                        <w:rPr>
                          <w:b/>
                          <w:bCs/>
                        </w:rPr>
                        <w:t>CEVAP:</w:t>
                      </w:r>
                    </w:p>
                    <w:p w14:paraId="77D1118E" w14:textId="77777777" w:rsidR="00E30800" w:rsidRDefault="00C502F0" w:rsidP="00C07F8C">
                      <w:pPr>
                        <w:pStyle w:val="AralkYok"/>
                        <w:numPr>
                          <w:ilvl w:val="0"/>
                          <w:numId w:val="15"/>
                        </w:numPr>
                        <w:rPr>
                          <w:b/>
                          <w:bCs/>
                          <w:color w:val="EE0000"/>
                        </w:rPr>
                      </w:pPr>
                      <w:proofErr w:type="spellStart"/>
                      <w:r w:rsidRPr="00C07F8C">
                        <w:rPr>
                          <w:b/>
                          <w:bCs/>
                          <w:color w:val="EE0000"/>
                        </w:rPr>
                        <w:t>Yardımlaşma</w:t>
                      </w:r>
                      <w:proofErr w:type="spellEnd"/>
                      <w:r w:rsidRPr="00C07F8C">
                        <w:rPr>
                          <w:b/>
                          <w:bCs/>
                          <w:color w:val="EE0000"/>
                        </w:rPr>
                        <w:t xml:space="preserve"> </w:t>
                      </w:r>
                      <w:proofErr w:type="spellStart"/>
                      <w:r w:rsidRPr="00C07F8C">
                        <w:rPr>
                          <w:b/>
                          <w:bCs/>
                          <w:color w:val="EE0000"/>
                        </w:rPr>
                        <w:t>birlik</w:t>
                      </w:r>
                      <w:proofErr w:type="spellEnd"/>
                      <w:r w:rsidRPr="00C07F8C">
                        <w:rPr>
                          <w:b/>
                          <w:bCs/>
                          <w:color w:val="EE0000"/>
                        </w:rPr>
                        <w:t xml:space="preserve"> </w:t>
                      </w:r>
                      <w:proofErr w:type="spellStart"/>
                      <w:r w:rsidRPr="00C07F8C">
                        <w:rPr>
                          <w:b/>
                          <w:bCs/>
                          <w:color w:val="EE0000"/>
                        </w:rPr>
                        <w:t>duygusunu</w:t>
                      </w:r>
                      <w:proofErr w:type="spellEnd"/>
                      <w:r w:rsidRPr="00C07F8C">
                        <w:rPr>
                          <w:b/>
                          <w:bCs/>
                          <w:color w:val="EE0000"/>
                        </w:rPr>
                        <w:t xml:space="preserve"> </w:t>
                      </w:r>
                      <w:proofErr w:type="spellStart"/>
                      <w:r w:rsidRPr="00C07F8C">
                        <w:rPr>
                          <w:b/>
                          <w:bCs/>
                          <w:color w:val="EE0000"/>
                        </w:rPr>
                        <w:t>artırır</w:t>
                      </w:r>
                      <w:proofErr w:type="spellEnd"/>
                      <w:r w:rsidRPr="00C07F8C">
                        <w:rPr>
                          <w:b/>
                          <w:bCs/>
                          <w:color w:val="EE0000"/>
                        </w:rPr>
                        <w:t xml:space="preserve">, </w:t>
                      </w:r>
                      <w:proofErr w:type="spellStart"/>
                      <w:r w:rsidRPr="00C07F8C">
                        <w:rPr>
                          <w:b/>
                          <w:bCs/>
                          <w:color w:val="EE0000"/>
                        </w:rPr>
                        <w:t>toplumsal</w:t>
                      </w:r>
                      <w:proofErr w:type="spellEnd"/>
                      <w:r w:rsidRPr="00C07F8C">
                        <w:rPr>
                          <w:b/>
                          <w:bCs/>
                          <w:color w:val="EE0000"/>
                        </w:rPr>
                        <w:t xml:space="preserve"> </w:t>
                      </w:r>
                      <w:proofErr w:type="spellStart"/>
                      <w:r w:rsidRPr="00C07F8C">
                        <w:rPr>
                          <w:b/>
                          <w:bCs/>
                          <w:color w:val="EE0000"/>
                        </w:rPr>
                        <w:t>dayanışma</w:t>
                      </w:r>
                      <w:proofErr w:type="spellEnd"/>
                      <w:r w:rsidRPr="00C07F8C">
                        <w:rPr>
                          <w:b/>
                          <w:bCs/>
                          <w:color w:val="EE0000"/>
                        </w:rPr>
                        <w:t xml:space="preserve"> </w:t>
                      </w:r>
                      <w:proofErr w:type="spellStart"/>
                      <w:r w:rsidRPr="00C07F8C">
                        <w:rPr>
                          <w:b/>
                          <w:bCs/>
                          <w:color w:val="EE0000"/>
                        </w:rPr>
                        <w:t>sağlar</w:t>
                      </w:r>
                      <w:proofErr w:type="spellEnd"/>
                      <w:r w:rsidRPr="00C07F8C">
                        <w:rPr>
                          <w:b/>
                          <w:bCs/>
                          <w:color w:val="EE0000"/>
                        </w:rPr>
                        <w:t xml:space="preserve">. </w:t>
                      </w:r>
                    </w:p>
                    <w:p w14:paraId="37B62921" w14:textId="0EC6B316" w:rsidR="00C502F0" w:rsidRPr="00C07F8C" w:rsidRDefault="00C502F0" w:rsidP="00C07F8C">
                      <w:pPr>
                        <w:pStyle w:val="AralkYok"/>
                        <w:numPr>
                          <w:ilvl w:val="0"/>
                          <w:numId w:val="15"/>
                        </w:numPr>
                        <w:rPr>
                          <w:b/>
                          <w:bCs/>
                          <w:color w:val="EE0000"/>
                        </w:rPr>
                      </w:pPr>
                      <w:proofErr w:type="spellStart"/>
                      <w:r w:rsidRPr="00C07F8C">
                        <w:rPr>
                          <w:b/>
                          <w:bCs/>
                          <w:color w:val="EE0000"/>
                        </w:rPr>
                        <w:t>Ör</w:t>
                      </w:r>
                      <w:proofErr w:type="spellEnd"/>
                      <w:r w:rsidRPr="00C07F8C">
                        <w:rPr>
                          <w:b/>
                          <w:bCs/>
                          <w:color w:val="EE0000"/>
                        </w:rPr>
                        <w:t xml:space="preserve">: </w:t>
                      </w:r>
                      <w:proofErr w:type="spellStart"/>
                      <w:r w:rsidRPr="00C07F8C">
                        <w:rPr>
                          <w:b/>
                          <w:bCs/>
                          <w:color w:val="EE0000"/>
                        </w:rPr>
                        <w:t>Depremde</w:t>
                      </w:r>
                      <w:proofErr w:type="spellEnd"/>
                      <w:r w:rsidRPr="00C07F8C">
                        <w:rPr>
                          <w:b/>
                          <w:bCs/>
                          <w:color w:val="EE0000"/>
                        </w:rPr>
                        <w:t xml:space="preserve"> </w:t>
                      </w:r>
                      <w:proofErr w:type="spellStart"/>
                      <w:r w:rsidRPr="00C07F8C">
                        <w:rPr>
                          <w:b/>
                          <w:bCs/>
                          <w:color w:val="EE0000"/>
                        </w:rPr>
                        <w:t>yardım</w:t>
                      </w:r>
                      <w:proofErr w:type="spellEnd"/>
                      <w:r w:rsidRPr="00C07F8C">
                        <w:rPr>
                          <w:b/>
                          <w:bCs/>
                          <w:color w:val="EE0000"/>
                        </w:rPr>
                        <w:t xml:space="preserve"> </w:t>
                      </w:r>
                      <w:proofErr w:type="spellStart"/>
                      <w:r w:rsidRPr="00C07F8C">
                        <w:rPr>
                          <w:b/>
                          <w:bCs/>
                          <w:color w:val="EE0000"/>
                        </w:rPr>
                        <w:t>kampanyaları</w:t>
                      </w:r>
                      <w:proofErr w:type="spellEnd"/>
                      <w:r w:rsidRPr="00C07F8C">
                        <w:rPr>
                          <w:b/>
                          <w:bCs/>
                          <w:color w:val="EE0000"/>
                        </w:rPr>
                        <w:t xml:space="preserve">, </w:t>
                      </w:r>
                      <w:proofErr w:type="spellStart"/>
                      <w:r w:rsidRPr="00C07F8C">
                        <w:rPr>
                          <w:b/>
                          <w:bCs/>
                          <w:color w:val="EE0000"/>
                        </w:rPr>
                        <w:t>mahallede</w:t>
                      </w:r>
                      <w:proofErr w:type="spellEnd"/>
                      <w:r w:rsidRPr="00C07F8C">
                        <w:rPr>
                          <w:b/>
                          <w:bCs/>
                          <w:color w:val="EE0000"/>
                        </w:rPr>
                        <w:t xml:space="preserve"> </w:t>
                      </w:r>
                      <w:proofErr w:type="spellStart"/>
                      <w:r w:rsidRPr="00C07F8C">
                        <w:rPr>
                          <w:b/>
                          <w:bCs/>
                          <w:color w:val="EE0000"/>
                        </w:rPr>
                        <w:t>ihtiyaç</w:t>
                      </w:r>
                      <w:proofErr w:type="spellEnd"/>
                      <w:r w:rsidRPr="00C07F8C">
                        <w:rPr>
                          <w:b/>
                          <w:bCs/>
                          <w:color w:val="EE0000"/>
                        </w:rPr>
                        <w:t xml:space="preserve"> </w:t>
                      </w:r>
                      <w:proofErr w:type="spellStart"/>
                      <w:r w:rsidRPr="00C07F8C">
                        <w:rPr>
                          <w:b/>
                          <w:bCs/>
                          <w:color w:val="EE0000"/>
                        </w:rPr>
                        <w:t>sahibine</w:t>
                      </w:r>
                      <w:proofErr w:type="spellEnd"/>
                      <w:r w:rsidRPr="00C07F8C">
                        <w:rPr>
                          <w:b/>
                          <w:bCs/>
                          <w:color w:val="EE0000"/>
                        </w:rPr>
                        <w:t xml:space="preserve"> </w:t>
                      </w:r>
                      <w:proofErr w:type="spellStart"/>
                      <w:r w:rsidRPr="00C07F8C">
                        <w:rPr>
                          <w:b/>
                          <w:bCs/>
                          <w:color w:val="EE0000"/>
                        </w:rPr>
                        <w:t>destek</w:t>
                      </w:r>
                      <w:proofErr w:type="spellEnd"/>
                      <w:r w:rsidRPr="00C07F8C">
                        <w:rPr>
                          <w:b/>
                          <w:bCs/>
                          <w:color w:val="EE0000"/>
                        </w:rPr>
                        <w:t>.</w:t>
                      </w:r>
                    </w:p>
                    <w:p w14:paraId="53F37775" w14:textId="77777777" w:rsidR="00107D10" w:rsidRPr="00C07F8C" w:rsidRDefault="00107D10" w:rsidP="00107D10">
                      <w:pPr>
                        <w:rPr>
                          <w:b/>
                          <w:bCs/>
                          <w:color w:val="EE0000"/>
                        </w:rPr>
                      </w:pPr>
                    </w:p>
                    <w:p w14:paraId="3E3AA7AF" w14:textId="77777777" w:rsidR="00107D10" w:rsidRDefault="00107D10" w:rsidP="00107D10">
                      <w:pPr>
                        <w:rPr>
                          <w:b/>
                          <w:bCs/>
                        </w:rPr>
                      </w:pPr>
                    </w:p>
                    <w:p w14:paraId="6B3FB8CB" w14:textId="77777777" w:rsidR="00107D10" w:rsidRDefault="00107D10" w:rsidP="00107D10">
                      <w:pPr>
                        <w:rPr>
                          <w:b/>
                          <w:bCs/>
                        </w:rPr>
                      </w:pPr>
                    </w:p>
                    <w:p w14:paraId="06A123E2" w14:textId="77777777" w:rsidR="00107D10" w:rsidRDefault="00107D10" w:rsidP="00107D10">
                      <w:pPr>
                        <w:rPr>
                          <w:b/>
                          <w:bCs/>
                        </w:rPr>
                      </w:pPr>
                    </w:p>
                    <w:p w14:paraId="6EEA4A5F" w14:textId="77777777" w:rsidR="00107D10" w:rsidRPr="00E6166D" w:rsidRDefault="00107D10" w:rsidP="00107D10">
                      <w:pPr>
                        <w:rPr>
                          <w:b/>
                          <w:bCs/>
                        </w:rPr>
                      </w:pPr>
                    </w:p>
                  </w:txbxContent>
                </v:textbox>
              </v:rect>
            </w:pict>
          </mc:Fallback>
        </mc:AlternateContent>
      </w:r>
    </w:p>
    <w:p w14:paraId="6A104021" w14:textId="77777777" w:rsidR="00107D10" w:rsidRDefault="00107D10" w:rsidP="00107D10">
      <w:pPr>
        <w:pStyle w:val="AralkYok"/>
      </w:pPr>
    </w:p>
    <w:p w14:paraId="0C79296D" w14:textId="77777777" w:rsidR="00107D10" w:rsidRDefault="00107D10" w:rsidP="00107D10">
      <w:pPr>
        <w:pStyle w:val="AralkYok"/>
      </w:pPr>
    </w:p>
    <w:p w14:paraId="1F37029B" w14:textId="77777777" w:rsidR="00107D10" w:rsidRDefault="00107D10" w:rsidP="00107D10">
      <w:pPr>
        <w:pStyle w:val="AralkYok"/>
      </w:pPr>
    </w:p>
    <w:p w14:paraId="1C6BBD24" w14:textId="77777777" w:rsidR="00107D10" w:rsidRDefault="00107D10" w:rsidP="00107D10">
      <w:pPr>
        <w:pStyle w:val="AralkYok"/>
      </w:pPr>
    </w:p>
    <w:p w14:paraId="6C43D6D5" w14:textId="77777777" w:rsidR="00107D10" w:rsidRDefault="00107D10" w:rsidP="00107D10">
      <w:pPr>
        <w:pStyle w:val="AralkYok"/>
      </w:pPr>
    </w:p>
    <w:p w14:paraId="01959189" w14:textId="77777777" w:rsidR="00107D10" w:rsidRDefault="00107D10" w:rsidP="00107D10">
      <w:pPr>
        <w:pStyle w:val="AralkYok"/>
      </w:pPr>
    </w:p>
    <w:p w14:paraId="02D672FE" w14:textId="77777777" w:rsidR="00107D10" w:rsidRDefault="00107D10" w:rsidP="00107D10">
      <w:pPr>
        <w:pStyle w:val="AralkYok"/>
      </w:pPr>
    </w:p>
    <w:p w14:paraId="78062B0C" w14:textId="77777777" w:rsidR="00107D10" w:rsidRPr="00F73577" w:rsidRDefault="00107D10" w:rsidP="00107D10">
      <w:pPr>
        <w:pStyle w:val="AralkYok"/>
        <w:numPr>
          <w:ilvl w:val="0"/>
          <w:numId w:val="11"/>
        </w:numPr>
        <w:rPr>
          <w:b/>
          <w:bCs/>
          <w:sz w:val="24"/>
          <w:szCs w:val="24"/>
        </w:rPr>
      </w:pPr>
      <w:proofErr w:type="spellStart"/>
      <w:r w:rsidRPr="00F73577">
        <w:rPr>
          <w:sz w:val="24"/>
          <w:szCs w:val="24"/>
        </w:rPr>
        <w:t>Günlük</w:t>
      </w:r>
      <w:proofErr w:type="spellEnd"/>
      <w:r w:rsidRPr="00F73577">
        <w:rPr>
          <w:sz w:val="24"/>
          <w:szCs w:val="24"/>
        </w:rPr>
        <w:t xml:space="preserve"> </w:t>
      </w:r>
      <w:proofErr w:type="spellStart"/>
      <w:r w:rsidRPr="00F73577">
        <w:rPr>
          <w:sz w:val="24"/>
          <w:szCs w:val="24"/>
        </w:rPr>
        <w:t>yaşamda</w:t>
      </w:r>
      <w:proofErr w:type="spellEnd"/>
      <w:r w:rsidRPr="00F73577">
        <w:rPr>
          <w:sz w:val="24"/>
          <w:szCs w:val="24"/>
        </w:rPr>
        <w:t xml:space="preserve"> </w:t>
      </w:r>
      <w:proofErr w:type="spellStart"/>
      <w:r w:rsidRPr="00F73577">
        <w:rPr>
          <w:sz w:val="24"/>
          <w:szCs w:val="24"/>
        </w:rPr>
        <w:t>okulda</w:t>
      </w:r>
      <w:proofErr w:type="spellEnd"/>
      <w:r w:rsidRPr="00F73577">
        <w:rPr>
          <w:sz w:val="24"/>
          <w:szCs w:val="24"/>
        </w:rPr>
        <w:t xml:space="preserve">, </w:t>
      </w:r>
      <w:proofErr w:type="spellStart"/>
      <w:r w:rsidRPr="00F73577">
        <w:rPr>
          <w:sz w:val="24"/>
          <w:szCs w:val="24"/>
        </w:rPr>
        <w:t>evde</w:t>
      </w:r>
      <w:proofErr w:type="spellEnd"/>
      <w:r w:rsidRPr="00F73577">
        <w:rPr>
          <w:sz w:val="24"/>
          <w:szCs w:val="24"/>
        </w:rPr>
        <w:t xml:space="preserve"> </w:t>
      </w:r>
      <w:proofErr w:type="spellStart"/>
      <w:r w:rsidRPr="00F73577">
        <w:rPr>
          <w:sz w:val="24"/>
          <w:szCs w:val="24"/>
        </w:rPr>
        <w:t>veya</w:t>
      </w:r>
      <w:proofErr w:type="spellEnd"/>
      <w:r w:rsidRPr="00F73577">
        <w:rPr>
          <w:sz w:val="24"/>
          <w:szCs w:val="24"/>
        </w:rPr>
        <w:t xml:space="preserve"> </w:t>
      </w:r>
      <w:proofErr w:type="spellStart"/>
      <w:r w:rsidRPr="00F73577">
        <w:rPr>
          <w:sz w:val="24"/>
          <w:szCs w:val="24"/>
        </w:rPr>
        <w:t>mahallede</w:t>
      </w:r>
      <w:proofErr w:type="spellEnd"/>
      <w:r w:rsidRPr="00F73577">
        <w:rPr>
          <w:sz w:val="24"/>
          <w:szCs w:val="24"/>
        </w:rPr>
        <w:t xml:space="preserve"> </w:t>
      </w:r>
      <w:proofErr w:type="spellStart"/>
      <w:r w:rsidRPr="00F73577">
        <w:rPr>
          <w:sz w:val="24"/>
          <w:szCs w:val="24"/>
        </w:rPr>
        <w:t>yardımlaşma</w:t>
      </w:r>
      <w:proofErr w:type="spellEnd"/>
      <w:r w:rsidRPr="00F73577">
        <w:rPr>
          <w:sz w:val="24"/>
          <w:szCs w:val="24"/>
        </w:rPr>
        <w:t xml:space="preserve"> </w:t>
      </w:r>
      <w:proofErr w:type="spellStart"/>
      <w:r w:rsidRPr="00F73577">
        <w:rPr>
          <w:sz w:val="24"/>
          <w:szCs w:val="24"/>
        </w:rPr>
        <w:t>ve</w:t>
      </w:r>
      <w:proofErr w:type="spellEnd"/>
      <w:r w:rsidRPr="00F73577">
        <w:rPr>
          <w:sz w:val="24"/>
          <w:szCs w:val="24"/>
        </w:rPr>
        <w:t xml:space="preserve"> </w:t>
      </w:r>
      <w:proofErr w:type="spellStart"/>
      <w:r w:rsidRPr="00F73577">
        <w:rPr>
          <w:sz w:val="24"/>
          <w:szCs w:val="24"/>
        </w:rPr>
        <w:t>dayanışma</w:t>
      </w:r>
      <w:proofErr w:type="spellEnd"/>
      <w:r w:rsidRPr="00F73577">
        <w:rPr>
          <w:sz w:val="24"/>
          <w:szCs w:val="24"/>
        </w:rPr>
        <w:t xml:space="preserve"> </w:t>
      </w:r>
      <w:proofErr w:type="spellStart"/>
      <w:r w:rsidRPr="00F73577">
        <w:rPr>
          <w:sz w:val="24"/>
          <w:szCs w:val="24"/>
        </w:rPr>
        <w:t>örnekleriyle</w:t>
      </w:r>
      <w:proofErr w:type="spellEnd"/>
      <w:r w:rsidRPr="00F73577">
        <w:rPr>
          <w:sz w:val="24"/>
          <w:szCs w:val="24"/>
        </w:rPr>
        <w:t xml:space="preserve"> </w:t>
      </w:r>
      <w:proofErr w:type="spellStart"/>
      <w:r w:rsidRPr="00F73577">
        <w:rPr>
          <w:sz w:val="24"/>
          <w:szCs w:val="24"/>
        </w:rPr>
        <w:t>sık</w:t>
      </w:r>
      <w:proofErr w:type="spellEnd"/>
      <w:r w:rsidRPr="00F73577">
        <w:rPr>
          <w:sz w:val="24"/>
          <w:szCs w:val="24"/>
        </w:rPr>
        <w:t xml:space="preserve"> </w:t>
      </w:r>
      <w:proofErr w:type="spellStart"/>
      <w:r w:rsidRPr="00F73577">
        <w:rPr>
          <w:sz w:val="24"/>
          <w:szCs w:val="24"/>
        </w:rPr>
        <w:t>sık</w:t>
      </w:r>
      <w:proofErr w:type="spellEnd"/>
      <w:r w:rsidRPr="00F73577">
        <w:rPr>
          <w:sz w:val="24"/>
          <w:szCs w:val="24"/>
        </w:rPr>
        <w:t xml:space="preserve"> </w:t>
      </w:r>
      <w:proofErr w:type="spellStart"/>
      <w:r w:rsidRPr="00F73577">
        <w:rPr>
          <w:sz w:val="24"/>
          <w:szCs w:val="24"/>
        </w:rPr>
        <w:t>karşılaşırız</w:t>
      </w:r>
      <w:proofErr w:type="spellEnd"/>
      <w:r w:rsidRPr="00F73577">
        <w:rPr>
          <w:sz w:val="24"/>
          <w:szCs w:val="24"/>
        </w:rPr>
        <w:t xml:space="preserve">. Bu </w:t>
      </w:r>
      <w:proofErr w:type="spellStart"/>
      <w:r w:rsidRPr="00F73577">
        <w:rPr>
          <w:sz w:val="24"/>
          <w:szCs w:val="24"/>
        </w:rPr>
        <w:t>tür</w:t>
      </w:r>
      <w:proofErr w:type="spellEnd"/>
      <w:r w:rsidRPr="00F73577">
        <w:rPr>
          <w:sz w:val="24"/>
          <w:szCs w:val="24"/>
        </w:rPr>
        <w:t xml:space="preserve"> </w:t>
      </w:r>
      <w:proofErr w:type="spellStart"/>
      <w:r w:rsidRPr="00F73577">
        <w:rPr>
          <w:sz w:val="24"/>
          <w:szCs w:val="24"/>
        </w:rPr>
        <w:t>davranışlar</w:t>
      </w:r>
      <w:proofErr w:type="spellEnd"/>
      <w:r w:rsidRPr="00F73577">
        <w:rPr>
          <w:sz w:val="24"/>
          <w:szCs w:val="24"/>
        </w:rPr>
        <w:t xml:space="preserve"> hem </w:t>
      </w:r>
      <w:proofErr w:type="spellStart"/>
      <w:r w:rsidRPr="00F73577">
        <w:rPr>
          <w:sz w:val="24"/>
          <w:szCs w:val="24"/>
        </w:rPr>
        <w:t>bireysel</w:t>
      </w:r>
      <w:proofErr w:type="spellEnd"/>
      <w:r w:rsidRPr="00F73577">
        <w:rPr>
          <w:sz w:val="24"/>
          <w:szCs w:val="24"/>
        </w:rPr>
        <w:t xml:space="preserve"> </w:t>
      </w:r>
      <w:proofErr w:type="spellStart"/>
      <w:r w:rsidRPr="00F73577">
        <w:rPr>
          <w:sz w:val="24"/>
          <w:szCs w:val="24"/>
        </w:rPr>
        <w:t>ahlakın</w:t>
      </w:r>
      <w:proofErr w:type="spellEnd"/>
      <w:r w:rsidRPr="00F73577">
        <w:rPr>
          <w:sz w:val="24"/>
          <w:szCs w:val="24"/>
        </w:rPr>
        <w:t xml:space="preserve"> hem de </w:t>
      </w:r>
      <w:proofErr w:type="spellStart"/>
      <w:r w:rsidRPr="00F73577">
        <w:rPr>
          <w:sz w:val="24"/>
          <w:szCs w:val="24"/>
        </w:rPr>
        <w:t>toplumsal</w:t>
      </w:r>
      <w:proofErr w:type="spellEnd"/>
      <w:r w:rsidRPr="00F73577">
        <w:rPr>
          <w:sz w:val="24"/>
          <w:szCs w:val="24"/>
        </w:rPr>
        <w:t xml:space="preserve"> </w:t>
      </w:r>
      <w:proofErr w:type="spellStart"/>
      <w:r w:rsidRPr="00F73577">
        <w:rPr>
          <w:sz w:val="24"/>
          <w:szCs w:val="24"/>
        </w:rPr>
        <w:t>sorumluluğun</w:t>
      </w:r>
      <w:proofErr w:type="spellEnd"/>
      <w:r w:rsidRPr="00F73577">
        <w:rPr>
          <w:sz w:val="24"/>
          <w:szCs w:val="24"/>
        </w:rPr>
        <w:t xml:space="preserve"> </w:t>
      </w:r>
      <w:proofErr w:type="spellStart"/>
      <w:r w:rsidRPr="00F73577">
        <w:rPr>
          <w:sz w:val="24"/>
          <w:szCs w:val="24"/>
        </w:rPr>
        <w:t>göstergesidir</w:t>
      </w:r>
      <w:proofErr w:type="spellEnd"/>
      <w:r w:rsidRPr="00F73577">
        <w:rPr>
          <w:sz w:val="24"/>
          <w:szCs w:val="24"/>
        </w:rPr>
        <w:t xml:space="preserve">. </w:t>
      </w:r>
      <w:proofErr w:type="spellStart"/>
      <w:r w:rsidRPr="00F73577">
        <w:rPr>
          <w:sz w:val="24"/>
          <w:szCs w:val="24"/>
        </w:rPr>
        <w:t>Bazı</w:t>
      </w:r>
      <w:proofErr w:type="spellEnd"/>
      <w:r w:rsidRPr="00F73577">
        <w:rPr>
          <w:sz w:val="24"/>
          <w:szCs w:val="24"/>
        </w:rPr>
        <w:t xml:space="preserve"> </w:t>
      </w:r>
      <w:proofErr w:type="spellStart"/>
      <w:r w:rsidRPr="00F73577">
        <w:rPr>
          <w:sz w:val="24"/>
          <w:szCs w:val="24"/>
        </w:rPr>
        <w:t>yardımlar</w:t>
      </w:r>
      <w:proofErr w:type="spellEnd"/>
      <w:r w:rsidRPr="00F73577">
        <w:rPr>
          <w:sz w:val="24"/>
          <w:szCs w:val="24"/>
        </w:rPr>
        <w:t xml:space="preserve"> </w:t>
      </w:r>
      <w:proofErr w:type="spellStart"/>
      <w:r w:rsidRPr="00F73577">
        <w:rPr>
          <w:sz w:val="24"/>
          <w:szCs w:val="24"/>
        </w:rPr>
        <w:t>küçük</w:t>
      </w:r>
      <w:proofErr w:type="spellEnd"/>
      <w:r w:rsidRPr="00F73577">
        <w:rPr>
          <w:sz w:val="24"/>
          <w:szCs w:val="24"/>
        </w:rPr>
        <w:t xml:space="preserve"> </w:t>
      </w:r>
      <w:proofErr w:type="spellStart"/>
      <w:r w:rsidRPr="00F73577">
        <w:rPr>
          <w:sz w:val="24"/>
          <w:szCs w:val="24"/>
        </w:rPr>
        <w:t>görünse</w:t>
      </w:r>
      <w:proofErr w:type="spellEnd"/>
      <w:r w:rsidRPr="00F73577">
        <w:rPr>
          <w:sz w:val="24"/>
          <w:szCs w:val="24"/>
        </w:rPr>
        <w:t xml:space="preserve"> de </w:t>
      </w:r>
      <w:proofErr w:type="spellStart"/>
      <w:r w:rsidRPr="00F73577">
        <w:rPr>
          <w:sz w:val="24"/>
          <w:szCs w:val="24"/>
        </w:rPr>
        <w:t>toplumsal</w:t>
      </w:r>
      <w:proofErr w:type="spellEnd"/>
      <w:r w:rsidRPr="00F73577">
        <w:rPr>
          <w:sz w:val="24"/>
          <w:szCs w:val="24"/>
        </w:rPr>
        <w:t xml:space="preserve"> </w:t>
      </w:r>
      <w:proofErr w:type="spellStart"/>
      <w:r w:rsidRPr="00F73577">
        <w:rPr>
          <w:sz w:val="24"/>
          <w:szCs w:val="24"/>
        </w:rPr>
        <w:t>huzur</w:t>
      </w:r>
      <w:proofErr w:type="spellEnd"/>
      <w:r w:rsidRPr="00F73577">
        <w:rPr>
          <w:sz w:val="24"/>
          <w:szCs w:val="24"/>
        </w:rPr>
        <w:t xml:space="preserve"> </w:t>
      </w:r>
      <w:proofErr w:type="spellStart"/>
      <w:r w:rsidRPr="00F73577">
        <w:rPr>
          <w:sz w:val="24"/>
          <w:szCs w:val="24"/>
        </w:rPr>
        <w:t>açısından</w:t>
      </w:r>
      <w:proofErr w:type="spellEnd"/>
      <w:r w:rsidRPr="00F73577">
        <w:rPr>
          <w:sz w:val="24"/>
          <w:szCs w:val="24"/>
        </w:rPr>
        <w:t xml:space="preserve"> </w:t>
      </w:r>
      <w:proofErr w:type="spellStart"/>
      <w:r w:rsidRPr="00F73577">
        <w:rPr>
          <w:sz w:val="24"/>
          <w:szCs w:val="24"/>
        </w:rPr>
        <w:t>çok</w:t>
      </w:r>
      <w:proofErr w:type="spellEnd"/>
      <w:r w:rsidRPr="00F73577">
        <w:rPr>
          <w:sz w:val="24"/>
          <w:szCs w:val="24"/>
        </w:rPr>
        <w:t xml:space="preserve"> </w:t>
      </w:r>
      <w:proofErr w:type="spellStart"/>
      <w:r w:rsidRPr="00F73577">
        <w:rPr>
          <w:sz w:val="24"/>
          <w:szCs w:val="24"/>
        </w:rPr>
        <w:t>değerlidir</w:t>
      </w:r>
      <w:proofErr w:type="spellEnd"/>
      <w:r w:rsidRPr="00F73577">
        <w:rPr>
          <w:sz w:val="24"/>
          <w:szCs w:val="24"/>
        </w:rPr>
        <w:t>.</w:t>
      </w:r>
      <w:r w:rsidRPr="00F73577">
        <w:rPr>
          <w:sz w:val="24"/>
          <w:szCs w:val="24"/>
        </w:rPr>
        <w:br/>
      </w:r>
    </w:p>
    <w:p w14:paraId="1FAE7515" w14:textId="77777777" w:rsidR="00107D10" w:rsidRPr="00F73577" w:rsidRDefault="00107D10" w:rsidP="00107D10">
      <w:pPr>
        <w:pStyle w:val="AralkYok"/>
        <w:ind w:left="360"/>
        <w:rPr>
          <w:b/>
          <w:bCs/>
          <w:sz w:val="24"/>
          <w:szCs w:val="24"/>
        </w:rPr>
      </w:pPr>
      <w:proofErr w:type="spellStart"/>
      <w:r w:rsidRPr="00F73577">
        <w:rPr>
          <w:b/>
          <w:bCs/>
          <w:sz w:val="24"/>
          <w:szCs w:val="24"/>
        </w:rPr>
        <w:t>Günlük</w:t>
      </w:r>
      <w:proofErr w:type="spellEnd"/>
      <w:r w:rsidRPr="00F73577">
        <w:rPr>
          <w:b/>
          <w:bCs/>
          <w:sz w:val="24"/>
          <w:szCs w:val="24"/>
        </w:rPr>
        <w:t xml:space="preserve"> </w:t>
      </w:r>
      <w:proofErr w:type="spellStart"/>
      <w:r w:rsidRPr="00F73577">
        <w:rPr>
          <w:b/>
          <w:bCs/>
          <w:sz w:val="24"/>
          <w:szCs w:val="24"/>
        </w:rPr>
        <w:t>hayatınızda</w:t>
      </w:r>
      <w:proofErr w:type="spellEnd"/>
      <w:r w:rsidRPr="00F73577">
        <w:rPr>
          <w:b/>
          <w:bCs/>
          <w:sz w:val="24"/>
          <w:szCs w:val="24"/>
        </w:rPr>
        <w:t xml:space="preserve"> </w:t>
      </w:r>
      <w:proofErr w:type="spellStart"/>
      <w:r w:rsidRPr="00F73577">
        <w:rPr>
          <w:b/>
          <w:bCs/>
          <w:sz w:val="24"/>
          <w:szCs w:val="24"/>
        </w:rPr>
        <w:t>karşılaştığınız</w:t>
      </w:r>
      <w:proofErr w:type="spellEnd"/>
      <w:r w:rsidRPr="00F73577">
        <w:rPr>
          <w:b/>
          <w:bCs/>
          <w:sz w:val="24"/>
          <w:szCs w:val="24"/>
        </w:rPr>
        <w:t xml:space="preserve"> </w:t>
      </w:r>
      <w:proofErr w:type="spellStart"/>
      <w:r w:rsidRPr="00F73577">
        <w:rPr>
          <w:b/>
          <w:bCs/>
          <w:sz w:val="24"/>
          <w:szCs w:val="24"/>
        </w:rPr>
        <w:t>bir</w:t>
      </w:r>
      <w:proofErr w:type="spellEnd"/>
      <w:r w:rsidRPr="00F73577">
        <w:rPr>
          <w:b/>
          <w:bCs/>
          <w:sz w:val="24"/>
          <w:szCs w:val="24"/>
        </w:rPr>
        <w:t xml:space="preserve"> </w:t>
      </w:r>
      <w:proofErr w:type="spellStart"/>
      <w:r w:rsidRPr="00F73577">
        <w:rPr>
          <w:b/>
          <w:bCs/>
          <w:sz w:val="24"/>
          <w:szCs w:val="24"/>
        </w:rPr>
        <w:t>yardım</w:t>
      </w:r>
      <w:proofErr w:type="spellEnd"/>
      <w:r w:rsidRPr="00F73577">
        <w:rPr>
          <w:b/>
          <w:bCs/>
          <w:sz w:val="24"/>
          <w:szCs w:val="24"/>
        </w:rPr>
        <w:t xml:space="preserve"> </w:t>
      </w:r>
      <w:proofErr w:type="spellStart"/>
      <w:r w:rsidRPr="00F73577">
        <w:rPr>
          <w:b/>
          <w:bCs/>
          <w:sz w:val="24"/>
          <w:szCs w:val="24"/>
        </w:rPr>
        <w:t>veya</w:t>
      </w:r>
      <w:proofErr w:type="spellEnd"/>
      <w:r w:rsidRPr="00F73577">
        <w:rPr>
          <w:b/>
          <w:bCs/>
          <w:sz w:val="24"/>
          <w:szCs w:val="24"/>
        </w:rPr>
        <w:t xml:space="preserve"> </w:t>
      </w:r>
      <w:proofErr w:type="spellStart"/>
      <w:r w:rsidRPr="00F73577">
        <w:rPr>
          <w:b/>
          <w:bCs/>
          <w:sz w:val="24"/>
          <w:szCs w:val="24"/>
        </w:rPr>
        <w:t>dayanışma</w:t>
      </w:r>
      <w:proofErr w:type="spellEnd"/>
      <w:r w:rsidRPr="00F73577">
        <w:rPr>
          <w:b/>
          <w:bCs/>
          <w:sz w:val="24"/>
          <w:szCs w:val="24"/>
        </w:rPr>
        <w:t xml:space="preserve"> </w:t>
      </w:r>
      <w:proofErr w:type="spellStart"/>
      <w:r w:rsidRPr="00F73577">
        <w:rPr>
          <w:b/>
          <w:bCs/>
          <w:sz w:val="24"/>
          <w:szCs w:val="24"/>
        </w:rPr>
        <w:t>örneğini</w:t>
      </w:r>
      <w:proofErr w:type="spellEnd"/>
      <w:r w:rsidRPr="00F73577">
        <w:rPr>
          <w:b/>
          <w:bCs/>
          <w:sz w:val="24"/>
          <w:szCs w:val="24"/>
        </w:rPr>
        <w:t xml:space="preserve"> </w:t>
      </w:r>
      <w:proofErr w:type="spellStart"/>
      <w:r w:rsidRPr="00F73577">
        <w:rPr>
          <w:b/>
          <w:bCs/>
          <w:sz w:val="24"/>
          <w:szCs w:val="24"/>
        </w:rPr>
        <w:t>kısa</w:t>
      </w:r>
      <w:proofErr w:type="spellEnd"/>
      <w:r w:rsidRPr="00F73577">
        <w:rPr>
          <w:b/>
          <w:bCs/>
          <w:sz w:val="24"/>
          <w:szCs w:val="24"/>
        </w:rPr>
        <w:t xml:space="preserve"> </w:t>
      </w:r>
      <w:proofErr w:type="spellStart"/>
      <w:r w:rsidRPr="00F73577">
        <w:rPr>
          <w:b/>
          <w:bCs/>
          <w:sz w:val="24"/>
          <w:szCs w:val="24"/>
        </w:rPr>
        <w:t>şekilde</w:t>
      </w:r>
      <w:proofErr w:type="spellEnd"/>
      <w:r w:rsidRPr="00F73577">
        <w:rPr>
          <w:b/>
          <w:bCs/>
          <w:sz w:val="24"/>
          <w:szCs w:val="24"/>
        </w:rPr>
        <w:t xml:space="preserve"> </w:t>
      </w:r>
      <w:proofErr w:type="spellStart"/>
      <w:r w:rsidRPr="00F73577">
        <w:rPr>
          <w:b/>
          <w:bCs/>
          <w:sz w:val="24"/>
          <w:szCs w:val="24"/>
        </w:rPr>
        <w:t>yazınız</w:t>
      </w:r>
      <w:proofErr w:type="spellEnd"/>
      <w:r w:rsidRPr="00F73577">
        <w:rPr>
          <w:b/>
          <w:bCs/>
          <w:sz w:val="24"/>
          <w:szCs w:val="24"/>
        </w:rPr>
        <w:t>. (15 Puan)</w:t>
      </w:r>
    </w:p>
    <w:p w14:paraId="02CE6BA4" w14:textId="77777777" w:rsidR="00107D10" w:rsidRPr="00456838" w:rsidRDefault="00107D10" w:rsidP="00107D10">
      <w:pPr>
        <w:pStyle w:val="AralkYok"/>
        <w:ind w:left="360"/>
        <w:rPr>
          <w:b/>
          <w:bCs/>
        </w:rPr>
      </w:pPr>
      <w:r>
        <w:rPr>
          <w:noProof/>
        </w:rPr>
        <mc:AlternateContent>
          <mc:Choice Requires="wps">
            <w:drawing>
              <wp:anchor distT="0" distB="0" distL="114300" distR="114300" simplePos="0" relativeHeight="251692032" behindDoc="0" locked="0" layoutInCell="1" allowOverlap="1" wp14:anchorId="102B2D66" wp14:editId="51F4A8AF">
                <wp:simplePos x="0" y="0"/>
                <wp:positionH relativeFrom="column">
                  <wp:posOffset>0</wp:posOffset>
                </wp:positionH>
                <wp:positionV relativeFrom="paragraph">
                  <wp:posOffset>156845</wp:posOffset>
                </wp:positionV>
                <wp:extent cx="6305550" cy="1152525"/>
                <wp:effectExtent l="0" t="0" r="19050" b="28575"/>
                <wp:wrapNone/>
                <wp:docPr id="1926461257" name="Dikdörtgen 4"/>
                <wp:cNvGraphicFramePr/>
                <a:graphic xmlns:a="http://schemas.openxmlformats.org/drawingml/2006/main">
                  <a:graphicData uri="http://schemas.microsoft.com/office/word/2010/wordprocessingShape">
                    <wps:wsp>
                      <wps:cNvSpPr/>
                      <wps:spPr>
                        <a:xfrm>
                          <a:off x="0" y="0"/>
                          <a:ext cx="6305550" cy="1152525"/>
                        </a:xfrm>
                        <a:prstGeom prst="rect">
                          <a:avLst/>
                        </a:prstGeom>
                        <a:solidFill>
                          <a:sysClr val="window" lastClr="FFFFFF"/>
                        </a:solidFill>
                        <a:ln w="25400" cap="flat" cmpd="sng" algn="ctr">
                          <a:solidFill>
                            <a:sysClr val="windowText" lastClr="000000"/>
                          </a:solidFill>
                          <a:prstDash val="solid"/>
                        </a:ln>
                        <a:effectLst/>
                      </wps:spPr>
                      <wps:txbx>
                        <w:txbxContent>
                          <w:p w14:paraId="4462BA9A" w14:textId="77777777" w:rsidR="00107D10" w:rsidRDefault="00107D10" w:rsidP="00107D10">
                            <w:pPr>
                              <w:rPr>
                                <w:b/>
                                <w:bCs/>
                              </w:rPr>
                            </w:pPr>
                            <w:r w:rsidRPr="00E6166D">
                              <w:rPr>
                                <w:b/>
                                <w:bCs/>
                              </w:rPr>
                              <w:t>CEVAP:</w:t>
                            </w:r>
                          </w:p>
                          <w:p w14:paraId="690617FF" w14:textId="77777777" w:rsidR="00E30800" w:rsidRDefault="00C502F0" w:rsidP="00C502F0">
                            <w:pPr>
                              <w:pStyle w:val="AralkYok"/>
                              <w:rPr>
                                <w:b/>
                                <w:bCs/>
                                <w:color w:val="EE0000"/>
                                <w:sz w:val="24"/>
                                <w:szCs w:val="24"/>
                              </w:rPr>
                            </w:pPr>
                            <w:proofErr w:type="spellStart"/>
                            <w:r w:rsidRPr="00E30800">
                              <w:rPr>
                                <w:b/>
                                <w:bCs/>
                                <w:color w:val="EE0000"/>
                                <w:sz w:val="24"/>
                                <w:szCs w:val="24"/>
                              </w:rPr>
                              <w:t>Ör</w:t>
                            </w:r>
                            <w:proofErr w:type="spellEnd"/>
                            <w:r w:rsidRPr="00E30800">
                              <w:rPr>
                                <w:b/>
                                <w:bCs/>
                                <w:color w:val="EE0000"/>
                                <w:sz w:val="24"/>
                                <w:szCs w:val="24"/>
                              </w:rPr>
                              <w:t xml:space="preserve">: </w:t>
                            </w:r>
                          </w:p>
                          <w:p w14:paraId="2DC18C0E" w14:textId="7526B54C" w:rsidR="00E30800" w:rsidRDefault="00C502F0" w:rsidP="00E30800">
                            <w:pPr>
                              <w:pStyle w:val="AralkYok"/>
                              <w:numPr>
                                <w:ilvl w:val="0"/>
                                <w:numId w:val="16"/>
                              </w:numPr>
                              <w:rPr>
                                <w:b/>
                                <w:bCs/>
                                <w:color w:val="EE0000"/>
                                <w:sz w:val="24"/>
                                <w:szCs w:val="24"/>
                              </w:rPr>
                            </w:pPr>
                            <w:proofErr w:type="spellStart"/>
                            <w:r w:rsidRPr="00E30800">
                              <w:rPr>
                                <w:b/>
                                <w:bCs/>
                                <w:color w:val="EE0000"/>
                                <w:sz w:val="24"/>
                                <w:szCs w:val="24"/>
                              </w:rPr>
                              <w:t>Okulda</w:t>
                            </w:r>
                            <w:proofErr w:type="spellEnd"/>
                            <w:r w:rsidRPr="00E30800">
                              <w:rPr>
                                <w:b/>
                                <w:bCs/>
                                <w:color w:val="EE0000"/>
                                <w:sz w:val="24"/>
                                <w:szCs w:val="24"/>
                              </w:rPr>
                              <w:t xml:space="preserve"> </w:t>
                            </w:r>
                            <w:proofErr w:type="spellStart"/>
                            <w:r w:rsidRPr="00E30800">
                              <w:rPr>
                                <w:b/>
                                <w:bCs/>
                                <w:color w:val="EE0000"/>
                                <w:sz w:val="24"/>
                                <w:szCs w:val="24"/>
                              </w:rPr>
                              <w:t>arkadaşına</w:t>
                            </w:r>
                            <w:proofErr w:type="spellEnd"/>
                            <w:r w:rsidRPr="00E30800">
                              <w:rPr>
                                <w:b/>
                                <w:bCs/>
                                <w:color w:val="EE0000"/>
                                <w:sz w:val="24"/>
                                <w:szCs w:val="24"/>
                              </w:rPr>
                              <w:t xml:space="preserve"> </w:t>
                            </w:r>
                            <w:proofErr w:type="spellStart"/>
                            <w:r w:rsidRPr="00E30800">
                              <w:rPr>
                                <w:b/>
                                <w:bCs/>
                                <w:color w:val="EE0000"/>
                                <w:sz w:val="24"/>
                                <w:szCs w:val="24"/>
                              </w:rPr>
                              <w:t>ders</w:t>
                            </w:r>
                            <w:proofErr w:type="spellEnd"/>
                            <w:r w:rsidRPr="00E30800">
                              <w:rPr>
                                <w:b/>
                                <w:bCs/>
                                <w:color w:val="EE0000"/>
                                <w:sz w:val="24"/>
                                <w:szCs w:val="24"/>
                              </w:rPr>
                              <w:t xml:space="preserve"> </w:t>
                            </w:r>
                            <w:proofErr w:type="spellStart"/>
                            <w:r w:rsidRPr="00E30800">
                              <w:rPr>
                                <w:b/>
                                <w:bCs/>
                                <w:color w:val="EE0000"/>
                                <w:sz w:val="24"/>
                                <w:szCs w:val="24"/>
                              </w:rPr>
                              <w:t>çalışırken</w:t>
                            </w:r>
                            <w:proofErr w:type="spellEnd"/>
                            <w:r w:rsidRPr="00E30800">
                              <w:rPr>
                                <w:b/>
                                <w:bCs/>
                                <w:color w:val="EE0000"/>
                                <w:sz w:val="24"/>
                                <w:szCs w:val="24"/>
                              </w:rPr>
                              <w:t xml:space="preserve"> </w:t>
                            </w:r>
                            <w:proofErr w:type="spellStart"/>
                            <w:r w:rsidRPr="00E30800">
                              <w:rPr>
                                <w:b/>
                                <w:bCs/>
                                <w:color w:val="EE0000"/>
                                <w:sz w:val="24"/>
                                <w:szCs w:val="24"/>
                              </w:rPr>
                              <w:t>yardım</w:t>
                            </w:r>
                            <w:proofErr w:type="spellEnd"/>
                            <w:r w:rsidRPr="00E30800">
                              <w:rPr>
                                <w:b/>
                                <w:bCs/>
                                <w:color w:val="EE0000"/>
                                <w:sz w:val="24"/>
                                <w:szCs w:val="24"/>
                              </w:rPr>
                              <w:t xml:space="preserve"> </w:t>
                            </w:r>
                            <w:proofErr w:type="spellStart"/>
                            <w:r w:rsidRPr="00E30800">
                              <w:rPr>
                                <w:b/>
                                <w:bCs/>
                                <w:color w:val="EE0000"/>
                                <w:sz w:val="24"/>
                                <w:szCs w:val="24"/>
                              </w:rPr>
                              <w:t>etmek</w:t>
                            </w:r>
                            <w:proofErr w:type="spellEnd"/>
                            <w:r w:rsidRPr="00E30800">
                              <w:rPr>
                                <w:b/>
                                <w:bCs/>
                                <w:color w:val="EE0000"/>
                                <w:sz w:val="24"/>
                                <w:szCs w:val="24"/>
                              </w:rPr>
                              <w:t xml:space="preserve">, </w:t>
                            </w:r>
                          </w:p>
                          <w:p w14:paraId="685C1ACE" w14:textId="5AF2C021" w:rsidR="00C502F0" w:rsidRPr="00E30800" w:rsidRDefault="00C502F0" w:rsidP="00E751AD">
                            <w:pPr>
                              <w:pStyle w:val="AralkYok"/>
                              <w:numPr>
                                <w:ilvl w:val="0"/>
                                <w:numId w:val="16"/>
                              </w:numPr>
                              <w:rPr>
                                <w:b/>
                                <w:bCs/>
                                <w:color w:val="EE0000"/>
                                <w:sz w:val="24"/>
                                <w:szCs w:val="24"/>
                              </w:rPr>
                            </w:pPr>
                            <w:proofErr w:type="spellStart"/>
                            <w:r w:rsidRPr="00E30800">
                              <w:rPr>
                                <w:b/>
                                <w:bCs/>
                                <w:color w:val="EE0000"/>
                                <w:sz w:val="24"/>
                                <w:szCs w:val="24"/>
                              </w:rPr>
                              <w:t>yaşlı</w:t>
                            </w:r>
                            <w:proofErr w:type="spellEnd"/>
                            <w:r w:rsidRPr="00E30800">
                              <w:rPr>
                                <w:b/>
                                <w:bCs/>
                                <w:color w:val="EE0000"/>
                                <w:sz w:val="24"/>
                                <w:szCs w:val="24"/>
                              </w:rPr>
                              <w:t xml:space="preserve"> </w:t>
                            </w:r>
                            <w:proofErr w:type="spellStart"/>
                            <w:r w:rsidRPr="00E30800">
                              <w:rPr>
                                <w:b/>
                                <w:bCs/>
                                <w:color w:val="EE0000"/>
                                <w:sz w:val="24"/>
                                <w:szCs w:val="24"/>
                              </w:rPr>
                              <w:t>komşunun</w:t>
                            </w:r>
                            <w:proofErr w:type="spellEnd"/>
                            <w:r w:rsidRPr="00E30800">
                              <w:rPr>
                                <w:b/>
                                <w:bCs/>
                                <w:color w:val="EE0000"/>
                                <w:sz w:val="24"/>
                                <w:szCs w:val="24"/>
                              </w:rPr>
                              <w:t xml:space="preserve"> </w:t>
                            </w:r>
                            <w:proofErr w:type="spellStart"/>
                            <w:r w:rsidRPr="00E30800">
                              <w:rPr>
                                <w:b/>
                                <w:bCs/>
                                <w:color w:val="EE0000"/>
                                <w:sz w:val="24"/>
                                <w:szCs w:val="24"/>
                              </w:rPr>
                              <w:t>poşetini</w:t>
                            </w:r>
                            <w:proofErr w:type="spellEnd"/>
                            <w:r w:rsidRPr="00E30800">
                              <w:rPr>
                                <w:b/>
                                <w:bCs/>
                                <w:color w:val="EE0000"/>
                                <w:sz w:val="24"/>
                                <w:szCs w:val="24"/>
                              </w:rPr>
                              <w:t xml:space="preserve"> </w:t>
                            </w:r>
                            <w:proofErr w:type="spellStart"/>
                            <w:r w:rsidRPr="00E30800">
                              <w:rPr>
                                <w:b/>
                                <w:bCs/>
                                <w:color w:val="EE0000"/>
                                <w:sz w:val="24"/>
                                <w:szCs w:val="24"/>
                              </w:rPr>
                              <w:t>taşımak</w:t>
                            </w:r>
                            <w:proofErr w:type="spellEnd"/>
                            <w:r w:rsidRPr="00E30800">
                              <w:rPr>
                                <w:b/>
                                <w:bCs/>
                                <w:color w:val="EE0000"/>
                                <w:sz w:val="24"/>
                                <w:szCs w:val="24"/>
                              </w:rPr>
                              <w:t xml:space="preserve">, </w:t>
                            </w:r>
                            <w:proofErr w:type="spellStart"/>
                            <w:r w:rsidRPr="00E30800">
                              <w:rPr>
                                <w:b/>
                                <w:bCs/>
                                <w:color w:val="EE0000"/>
                                <w:sz w:val="24"/>
                                <w:szCs w:val="24"/>
                              </w:rPr>
                              <w:t>gönüllü</w:t>
                            </w:r>
                            <w:proofErr w:type="spellEnd"/>
                            <w:r w:rsidRPr="00E30800">
                              <w:rPr>
                                <w:b/>
                                <w:bCs/>
                                <w:color w:val="EE0000"/>
                                <w:sz w:val="24"/>
                                <w:szCs w:val="24"/>
                              </w:rPr>
                              <w:t xml:space="preserve"> </w:t>
                            </w:r>
                            <w:proofErr w:type="spellStart"/>
                            <w:r w:rsidRPr="00E30800">
                              <w:rPr>
                                <w:b/>
                                <w:bCs/>
                                <w:color w:val="EE0000"/>
                                <w:sz w:val="24"/>
                                <w:szCs w:val="24"/>
                              </w:rPr>
                              <w:t>bağış</w:t>
                            </w:r>
                            <w:proofErr w:type="spellEnd"/>
                            <w:r w:rsidRPr="00E30800">
                              <w:rPr>
                                <w:b/>
                                <w:bCs/>
                                <w:color w:val="EE0000"/>
                                <w:sz w:val="24"/>
                                <w:szCs w:val="24"/>
                              </w:rPr>
                              <w:t>.</w:t>
                            </w:r>
                          </w:p>
                          <w:p w14:paraId="1A9D8B1A" w14:textId="77777777" w:rsidR="00107D10" w:rsidRPr="00E30800" w:rsidRDefault="00107D10" w:rsidP="00107D10">
                            <w:pPr>
                              <w:rPr>
                                <w:b/>
                                <w:bCs/>
                                <w:color w:val="EE0000"/>
                                <w:sz w:val="24"/>
                                <w:szCs w:val="24"/>
                              </w:rPr>
                            </w:pPr>
                          </w:p>
                          <w:p w14:paraId="28EE202A" w14:textId="77777777" w:rsidR="00107D10" w:rsidRDefault="00107D10" w:rsidP="00107D10">
                            <w:pPr>
                              <w:rPr>
                                <w:b/>
                                <w:bCs/>
                              </w:rPr>
                            </w:pPr>
                          </w:p>
                          <w:p w14:paraId="5254BC2E" w14:textId="77777777" w:rsidR="00107D10" w:rsidRPr="00E6166D" w:rsidRDefault="00107D10" w:rsidP="00107D10">
                            <w:pP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2B2D66" id="_x0000_s1037" style="position:absolute;left:0;text-align:left;margin-left:0;margin-top:12.35pt;width:496.5pt;height:90.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" fillcolor="window" strokecolor="windowText" strokeweight="2pt">
                <v:textbox>
                  <w:txbxContent>
                    <w:p w14:paraId="4462BA9A" w14:textId="77777777" w:rsidR="00107D10" w:rsidRDefault="00107D10" w:rsidP="00107D10">
                      <w:pPr>
                        <w:rPr>
                          <w:b/>
                          <w:bCs/>
                        </w:rPr>
                      </w:pPr>
                      <w:r w:rsidRPr="00E6166D">
                        <w:rPr>
                          <w:b/>
                          <w:bCs/>
                        </w:rPr>
                        <w:t>CEVAP:</w:t>
                      </w:r>
                    </w:p>
                    <w:p w14:paraId="690617FF" w14:textId="77777777" w:rsidR="00E30800" w:rsidRDefault="00C502F0" w:rsidP="00C502F0">
                      <w:pPr>
                        <w:pStyle w:val="AralkYok"/>
                        <w:rPr>
                          <w:b/>
                          <w:bCs/>
                          <w:color w:val="EE0000"/>
                          <w:sz w:val="24"/>
                          <w:szCs w:val="24"/>
                        </w:rPr>
                      </w:pPr>
                      <w:proofErr w:type="spellStart"/>
                      <w:r w:rsidRPr="00E30800">
                        <w:rPr>
                          <w:b/>
                          <w:bCs/>
                          <w:color w:val="EE0000"/>
                          <w:sz w:val="24"/>
                          <w:szCs w:val="24"/>
                        </w:rPr>
                        <w:t>Ör</w:t>
                      </w:r>
                      <w:proofErr w:type="spellEnd"/>
                      <w:r w:rsidRPr="00E30800">
                        <w:rPr>
                          <w:b/>
                          <w:bCs/>
                          <w:color w:val="EE0000"/>
                          <w:sz w:val="24"/>
                          <w:szCs w:val="24"/>
                        </w:rPr>
                        <w:t xml:space="preserve">: </w:t>
                      </w:r>
                    </w:p>
                    <w:p w14:paraId="2DC18C0E" w14:textId="7526B54C" w:rsidR="00E30800" w:rsidRDefault="00C502F0" w:rsidP="00E30800">
                      <w:pPr>
                        <w:pStyle w:val="AralkYok"/>
                        <w:numPr>
                          <w:ilvl w:val="0"/>
                          <w:numId w:val="16"/>
                        </w:numPr>
                        <w:rPr>
                          <w:b/>
                          <w:bCs/>
                          <w:color w:val="EE0000"/>
                          <w:sz w:val="24"/>
                          <w:szCs w:val="24"/>
                        </w:rPr>
                      </w:pPr>
                      <w:proofErr w:type="spellStart"/>
                      <w:r w:rsidRPr="00E30800">
                        <w:rPr>
                          <w:b/>
                          <w:bCs/>
                          <w:color w:val="EE0000"/>
                          <w:sz w:val="24"/>
                          <w:szCs w:val="24"/>
                        </w:rPr>
                        <w:t>Okulda</w:t>
                      </w:r>
                      <w:proofErr w:type="spellEnd"/>
                      <w:r w:rsidRPr="00E30800">
                        <w:rPr>
                          <w:b/>
                          <w:bCs/>
                          <w:color w:val="EE0000"/>
                          <w:sz w:val="24"/>
                          <w:szCs w:val="24"/>
                        </w:rPr>
                        <w:t xml:space="preserve"> </w:t>
                      </w:r>
                      <w:proofErr w:type="spellStart"/>
                      <w:r w:rsidRPr="00E30800">
                        <w:rPr>
                          <w:b/>
                          <w:bCs/>
                          <w:color w:val="EE0000"/>
                          <w:sz w:val="24"/>
                          <w:szCs w:val="24"/>
                        </w:rPr>
                        <w:t>arkadaşına</w:t>
                      </w:r>
                      <w:proofErr w:type="spellEnd"/>
                      <w:r w:rsidRPr="00E30800">
                        <w:rPr>
                          <w:b/>
                          <w:bCs/>
                          <w:color w:val="EE0000"/>
                          <w:sz w:val="24"/>
                          <w:szCs w:val="24"/>
                        </w:rPr>
                        <w:t xml:space="preserve"> </w:t>
                      </w:r>
                      <w:proofErr w:type="spellStart"/>
                      <w:r w:rsidRPr="00E30800">
                        <w:rPr>
                          <w:b/>
                          <w:bCs/>
                          <w:color w:val="EE0000"/>
                          <w:sz w:val="24"/>
                          <w:szCs w:val="24"/>
                        </w:rPr>
                        <w:t>ders</w:t>
                      </w:r>
                      <w:proofErr w:type="spellEnd"/>
                      <w:r w:rsidRPr="00E30800">
                        <w:rPr>
                          <w:b/>
                          <w:bCs/>
                          <w:color w:val="EE0000"/>
                          <w:sz w:val="24"/>
                          <w:szCs w:val="24"/>
                        </w:rPr>
                        <w:t xml:space="preserve"> </w:t>
                      </w:r>
                      <w:proofErr w:type="spellStart"/>
                      <w:r w:rsidRPr="00E30800">
                        <w:rPr>
                          <w:b/>
                          <w:bCs/>
                          <w:color w:val="EE0000"/>
                          <w:sz w:val="24"/>
                          <w:szCs w:val="24"/>
                        </w:rPr>
                        <w:t>çalışırken</w:t>
                      </w:r>
                      <w:proofErr w:type="spellEnd"/>
                      <w:r w:rsidRPr="00E30800">
                        <w:rPr>
                          <w:b/>
                          <w:bCs/>
                          <w:color w:val="EE0000"/>
                          <w:sz w:val="24"/>
                          <w:szCs w:val="24"/>
                        </w:rPr>
                        <w:t xml:space="preserve"> </w:t>
                      </w:r>
                      <w:proofErr w:type="spellStart"/>
                      <w:r w:rsidRPr="00E30800">
                        <w:rPr>
                          <w:b/>
                          <w:bCs/>
                          <w:color w:val="EE0000"/>
                          <w:sz w:val="24"/>
                          <w:szCs w:val="24"/>
                        </w:rPr>
                        <w:t>yardım</w:t>
                      </w:r>
                      <w:proofErr w:type="spellEnd"/>
                      <w:r w:rsidRPr="00E30800">
                        <w:rPr>
                          <w:b/>
                          <w:bCs/>
                          <w:color w:val="EE0000"/>
                          <w:sz w:val="24"/>
                          <w:szCs w:val="24"/>
                        </w:rPr>
                        <w:t xml:space="preserve"> </w:t>
                      </w:r>
                      <w:proofErr w:type="spellStart"/>
                      <w:r w:rsidRPr="00E30800">
                        <w:rPr>
                          <w:b/>
                          <w:bCs/>
                          <w:color w:val="EE0000"/>
                          <w:sz w:val="24"/>
                          <w:szCs w:val="24"/>
                        </w:rPr>
                        <w:t>etmek</w:t>
                      </w:r>
                      <w:proofErr w:type="spellEnd"/>
                      <w:r w:rsidRPr="00E30800">
                        <w:rPr>
                          <w:b/>
                          <w:bCs/>
                          <w:color w:val="EE0000"/>
                          <w:sz w:val="24"/>
                          <w:szCs w:val="24"/>
                        </w:rPr>
                        <w:t xml:space="preserve">, </w:t>
                      </w:r>
                    </w:p>
                    <w:p w14:paraId="685C1ACE" w14:textId="5AF2C021" w:rsidR="00C502F0" w:rsidRPr="00E30800" w:rsidRDefault="00C502F0" w:rsidP="00E751AD">
                      <w:pPr>
                        <w:pStyle w:val="AralkYok"/>
                        <w:numPr>
                          <w:ilvl w:val="0"/>
                          <w:numId w:val="16"/>
                        </w:numPr>
                        <w:rPr>
                          <w:b/>
                          <w:bCs/>
                          <w:color w:val="EE0000"/>
                          <w:sz w:val="24"/>
                          <w:szCs w:val="24"/>
                        </w:rPr>
                      </w:pPr>
                      <w:proofErr w:type="spellStart"/>
                      <w:r w:rsidRPr="00E30800">
                        <w:rPr>
                          <w:b/>
                          <w:bCs/>
                          <w:color w:val="EE0000"/>
                          <w:sz w:val="24"/>
                          <w:szCs w:val="24"/>
                        </w:rPr>
                        <w:t>yaşlı</w:t>
                      </w:r>
                      <w:proofErr w:type="spellEnd"/>
                      <w:r w:rsidRPr="00E30800">
                        <w:rPr>
                          <w:b/>
                          <w:bCs/>
                          <w:color w:val="EE0000"/>
                          <w:sz w:val="24"/>
                          <w:szCs w:val="24"/>
                        </w:rPr>
                        <w:t xml:space="preserve"> </w:t>
                      </w:r>
                      <w:proofErr w:type="spellStart"/>
                      <w:r w:rsidRPr="00E30800">
                        <w:rPr>
                          <w:b/>
                          <w:bCs/>
                          <w:color w:val="EE0000"/>
                          <w:sz w:val="24"/>
                          <w:szCs w:val="24"/>
                        </w:rPr>
                        <w:t>komşunun</w:t>
                      </w:r>
                      <w:proofErr w:type="spellEnd"/>
                      <w:r w:rsidRPr="00E30800">
                        <w:rPr>
                          <w:b/>
                          <w:bCs/>
                          <w:color w:val="EE0000"/>
                          <w:sz w:val="24"/>
                          <w:szCs w:val="24"/>
                        </w:rPr>
                        <w:t xml:space="preserve"> </w:t>
                      </w:r>
                      <w:proofErr w:type="spellStart"/>
                      <w:r w:rsidRPr="00E30800">
                        <w:rPr>
                          <w:b/>
                          <w:bCs/>
                          <w:color w:val="EE0000"/>
                          <w:sz w:val="24"/>
                          <w:szCs w:val="24"/>
                        </w:rPr>
                        <w:t>poşetini</w:t>
                      </w:r>
                      <w:proofErr w:type="spellEnd"/>
                      <w:r w:rsidRPr="00E30800">
                        <w:rPr>
                          <w:b/>
                          <w:bCs/>
                          <w:color w:val="EE0000"/>
                          <w:sz w:val="24"/>
                          <w:szCs w:val="24"/>
                        </w:rPr>
                        <w:t xml:space="preserve"> </w:t>
                      </w:r>
                      <w:proofErr w:type="spellStart"/>
                      <w:r w:rsidRPr="00E30800">
                        <w:rPr>
                          <w:b/>
                          <w:bCs/>
                          <w:color w:val="EE0000"/>
                          <w:sz w:val="24"/>
                          <w:szCs w:val="24"/>
                        </w:rPr>
                        <w:t>taşımak</w:t>
                      </w:r>
                      <w:proofErr w:type="spellEnd"/>
                      <w:r w:rsidRPr="00E30800">
                        <w:rPr>
                          <w:b/>
                          <w:bCs/>
                          <w:color w:val="EE0000"/>
                          <w:sz w:val="24"/>
                          <w:szCs w:val="24"/>
                        </w:rPr>
                        <w:t xml:space="preserve">, </w:t>
                      </w:r>
                      <w:proofErr w:type="spellStart"/>
                      <w:r w:rsidRPr="00E30800">
                        <w:rPr>
                          <w:b/>
                          <w:bCs/>
                          <w:color w:val="EE0000"/>
                          <w:sz w:val="24"/>
                          <w:szCs w:val="24"/>
                        </w:rPr>
                        <w:t>gönüllü</w:t>
                      </w:r>
                      <w:proofErr w:type="spellEnd"/>
                      <w:r w:rsidRPr="00E30800">
                        <w:rPr>
                          <w:b/>
                          <w:bCs/>
                          <w:color w:val="EE0000"/>
                          <w:sz w:val="24"/>
                          <w:szCs w:val="24"/>
                        </w:rPr>
                        <w:t xml:space="preserve"> </w:t>
                      </w:r>
                      <w:proofErr w:type="spellStart"/>
                      <w:r w:rsidRPr="00E30800">
                        <w:rPr>
                          <w:b/>
                          <w:bCs/>
                          <w:color w:val="EE0000"/>
                          <w:sz w:val="24"/>
                          <w:szCs w:val="24"/>
                        </w:rPr>
                        <w:t>bağış</w:t>
                      </w:r>
                      <w:proofErr w:type="spellEnd"/>
                      <w:r w:rsidRPr="00E30800">
                        <w:rPr>
                          <w:b/>
                          <w:bCs/>
                          <w:color w:val="EE0000"/>
                          <w:sz w:val="24"/>
                          <w:szCs w:val="24"/>
                        </w:rPr>
                        <w:t>.</w:t>
                      </w:r>
                    </w:p>
                    <w:p w14:paraId="1A9D8B1A" w14:textId="77777777" w:rsidR="00107D10" w:rsidRPr="00E30800" w:rsidRDefault="00107D10" w:rsidP="00107D10">
                      <w:pPr>
                        <w:rPr>
                          <w:b/>
                          <w:bCs/>
                          <w:color w:val="EE0000"/>
                          <w:sz w:val="24"/>
                          <w:szCs w:val="24"/>
                        </w:rPr>
                      </w:pPr>
                    </w:p>
                    <w:p w14:paraId="28EE202A" w14:textId="77777777" w:rsidR="00107D10" w:rsidRDefault="00107D10" w:rsidP="00107D10">
                      <w:pPr>
                        <w:rPr>
                          <w:b/>
                          <w:bCs/>
                        </w:rPr>
                      </w:pPr>
                    </w:p>
                    <w:p w14:paraId="5254BC2E" w14:textId="77777777" w:rsidR="00107D10" w:rsidRPr="00E6166D" w:rsidRDefault="00107D10" w:rsidP="00107D10">
                      <w:pPr>
                        <w:rPr>
                          <w:b/>
                          <w:bCs/>
                        </w:rPr>
                      </w:pPr>
                    </w:p>
                  </w:txbxContent>
                </v:textbox>
              </v:rect>
            </w:pict>
          </mc:Fallback>
        </mc:AlternateContent>
      </w:r>
    </w:p>
    <w:p w14:paraId="2D64B10B" w14:textId="5F3D33C8" w:rsidR="006805A0" w:rsidRDefault="006805A0" w:rsidP="00A86CCB">
      <w:pPr>
        <w:pStyle w:val="AralkYok"/>
        <w:rPr>
          <w:b/>
          <w:bCs/>
        </w:rPr>
      </w:pPr>
    </w:p>
    <w:p w14:paraId="31AD6791" w14:textId="77777777" w:rsidR="00B03B19" w:rsidRPr="00B03B19" w:rsidRDefault="00B03B19" w:rsidP="00B03B19"/>
    <w:p w14:paraId="7823F942" w14:textId="77777777" w:rsidR="00B03B19" w:rsidRPr="00B03B19" w:rsidRDefault="00B03B19" w:rsidP="00B03B19"/>
    <w:p w14:paraId="036F7E87" w14:textId="77777777" w:rsidR="00B03B19" w:rsidRPr="00B03B19" w:rsidRDefault="00B03B19" w:rsidP="00B03B19"/>
    <w:p w14:paraId="6070A7AA" w14:textId="77777777" w:rsidR="00B03B19" w:rsidRDefault="00B03B19" w:rsidP="00B03B19">
      <w:pPr>
        <w:rPr>
          <w:b/>
          <w:bCs/>
        </w:rPr>
      </w:pPr>
    </w:p>
    <w:p w14:paraId="5F26FCA4" w14:textId="78F1ADEF" w:rsidR="00B03B19" w:rsidRPr="00B36936" w:rsidRDefault="00B03B19" w:rsidP="00B03B19">
      <w:pPr>
        <w:pStyle w:val="AralkYok"/>
        <w:jc w:val="center"/>
        <w:rPr>
          <w:rFonts w:ascii="Times New Roman" w:hAnsi="Times New Roman" w:cs="Times New Roman"/>
          <w:b/>
          <w:bCs/>
        </w:rPr>
      </w:pPr>
      <w:proofErr w:type="spellStart"/>
      <w:r w:rsidRPr="00B36936">
        <w:rPr>
          <w:rFonts w:ascii="Times New Roman" w:hAnsi="Times New Roman" w:cs="Times New Roman"/>
          <w:b/>
          <w:bCs/>
        </w:rPr>
        <w:t>Başarılar</w:t>
      </w:r>
      <w:proofErr w:type="spellEnd"/>
    </w:p>
    <w:p w14:paraId="75B71B22" w14:textId="77777777" w:rsidR="00B03B19" w:rsidRPr="00B36936" w:rsidRDefault="00B03B19" w:rsidP="00B03B19">
      <w:pPr>
        <w:pStyle w:val="AralkYok"/>
        <w:tabs>
          <w:tab w:val="left" w:pos="2490"/>
        </w:tabs>
        <w:jc w:val="center"/>
        <w:rPr>
          <w:rFonts w:ascii="Times New Roman" w:hAnsi="Times New Roman" w:cs="Times New Roman"/>
          <w:b/>
          <w:bCs/>
        </w:rPr>
      </w:pPr>
      <w:r w:rsidRPr="00B36936">
        <w:rPr>
          <w:rFonts w:ascii="Times New Roman" w:hAnsi="Times New Roman" w:cs="Times New Roman"/>
          <w:b/>
          <w:bCs/>
        </w:rPr>
        <w:t>Adem GÜNGÖR</w:t>
      </w:r>
    </w:p>
    <w:p w14:paraId="0C98D55A" w14:textId="77777777" w:rsidR="00B03B19" w:rsidRPr="00B36936" w:rsidRDefault="00B03B19" w:rsidP="00B03B19">
      <w:pPr>
        <w:pStyle w:val="AralkYok"/>
        <w:tabs>
          <w:tab w:val="left" w:pos="2985"/>
        </w:tabs>
        <w:jc w:val="center"/>
        <w:rPr>
          <w:b/>
          <w:bCs/>
        </w:rPr>
      </w:pPr>
      <w:proofErr w:type="spellStart"/>
      <w:r w:rsidRPr="00B36936">
        <w:rPr>
          <w:b/>
          <w:bCs/>
        </w:rPr>
        <w:t>Sosyal</w:t>
      </w:r>
      <w:proofErr w:type="spellEnd"/>
      <w:r w:rsidRPr="00B36936">
        <w:rPr>
          <w:b/>
          <w:bCs/>
        </w:rPr>
        <w:t xml:space="preserve"> </w:t>
      </w:r>
      <w:proofErr w:type="spellStart"/>
      <w:r w:rsidRPr="00B36936">
        <w:rPr>
          <w:b/>
          <w:bCs/>
        </w:rPr>
        <w:t>Bilgiler</w:t>
      </w:r>
      <w:proofErr w:type="spellEnd"/>
      <w:r w:rsidRPr="00B36936">
        <w:rPr>
          <w:b/>
          <w:bCs/>
        </w:rPr>
        <w:t xml:space="preserve"> Öğretmeni</w:t>
      </w:r>
    </w:p>
    <w:p w14:paraId="27C9469B" w14:textId="4E631FF5" w:rsidR="00B03B19" w:rsidRPr="00B03B19" w:rsidRDefault="00B03B19" w:rsidP="007F2BE3">
      <w:pPr>
        <w:tabs>
          <w:tab w:val="left" w:pos="3960"/>
        </w:tabs>
      </w:pPr>
    </w:p>
    <w:sectPr w:rsidR="00B03B19" w:rsidRPr="00B03B19" w:rsidSect="00427DB5">
      <w:headerReference w:type="even" r:id="rId8"/>
      <w:headerReference w:type="default" r:id="rId9"/>
      <w:footerReference w:type="even" r:id="rId10"/>
      <w:footerReference w:type="default" r:id="rId11"/>
      <w:headerReference w:type="first" r:id="rId12"/>
      <w:footerReference w:type="first" r:id="rId13"/>
      <w:pgSz w:w="11906" w:h="16838" w:code="9"/>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44BE8" w14:textId="77777777" w:rsidR="003E3D25" w:rsidRDefault="003E3D25" w:rsidP="00751D69">
      <w:pPr>
        <w:spacing w:after="0" w:line="240" w:lineRule="auto"/>
      </w:pPr>
      <w:r>
        <w:separator/>
      </w:r>
    </w:p>
  </w:endnote>
  <w:endnote w:type="continuationSeparator" w:id="0">
    <w:p w14:paraId="6542C529" w14:textId="77777777" w:rsidR="003E3D25" w:rsidRDefault="003E3D25" w:rsidP="00751D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A2"/>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045EE" w14:textId="77777777" w:rsidR="006A4B6F" w:rsidRDefault="006A4B6F">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27558" w14:textId="77777777" w:rsidR="006A4B6F" w:rsidRDefault="006A4B6F">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28867" w14:textId="77777777" w:rsidR="006A4B6F" w:rsidRDefault="006A4B6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92C64E" w14:textId="77777777" w:rsidR="003E3D25" w:rsidRDefault="003E3D25" w:rsidP="00751D69">
      <w:pPr>
        <w:spacing w:after="0" w:line="240" w:lineRule="auto"/>
      </w:pPr>
      <w:r>
        <w:separator/>
      </w:r>
    </w:p>
  </w:footnote>
  <w:footnote w:type="continuationSeparator" w:id="0">
    <w:p w14:paraId="14A2B3FA" w14:textId="77777777" w:rsidR="003E3D25" w:rsidRDefault="003E3D25" w:rsidP="00751D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F7AFD" w14:textId="77777777" w:rsidR="006A4B6F" w:rsidRDefault="006A4B6F">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E3E6A" w14:textId="6FB85B77" w:rsidR="00751D69" w:rsidRPr="00067B4A" w:rsidRDefault="006A4B6F" w:rsidP="00A15E0A">
    <w:pPr>
      <w:pStyle w:val="AralkYok"/>
      <w:jc w:val="center"/>
      <w:rPr>
        <w:b/>
        <w:bCs/>
      </w:rPr>
    </w:pPr>
    <w:r>
      <w:rPr>
        <w:noProof/>
      </w:rPr>
      <mc:AlternateContent>
        <mc:Choice Requires="wps">
          <w:drawing>
            <wp:anchor distT="0" distB="0" distL="114300" distR="114300" simplePos="0" relativeHeight="251659264" behindDoc="0" locked="0" layoutInCell="1" allowOverlap="1" wp14:anchorId="7EB7CE4A" wp14:editId="1E9A4B50">
              <wp:simplePos x="0" y="0"/>
              <wp:positionH relativeFrom="column">
                <wp:posOffset>5876925</wp:posOffset>
              </wp:positionH>
              <wp:positionV relativeFrom="paragraph">
                <wp:posOffset>-361951</wp:posOffset>
              </wp:positionV>
              <wp:extent cx="971550" cy="809625"/>
              <wp:effectExtent l="0" t="0" r="19050" b="28575"/>
              <wp:wrapNone/>
              <wp:docPr id="1885301572" name="Dikdörtgen 2"/>
              <wp:cNvGraphicFramePr/>
              <a:graphic xmlns:a="http://schemas.openxmlformats.org/drawingml/2006/main">
                <a:graphicData uri="http://schemas.microsoft.com/office/word/2010/wordprocessingShape">
                  <wps:wsp>
                    <wps:cNvSpPr/>
                    <wps:spPr>
                      <a:xfrm>
                        <a:off x="0" y="0"/>
                        <a:ext cx="971550" cy="809625"/>
                      </a:xfrm>
                      <a:prstGeom prst="rect">
                        <a:avLst/>
                      </a:prstGeom>
                    </wps:spPr>
                    <wps:style>
                      <a:lnRef idx="2">
                        <a:schemeClr val="dk1"/>
                      </a:lnRef>
                      <a:fillRef idx="1">
                        <a:schemeClr val="lt1"/>
                      </a:fillRef>
                      <a:effectRef idx="0">
                        <a:schemeClr val="dk1"/>
                      </a:effectRef>
                      <a:fontRef idx="minor">
                        <a:schemeClr val="dk1"/>
                      </a:fontRef>
                    </wps:style>
                    <wps:txbx>
                      <w:txbxContent>
                        <w:p w14:paraId="0C367121" w14:textId="7F4292C3" w:rsidR="00335F3F" w:rsidRPr="00067B4A" w:rsidRDefault="00335F3F" w:rsidP="00067B4A">
                          <w:pPr>
                            <w:pStyle w:val="AralkYok"/>
                            <w:jc w:val="both"/>
                            <w:rPr>
                              <w:b/>
                              <w:bCs/>
                              <w:sz w:val="28"/>
                              <w:szCs w:val="28"/>
                            </w:rPr>
                          </w:pPr>
                          <w:r w:rsidRPr="00067B4A">
                            <w:rPr>
                              <w:b/>
                              <w:bCs/>
                              <w:sz w:val="28"/>
                              <w:szCs w:val="28"/>
                            </w:rPr>
                            <w:t>PUAN:</w:t>
                          </w:r>
                        </w:p>
                        <w:p w14:paraId="101EC29B" w14:textId="77777777" w:rsidR="00067B4A" w:rsidRDefault="00067B4A" w:rsidP="00067B4A">
                          <w:pPr>
                            <w:pStyle w:val="AralkYok"/>
                            <w:jc w:val="both"/>
                          </w:pPr>
                        </w:p>
                        <w:p w14:paraId="687893AC" w14:textId="77777777" w:rsidR="00067B4A" w:rsidRDefault="00067B4A" w:rsidP="00067B4A">
                          <w:pPr>
                            <w:pStyle w:val="AralkYok"/>
                            <w:jc w:val="both"/>
                          </w:pPr>
                        </w:p>
                        <w:p w14:paraId="6DF6B718" w14:textId="77777777" w:rsidR="00067B4A" w:rsidRDefault="00067B4A" w:rsidP="00067B4A">
                          <w:pPr>
                            <w:pStyle w:val="AralkYok"/>
                            <w:jc w:val="both"/>
                          </w:pPr>
                        </w:p>
                        <w:p w14:paraId="6B479A1A" w14:textId="77777777" w:rsidR="00067B4A" w:rsidRDefault="00067B4A" w:rsidP="00067B4A">
                          <w:pPr>
                            <w:pStyle w:val="AralkYok"/>
                            <w:jc w:val="both"/>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B7CE4A" id="Dikdörtgen 2" o:spid="_x0000_s1038" style="position:absolute;left:0;text-align:left;margin-left:462.75pt;margin-top:-28.5pt;width:76.5pt;height:6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" fillcolor="white [3201]" strokecolor="black [3200]" strokeweight="2pt">
              <v:textbox>
                <w:txbxContent>
                  <w:p w14:paraId="0C367121" w14:textId="7F4292C3" w:rsidR="00335F3F" w:rsidRPr="00067B4A" w:rsidRDefault="00335F3F" w:rsidP="00067B4A">
                    <w:pPr>
                      <w:pStyle w:val="AralkYok"/>
                      <w:jc w:val="both"/>
                      <w:rPr>
                        <w:b/>
                        <w:bCs/>
                        <w:sz w:val="28"/>
                        <w:szCs w:val="28"/>
                      </w:rPr>
                    </w:pPr>
                    <w:r w:rsidRPr="00067B4A">
                      <w:rPr>
                        <w:b/>
                        <w:bCs/>
                        <w:sz w:val="28"/>
                        <w:szCs w:val="28"/>
                      </w:rPr>
                      <w:t>PUAN:</w:t>
                    </w:r>
                  </w:p>
                  <w:p w14:paraId="101EC29B" w14:textId="77777777" w:rsidR="00067B4A" w:rsidRDefault="00067B4A" w:rsidP="00067B4A">
                    <w:pPr>
                      <w:pStyle w:val="AralkYok"/>
                      <w:jc w:val="both"/>
                    </w:pPr>
                  </w:p>
                  <w:p w14:paraId="687893AC" w14:textId="77777777" w:rsidR="00067B4A" w:rsidRDefault="00067B4A" w:rsidP="00067B4A">
                    <w:pPr>
                      <w:pStyle w:val="AralkYok"/>
                      <w:jc w:val="both"/>
                    </w:pPr>
                  </w:p>
                  <w:p w14:paraId="6DF6B718" w14:textId="77777777" w:rsidR="00067B4A" w:rsidRDefault="00067B4A" w:rsidP="00067B4A">
                    <w:pPr>
                      <w:pStyle w:val="AralkYok"/>
                      <w:jc w:val="both"/>
                    </w:pPr>
                  </w:p>
                  <w:p w14:paraId="6B479A1A" w14:textId="77777777" w:rsidR="00067B4A" w:rsidRDefault="00067B4A" w:rsidP="00067B4A">
                    <w:pPr>
                      <w:pStyle w:val="AralkYok"/>
                      <w:jc w:val="both"/>
                    </w:pPr>
                  </w:p>
                </w:txbxContent>
              </v:textbox>
            </v:rect>
          </w:pict>
        </mc:Fallback>
      </mc:AlternateContent>
    </w:r>
    <w:r>
      <w:rPr>
        <w:noProof/>
      </w:rPr>
      <mc:AlternateContent>
        <mc:Choice Requires="wps">
          <w:drawing>
            <wp:anchor distT="0" distB="0" distL="114300" distR="114300" simplePos="0" relativeHeight="251654144" behindDoc="0" locked="0" layoutInCell="1" allowOverlap="1" wp14:anchorId="69D6656C" wp14:editId="157C3B4A">
              <wp:simplePos x="0" y="0"/>
              <wp:positionH relativeFrom="column">
                <wp:posOffset>1114425</wp:posOffset>
              </wp:positionH>
              <wp:positionV relativeFrom="paragraph">
                <wp:posOffset>-361951</wp:posOffset>
              </wp:positionV>
              <wp:extent cx="4762500" cy="809625"/>
              <wp:effectExtent l="0" t="0" r="19050" b="28575"/>
              <wp:wrapNone/>
              <wp:docPr id="1414679128" name="Dikdörtgen 3"/>
              <wp:cNvGraphicFramePr/>
              <a:graphic xmlns:a="http://schemas.openxmlformats.org/drawingml/2006/main">
                <a:graphicData uri="http://schemas.microsoft.com/office/word/2010/wordprocessingShape">
                  <wps:wsp>
                    <wps:cNvSpPr/>
                    <wps:spPr>
                      <a:xfrm>
                        <a:off x="0" y="0"/>
                        <a:ext cx="4762500" cy="809625"/>
                      </a:xfrm>
                      <a:prstGeom prst="rect">
                        <a:avLst/>
                      </a:prstGeom>
                    </wps:spPr>
                    <wps:style>
                      <a:lnRef idx="2">
                        <a:schemeClr val="dk1"/>
                      </a:lnRef>
                      <a:fillRef idx="1">
                        <a:schemeClr val="lt1"/>
                      </a:fillRef>
                      <a:effectRef idx="0">
                        <a:schemeClr val="dk1"/>
                      </a:effectRef>
                      <a:fontRef idx="minor">
                        <a:schemeClr val="dk1"/>
                      </a:fontRef>
                    </wps:style>
                    <wps:txbx>
                      <w:txbxContent>
                        <w:p w14:paraId="6268DA7A" w14:textId="77777777" w:rsidR="00910CA7" w:rsidRDefault="00910CA7" w:rsidP="00910CA7">
                          <w:pPr>
                            <w:pStyle w:val="AralkYok"/>
                            <w:jc w:val="center"/>
                            <w:rPr>
                              <w:b/>
                              <w:bCs/>
                            </w:rPr>
                          </w:pPr>
                        </w:p>
                        <w:p w14:paraId="68225D3D" w14:textId="1B08A26B" w:rsidR="0059295C" w:rsidRDefault="0059295C" w:rsidP="00910CA7">
                          <w:pPr>
                            <w:pStyle w:val="AralkYok"/>
                            <w:jc w:val="center"/>
                            <w:rPr>
                              <w:b/>
                              <w:bCs/>
                            </w:rPr>
                          </w:pPr>
                          <w:r>
                            <w:rPr>
                              <w:b/>
                              <w:bCs/>
                            </w:rPr>
                            <w:t xml:space="preserve">2025-2026 EĞİTİM </w:t>
                          </w:r>
                          <w:proofErr w:type="spellStart"/>
                          <w:r>
                            <w:rPr>
                              <w:b/>
                              <w:bCs/>
                            </w:rPr>
                            <w:t>ve</w:t>
                          </w:r>
                          <w:proofErr w:type="spellEnd"/>
                          <w:r>
                            <w:rPr>
                              <w:b/>
                              <w:bCs/>
                            </w:rPr>
                            <w:t xml:space="preserve"> Ö</w:t>
                          </w:r>
                          <w:r w:rsidR="00C238D2">
                            <w:rPr>
                              <w:b/>
                              <w:bCs/>
                            </w:rPr>
                            <w:t>ĞRETİM YILI</w:t>
                          </w:r>
                        </w:p>
                        <w:p w14:paraId="0E9A69A7" w14:textId="584B9F12" w:rsidR="00910CA7" w:rsidRDefault="00910CA7" w:rsidP="00910CA7">
                          <w:pPr>
                            <w:pStyle w:val="AralkYok"/>
                            <w:jc w:val="center"/>
                          </w:pPr>
                          <w:r w:rsidRPr="00067B4A">
                            <w:rPr>
                              <w:b/>
                              <w:bCs/>
                            </w:rPr>
                            <w:t>ILICALAR ŞEHİT MANSUR SALCAN/ILICALAR İMAM HATİP ORTAOKULU</w:t>
                          </w:r>
                          <w:r w:rsidRPr="00067B4A">
                            <w:rPr>
                              <w:b/>
                              <w:bCs/>
                            </w:rPr>
                            <w:br/>
                          </w:r>
                          <w:r>
                            <w:rPr>
                              <w:b/>
                              <w:bCs/>
                            </w:rPr>
                            <w:t xml:space="preserve">                    </w:t>
                          </w:r>
                          <w:r w:rsidRPr="00067B4A">
                            <w:rPr>
                              <w:b/>
                              <w:bCs/>
                            </w:rPr>
                            <w:t>5. SINIF SOSYAL BİLGİLER DERSİ</w:t>
                          </w:r>
                          <w:r w:rsidRPr="00067B4A">
                            <w:rPr>
                              <w:b/>
                              <w:bCs/>
                            </w:rPr>
                            <w:br/>
                          </w:r>
                          <w:r>
                            <w:rPr>
                              <w:b/>
                              <w:bCs/>
                            </w:rPr>
                            <w:t xml:space="preserve">                     </w:t>
                          </w:r>
                          <w:r w:rsidRPr="00067B4A">
                            <w:rPr>
                              <w:b/>
                              <w:bCs/>
                            </w:rPr>
                            <w:t>1. DÖNEM 1. YAZILI SINAVI</w:t>
                          </w:r>
                        </w:p>
                        <w:p w14:paraId="6D6E64A4" w14:textId="77777777" w:rsidR="00910CA7" w:rsidRDefault="00910CA7" w:rsidP="00910CA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D6656C" id="Dikdörtgen 3" o:spid="_x0000_s1039" style="position:absolute;left:0;text-align:left;margin-left:87.75pt;margin-top:-28.5pt;width:375pt;height:63.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" fillcolor="white [3201]" strokecolor="black [3200]" strokeweight="2pt">
              <v:textbox>
                <w:txbxContent>
                  <w:p w14:paraId="6268DA7A" w14:textId="77777777" w:rsidR="00910CA7" w:rsidRDefault="00910CA7" w:rsidP="00910CA7">
                    <w:pPr>
                      <w:pStyle w:val="AralkYok"/>
                      <w:jc w:val="center"/>
                      <w:rPr>
                        <w:b/>
                        <w:bCs/>
                      </w:rPr>
                    </w:pPr>
                  </w:p>
                  <w:p w14:paraId="68225D3D" w14:textId="1B08A26B" w:rsidR="0059295C" w:rsidRDefault="0059295C" w:rsidP="00910CA7">
                    <w:pPr>
                      <w:pStyle w:val="AralkYok"/>
                      <w:jc w:val="center"/>
                      <w:rPr>
                        <w:b/>
                        <w:bCs/>
                      </w:rPr>
                    </w:pPr>
                    <w:r>
                      <w:rPr>
                        <w:b/>
                        <w:bCs/>
                      </w:rPr>
                      <w:t xml:space="preserve">2025-2026 EĞİTİM </w:t>
                    </w:r>
                    <w:proofErr w:type="spellStart"/>
                    <w:r>
                      <w:rPr>
                        <w:b/>
                        <w:bCs/>
                      </w:rPr>
                      <w:t>ve</w:t>
                    </w:r>
                    <w:proofErr w:type="spellEnd"/>
                    <w:r>
                      <w:rPr>
                        <w:b/>
                        <w:bCs/>
                      </w:rPr>
                      <w:t xml:space="preserve"> Ö</w:t>
                    </w:r>
                    <w:r w:rsidR="00C238D2">
                      <w:rPr>
                        <w:b/>
                        <w:bCs/>
                      </w:rPr>
                      <w:t>ĞRETİM YILI</w:t>
                    </w:r>
                  </w:p>
                  <w:p w14:paraId="0E9A69A7" w14:textId="584B9F12" w:rsidR="00910CA7" w:rsidRDefault="00910CA7" w:rsidP="00910CA7">
                    <w:pPr>
                      <w:pStyle w:val="AralkYok"/>
                      <w:jc w:val="center"/>
                    </w:pPr>
                    <w:r w:rsidRPr="00067B4A">
                      <w:rPr>
                        <w:b/>
                        <w:bCs/>
                      </w:rPr>
                      <w:t>ILICALAR ŞEHİT MANSUR SALCAN/ILICALAR İMAM HATİP ORTAOKULU</w:t>
                    </w:r>
                    <w:r w:rsidRPr="00067B4A">
                      <w:rPr>
                        <w:b/>
                        <w:bCs/>
                      </w:rPr>
                      <w:br/>
                    </w:r>
                    <w:r>
                      <w:rPr>
                        <w:b/>
                        <w:bCs/>
                      </w:rPr>
                      <w:t xml:space="preserve">                    </w:t>
                    </w:r>
                    <w:r w:rsidRPr="00067B4A">
                      <w:rPr>
                        <w:b/>
                        <w:bCs/>
                      </w:rPr>
                      <w:t>5. SINIF SOSYAL BİLGİLER DERSİ</w:t>
                    </w:r>
                    <w:r w:rsidRPr="00067B4A">
                      <w:rPr>
                        <w:b/>
                        <w:bCs/>
                      </w:rPr>
                      <w:br/>
                    </w:r>
                    <w:r>
                      <w:rPr>
                        <w:b/>
                        <w:bCs/>
                      </w:rPr>
                      <w:t xml:space="preserve">                     </w:t>
                    </w:r>
                    <w:r w:rsidRPr="00067B4A">
                      <w:rPr>
                        <w:b/>
                        <w:bCs/>
                      </w:rPr>
                      <w:t>1. DÖNEM 1. YAZILI SINAVI</w:t>
                    </w:r>
                  </w:p>
                  <w:p w14:paraId="6D6E64A4" w14:textId="77777777" w:rsidR="00910CA7" w:rsidRDefault="00910CA7" w:rsidP="00910CA7">
                    <w:pPr>
                      <w:jc w:val="center"/>
                    </w:pPr>
                  </w:p>
                </w:txbxContent>
              </v:textbox>
            </v:rect>
          </w:pict>
        </mc:Fallback>
      </mc:AlternateContent>
    </w:r>
    <w:r w:rsidR="007D02BE">
      <w:rPr>
        <w:noProof/>
      </w:rPr>
      <mc:AlternateContent>
        <mc:Choice Requires="wps">
          <w:drawing>
            <wp:anchor distT="0" distB="0" distL="114300" distR="114300" simplePos="0" relativeHeight="251657216" behindDoc="0" locked="0" layoutInCell="1" allowOverlap="1" wp14:anchorId="202F0AD6" wp14:editId="35D9BFFD">
              <wp:simplePos x="0" y="0"/>
              <wp:positionH relativeFrom="column">
                <wp:posOffset>-533400</wp:posOffset>
              </wp:positionH>
              <wp:positionV relativeFrom="paragraph">
                <wp:posOffset>-361951</wp:posOffset>
              </wp:positionV>
              <wp:extent cx="1647825" cy="809625"/>
              <wp:effectExtent l="0" t="0" r="28575" b="28575"/>
              <wp:wrapNone/>
              <wp:docPr id="120618854" name="Dikdörtgen 1"/>
              <wp:cNvGraphicFramePr/>
              <a:graphic xmlns:a="http://schemas.openxmlformats.org/drawingml/2006/main">
                <a:graphicData uri="http://schemas.microsoft.com/office/word/2010/wordprocessingShape">
                  <wps:wsp>
                    <wps:cNvSpPr/>
                    <wps:spPr>
                      <a:xfrm>
                        <a:off x="0" y="0"/>
                        <a:ext cx="1647825" cy="809625"/>
                      </a:xfrm>
                      <a:prstGeom prst="rect">
                        <a:avLst/>
                      </a:prstGeom>
                    </wps:spPr>
                    <wps:style>
                      <a:lnRef idx="2">
                        <a:schemeClr val="dk1"/>
                      </a:lnRef>
                      <a:fillRef idx="1">
                        <a:schemeClr val="lt1"/>
                      </a:fillRef>
                      <a:effectRef idx="0">
                        <a:schemeClr val="dk1"/>
                      </a:effectRef>
                      <a:fontRef idx="minor">
                        <a:schemeClr val="dk1"/>
                      </a:fontRef>
                    </wps:style>
                    <wps:txbx>
                      <w:txbxContent>
                        <w:p w14:paraId="3475875B" w14:textId="7EAA0C61" w:rsidR="00FA28B7" w:rsidRPr="00581F11" w:rsidRDefault="00396491" w:rsidP="00396491">
                          <w:pPr>
                            <w:pStyle w:val="AralkYok"/>
                            <w:rPr>
                              <w:b/>
                              <w:bCs/>
                              <w:sz w:val="24"/>
                              <w:szCs w:val="24"/>
                            </w:rPr>
                          </w:pPr>
                          <w:proofErr w:type="spellStart"/>
                          <w:r w:rsidRPr="00581F11">
                            <w:rPr>
                              <w:b/>
                              <w:bCs/>
                              <w:sz w:val="24"/>
                              <w:szCs w:val="24"/>
                            </w:rPr>
                            <w:t>Adı</w:t>
                          </w:r>
                          <w:proofErr w:type="spellEnd"/>
                          <w:r w:rsidRPr="00581F11">
                            <w:rPr>
                              <w:b/>
                              <w:bCs/>
                              <w:sz w:val="24"/>
                              <w:szCs w:val="24"/>
                            </w:rPr>
                            <w:t>:</w:t>
                          </w:r>
                        </w:p>
                        <w:p w14:paraId="7B8680CC" w14:textId="4A03661B" w:rsidR="00396491" w:rsidRPr="00581F11" w:rsidRDefault="00396491" w:rsidP="00396491">
                          <w:pPr>
                            <w:pStyle w:val="AralkYok"/>
                            <w:rPr>
                              <w:b/>
                              <w:bCs/>
                              <w:sz w:val="24"/>
                              <w:szCs w:val="24"/>
                            </w:rPr>
                          </w:pPr>
                          <w:proofErr w:type="spellStart"/>
                          <w:r w:rsidRPr="00581F11">
                            <w:rPr>
                              <w:b/>
                              <w:bCs/>
                              <w:sz w:val="24"/>
                              <w:szCs w:val="24"/>
                            </w:rPr>
                            <w:t>Soyadı</w:t>
                          </w:r>
                          <w:proofErr w:type="spellEnd"/>
                          <w:r w:rsidRPr="00581F11">
                            <w:rPr>
                              <w:b/>
                              <w:bCs/>
                              <w:sz w:val="24"/>
                              <w:szCs w:val="24"/>
                            </w:rPr>
                            <w:t>:</w:t>
                          </w:r>
                        </w:p>
                        <w:p w14:paraId="2E595549" w14:textId="6AAF5055" w:rsidR="00396491" w:rsidRPr="00581F11" w:rsidRDefault="00396491" w:rsidP="00396491">
                          <w:pPr>
                            <w:pStyle w:val="AralkYok"/>
                            <w:rPr>
                              <w:b/>
                              <w:bCs/>
                              <w:sz w:val="24"/>
                              <w:szCs w:val="24"/>
                            </w:rPr>
                          </w:pPr>
                          <w:proofErr w:type="spellStart"/>
                          <w:r w:rsidRPr="00581F11">
                            <w:rPr>
                              <w:b/>
                              <w:bCs/>
                              <w:sz w:val="24"/>
                              <w:szCs w:val="24"/>
                            </w:rPr>
                            <w:t>Sınıfı</w:t>
                          </w:r>
                          <w:proofErr w:type="spellEnd"/>
                          <w:r w:rsidRPr="00581F11">
                            <w:rPr>
                              <w:b/>
                              <w:bCs/>
                              <w:sz w:val="24"/>
                              <w:szCs w:val="24"/>
                            </w:rPr>
                            <w:t>:</w:t>
                          </w:r>
                        </w:p>
                        <w:p w14:paraId="239CC954" w14:textId="2976EC16" w:rsidR="00396491" w:rsidRDefault="00396491" w:rsidP="00396491">
                          <w:pPr>
                            <w:pStyle w:val="AralkYok"/>
                            <w:rPr>
                              <w:b/>
                              <w:bCs/>
                              <w:sz w:val="24"/>
                              <w:szCs w:val="24"/>
                            </w:rPr>
                          </w:pPr>
                          <w:r w:rsidRPr="00581F11">
                            <w:rPr>
                              <w:b/>
                              <w:bCs/>
                              <w:sz w:val="24"/>
                              <w:szCs w:val="24"/>
                            </w:rPr>
                            <w:t>No:</w:t>
                          </w:r>
                        </w:p>
                        <w:p w14:paraId="6CEC7B58" w14:textId="77777777" w:rsidR="00581F11" w:rsidRPr="00581F11" w:rsidRDefault="00581F11" w:rsidP="00396491">
                          <w:pPr>
                            <w:pStyle w:val="AralkYok"/>
                            <w:rPr>
                              <w:b/>
                              <w:bCs/>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2F0AD6" id="Dikdörtgen 1" o:spid="_x0000_s1040" style="position:absolute;left:0;text-align:left;margin-left:-42pt;margin-top:-28.5pt;width:129.75pt;height:63.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" fillcolor="white [3201]" strokecolor="black [3200]" strokeweight="2pt">
              <v:textbox>
                <w:txbxContent>
                  <w:p w14:paraId="3475875B" w14:textId="7EAA0C61" w:rsidR="00FA28B7" w:rsidRPr="00581F11" w:rsidRDefault="00396491" w:rsidP="00396491">
                    <w:pPr>
                      <w:pStyle w:val="AralkYok"/>
                      <w:rPr>
                        <w:b/>
                        <w:bCs/>
                        <w:sz w:val="24"/>
                        <w:szCs w:val="24"/>
                      </w:rPr>
                    </w:pPr>
                    <w:proofErr w:type="spellStart"/>
                    <w:r w:rsidRPr="00581F11">
                      <w:rPr>
                        <w:b/>
                        <w:bCs/>
                        <w:sz w:val="24"/>
                        <w:szCs w:val="24"/>
                      </w:rPr>
                      <w:t>Adı</w:t>
                    </w:r>
                    <w:proofErr w:type="spellEnd"/>
                    <w:r w:rsidRPr="00581F11">
                      <w:rPr>
                        <w:b/>
                        <w:bCs/>
                        <w:sz w:val="24"/>
                        <w:szCs w:val="24"/>
                      </w:rPr>
                      <w:t>:</w:t>
                    </w:r>
                  </w:p>
                  <w:p w14:paraId="7B8680CC" w14:textId="4A03661B" w:rsidR="00396491" w:rsidRPr="00581F11" w:rsidRDefault="00396491" w:rsidP="00396491">
                    <w:pPr>
                      <w:pStyle w:val="AralkYok"/>
                      <w:rPr>
                        <w:b/>
                        <w:bCs/>
                        <w:sz w:val="24"/>
                        <w:szCs w:val="24"/>
                      </w:rPr>
                    </w:pPr>
                    <w:proofErr w:type="spellStart"/>
                    <w:r w:rsidRPr="00581F11">
                      <w:rPr>
                        <w:b/>
                        <w:bCs/>
                        <w:sz w:val="24"/>
                        <w:szCs w:val="24"/>
                      </w:rPr>
                      <w:t>Soyadı</w:t>
                    </w:r>
                    <w:proofErr w:type="spellEnd"/>
                    <w:r w:rsidRPr="00581F11">
                      <w:rPr>
                        <w:b/>
                        <w:bCs/>
                        <w:sz w:val="24"/>
                        <w:szCs w:val="24"/>
                      </w:rPr>
                      <w:t>:</w:t>
                    </w:r>
                  </w:p>
                  <w:p w14:paraId="2E595549" w14:textId="6AAF5055" w:rsidR="00396491" w:rsidRPr="00581F11" w:rsidRDefault="00396491" w:rsidP="00396491">
                    <w:pPr>
                      <w:pStyle w:val="AralkYok"/>
                      <w:rPr>
                        <w:b/>
                        <w:bCs/>
                        <w:sz w:val="24"/>
                        <w:szCs w:val="24"/>
                      </w:rPr>
                    </w:pPr>
                    <w:proofErr w:type="spellStart"/>
                    <w:r w:rsidRPr="00581F11">
                      <w:rPr>
                        <w:b/>
                        <w:bCs/>
                        <w:sz w:val="24"/>
                        <w:szCs w:val="24"/>
                      </w:rPr>
                      <w:t>Sınıfı</w:t>
                    </w:r>
                    <w:proofErr w:type="spellEnd"/>
                    <w:r w:rsidRPr="00581F11">
                      <w:rPr>
                        <w:b/>
                        <w:bCs/>
                        <w:sz w:val="24"/>
                        <w:szCs w:val="24"/>
                      </w:rPr>
                      <w:t>:</w:t>
                    </w:r>
                  </w:p>
                  <w:p w14:paraId="239CC954" w14:textId="2976EC16" w:rsidR="00396491" w:rsidRDefault="00396491" w:rsidP="00396491">
                    <w:pPr>
                      <w:pStyle w:val="AralkYok"/>
                      <w:rPr>
                        <w:b/>
                        <w:bCs/>
                        <w:sz w:val="24"/>
                        <w:szCs w:val="24"/>
                      </w:rPr>
                    </w:pPr>
                    <w:r w:rsidRPr="00581F11">
                      <w:rPr>
                        <w:b/>
                        <w:bCs/>
                        <w:sz w:val="24"/>
                        <w:szCs w:val="24"/>
                      </w:rPr>
                      <w:t>No:</w:t>
                    </w:r>
                  </w:p>
                  <w:p w14:paraId="6CEC7B58" w14:textId="77777777" w:rsidR="00581F11" w:rsidRPr="00581F11" w:rsidRDefault="00581F11" w:rsidP="00396491">
                    <w:pPr>
                      <w:pStyle w:val="AralkYok"/>
                      <w:rPr>
                        <w:b/>
                        <w:bCs/>
                        <w:sz w:val="24"/>
                        <w:szCs w:val="24"/>
                      </w:rPr>
                    </w:pPr>
                  </w:p>
                </w:txbxContent>
              </v:textbox>
            </v:rect>
          </w:pict>
        </mc:Fallback>
      </mc:AlternateContent>
    </w:r>
  </w:p>
  <w:p w14:paraId="4D1C52B4" w14:textId="17B0F3E4" w:rsidR="00751D69" w:rsidRDefault="00751D69">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15752" w14:textId="77777777" w:rsidR="006A4B6F" w:rsidRDefault="006A4B6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ara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ara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Maddemi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Maddemi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ara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Maddemi"/>
      <w:lvlText w:val=""/>
      <w:lvlJc w:val="left"/>
      <w:pPr>
        <w:tabs>
          <w:tab w:val="num" w:pos="360"/>
        </w:tabs>
        <w:ind w:left="360" w:hanging="360"/>
      </w:pPr>
      <w:rPr>
        <w:rFonts w:ascii="Symbol" w:hAnsi="Symbol" w:hint="default"/>
      </w:rPr>
    </w:lvl>
  </w:abstractNum>
  <w:abstractNum w:abstractNumId="9" w15:restartNumberingAfterBreak="0">
    <w:nsid w:val="05E6794A"/>
    <w:multiLevelType w:val="hybridMultilevel"/>
    <w:tmpl w:val="BF165D38"/>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0D5064AE"/>
    <w:multiLevelType w:val="hybridMultilevel"/>
    <w:tmpl w:val="7AA6CDAA"/>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1" w15:restartNumberingAfterBreak="0">
    <w:nsid w:val="1CF403AF"/>
    <w:multiLevelType w:val="hybridMultilevel"/>
    <w:tmpl w:val="AA18C752"/>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4B246DBD"/>
    <w:multiLevelType w:val="hybridMultilevel"/>
    <w:tmpl w:val="58763B60"/>
    <w:lvl w:ilvl="0" w:tplc="FFFFFFFF">
      <w:start w:val="1"/>
      <w:numFmt w:val="decimal"/>
      <w:lvlText w:val="%1."/>
      <w:lvlJc w:val="left"/>
      <w:pPr>
        <w:ind w:left="360" w:hanging="3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4E8B63A5"/>
    <w:multiLevelType w:val="hybridMultilevel"/>
    <w:tmpl w:val="58763B60"/>
    <w:lvl w:ilvl="0" w:tplc="5B3ECDF0">
      <w:start w:val="1"/>
      <w:numFmt w:val="decimal"/>
      <w:lvlText w:val="%1."/>
      <w:lvlJc w:val="left"/>
      <w:pPr>
        <w:ind w:left="360" w:hanging="360"/>
      </w:pPr>
      <w:rPr>
        <w:rFonts w:hint="default"/>
        <w:b/>
        <w:bCs/>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4" w15:restartNumberingAfterBreak="0">
    <w:nsid w:val="70E432E9"/>
    <w:multiLevelType w:val="hybridMultilevel"/>
    <w:tmpl w:val="BFB881EA"/>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730D7F15"/>
    <w:multiLevelType w:val="hybridMultilevel"/>
    <w:tmpl w:val="2D4624B8"/>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140346392">
    <w:abstractNumId w:val="8"/>
  </w:num>
  <w:num w:numId="2" w16cid:durableId="1034040238">
    <w:abstractNumId w:val="6"/>
  </w:num>
  <w:num w:numId="3" w16cid:durableId="700280633">
    <w:abstractNumId w:val="5"/>
  </w:num>
  <w:num w:numId="4" w16cid:durableId="773860983">
    <w:abstractNumId w:val="4"/>
  </w:num>
  <w:num w:numId="5" w16cid:durableId="974607319">
    <w:abstractNumId w:val="7"/>
  </w:num>
  <w:num w:numId="6" w16cid:durableId="915432177">
    <w:abstractNumId w:val="3"/>
  </w:num>
  <w:num w:numId="7" w16cid:durableId="688678709">
    <w:abstractNumId w:val="2"/>
  </w:num>
  <w:num w:numId="8" w16cid:durableId="1503157624">
    <w:abstractNumId w:val="1"/>
  </w:num>
  <w:num w:numId="9" w16cid:durableId="1992756981">
    <w:abstractNumId w:val="0"/>
  </w:num>
  <w:num w:numId="10" w16cid:durableId="1374580184">
    <w:abstractNumId w:val="13"/>
  </w:num>
  <w:num w:numId="11" w16cid:durableId="1044332173">
    <w:abstractNumId w:val="12"/>
  </w:num>
  <w:num w:numId="12" w16cid:durableId="1506479708">
    <w:abstractNumId w:val="9"/>
  </w:num>
  <w:num w:numId="13" w16cid:durableId="1688097353">
    <w:abstractNumId w:val="14"/>
  </w:num>
  <w:num w:numId="14" w16cid:durableId="1709253323">
    <w:abstractNumId w:val="10"/>
  </w:num>
  <w:num w:numId="15" w16cid:durableId="996226544">
    <w:abstractNumId w:val="15"/>
  </w:num>
  <w:num w:numId="16" w16cid:durableId="20572003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50367"/>
    <w:rsid w:val="00051A18"/>
    <w:rsid w:val="00057206"/>
    <w:rsid w:val="0006063C"/>
    <w:rsid w:val="00067B4A"/>
    <w:rsid w:val="000C5BDB"/>
    <w:rsid w:val="000F47BA"/>
    <w:rsid w:val="00107D10"/>
    <w:rsid w:val="00125666"/>
    <w:rsid w:val="0015074B"/>
    <w:rsid w:val="001A4543"/>
    <w:rsid w:val="0029639D"/>
    <w:rsid w:val="0030535E"/>
    <w:rsid w:val="00326F90"/>
    <w:rsid w:val="00335F3F"/>
    <w:rsid w:val="003657D0"/>
    <w:rsid w:val="00381A53"/>
    <w:rsid w:val="00396491"/>
    <w:rsid w:val="003C1169"/>
    <w:rsid w:val="003E3D25"/>
    <w:rsid w:val="00427DB5"/>
    <w:rsid w:val="00456838"/>
    <w:rsid w:val="004A480E"/>
    <w:rsid w:val="00581F11"/>
    <w:rsid w:val="0059295C"/>
    <w:rsid w:val="005A2099"/>
    <w:rsid w:val="005C3A72"/>
    <w:rsid w:val="005D15F3"/>
    <w:rsid w:val="006805A0"/>
    <w:rsid w:val="00697EE6"/>
    <w:rsid w:val="006A4B6F"/>
    <w:rsid w:val="006F064C"/>
    <w:rsid w:val="00724FEE"/>
    <w:rsid w:val="0074400B"/>
    <w:rsid w:val="00751D69"/>
    <w:rsid w:val="00755992"/>
    <w:rsid w:val="007D02BE"/>
    <w:rsid w:val="007E3B19"/>
    <w:rsid w:val="007F2BE3"/>
    <w:rsid w:val="00910CA7"/>
    <w:rsid w:val="009C3F22"/>
    <w:rsid w:val="00A15E0A"/>
    <w:rsid w:val="00A86CCB"/>
    <w:rsid w:val="00AA0D23"/>
    <w:rsid w:val="00AA1D8D"/>
    <w:rsid w:val="00B03B19"/>
    <w:rsid w:val="00B36936"/>
    <w:rsid w:val="00B47730"/>
    <w:rsid w:val="00B95CF3"/>
    <w:rsid w:val="00BB1B77"/>
    <w:rsid w:val="00C07F8C"/>
    <w:rsid w:val="00C2201F"/>
    <w:rsid w:val="00C238D2"/>
    <w:rsid w:val="00C502F0"/>
    <w:rsid w:val="00CA5F49"/>
    <w:rsid w:val="00CB0664"/>
    <w:rsid w:val="00E26F97"/>
    <w:rsid w:val="00E30800"/>
    <w:rsid w:val="00E6166D"/>
    <w:rsid w:val="00E751AD"/>
    <w:rsid w:val="00E8302E"/>
    <w:rsid w:val="00EB2C68"/>
    <w:rsid w:val="00EF68AC"/>
    <w:rsid w:val="00F27450"/>
    <w:rsid w:val="00F73577"/>
    <w:rsid w:val="00FA28B7"/>
    <w:rsid w:val="00FC693F"/>
    <w:rsid w:val="00FD3DCE"/>
    <w:rsid w:val="00FF0D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4062061"/>
  <w14:defaultImageDpi w14:val="300"/>
  <w15:docId w15:val="{CB537F4F-A60F-4D4C-BE60-A621C276F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Balk1">
    <w:name w:val="heading 1"/>
    <w:basedOn w:val="Normal"/>
    <w:next w:val="Normal"/>
    <w:link w:val="Bal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alk7">
    <w:name w:val="heading 7"/>
    <w:basedOn w:val="Normal"/>
    <w:next w:val="Normal"/>
    <w:link w:val="Bal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alk9">
    <w:name w:val="heading 9"/>
    <w:basedOn w:val="Normal"/>
    <w:next w:val="Normal"/>
    <w:link w:val="Bal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18BF"/>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E618BF"/>
  </w:style>
  <w:style w:type="paragraph" w:styleId="AltBilgi">
    <w:name w:val="footer"/>
    <w:basedOn w:val="Normal"/>
    <w:link w:val="AltBilgiChar"/>
    <w:uiPriority w:val="99"/>
    <w:unhideWhenUsed/>
    <w:rsid w:val="00E618BF"/>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E618BF"/>
  </w:style>
  <w:style w:type="paragraph" w:styleId="AralkYok">
    <w:name w:val="No Spacing"/>
    <w:uiPriority w:val="1"/>
    <w:qFormat/>
    <w:rsid w:val="00FC693F"/>
    <w:pPr>
      <w:spacing w:after="0" w:line="240" w:lineRule="auto"/>
    </w:pPr>
  </w:style>
  <w:style w:type="character" w:customStyle="1" w:styleId="Balk1Char">
    <w:name w:val="Başlık 1 Char"/>
    <w:basedOn w:val="VarsaylanParagrafYazTipi"/>
    <w:link w:val="Bal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rsid w:val="00FC693F"/>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rsid w:val="00FC693F"/>
    <w:rPr>
      <w:rFonts w:asciiTheme="majorHAnsi" w:eastAsiaTheme="majorEastAsia" w:hAnsiTheme="majorHAnsi" w:cstheme="majorBidi"/>
      <w:b/>
      <w:bCs/>
      <w:color w:val="4F81BD" w:themeColor="accent1"/>
    </w:rPr>
  </w:style>
  <w:style w:type="paragraph" w:styleId="KonuBal">
    <w:name w:val="Title"/>
    <w:basedOn w:val="Normal"/>
    <w:next w:val="Normal"/>
    <w:link w:val="KonuBa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ltyaz">
    <w:name w:val="Subtitle"/>
    <w:basedOn w:val="Normal"/>
    <w:next w:val="Normal"/>
    <w:link w:val="Altyaz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tyazChar">
    <w:name w:val="Altyazı Char"/>
    <w:basedOn w:val="VarsaylanParagrafYazTipi"/>
    <w:link w:val="Altyaz"/>
    <w:uiPriority w:val="11"/>
    <w:rsid w:val="00FC693F"/>
    <w:rPr>
      <w:rFonts w:asciiTheme="majorHAnsi" w:eastAsiaTheme="majorEastAsia" w:hAnsiTheme="majorHAnsi" w:cstheme="majorBidi"/>
      <w:i/>
      <w:iCs/>
      <w:color w:val="4F81BD" w:themeColor="accent1"/>
      <w:spacing w:val="15"/>
      <w:sz w:val="24"/>
      <w:szCs w:val="24"/>
    </w:rPr>
  </w:style>
  <w:style w:type="paragraph" w:styleId="ListeParagraf">
    <w:name w:val="List Paragraph"/>
    <w:basedOn w:val="Normal"/>
    <w:uiPriority w:val="34"/>
    <w:qFormat/>
    <w:rsid w:val="00FC693F"/>
    <w:pPr>
      <w:ind w:left="720"/>
      <w:contextualSpacing/>
    </w:pPr>
  </w:style>
  <w:style w:type="paragraph" w:styleId="GvdeMetni">
    <w:name w:val="Body Text"/>
    <w:basedOn w:val="Normal"/>
    <w:link w:val="GvdeMetniChar"/>
    <w:uiPriority w:val="99"/>
    <w:unhideWhenUsed/>
    <w:rsid w:val="00AA1D8D"/>
    <w:pPr>
      <w:spacing w:after="120"/>
    </w:pPr>
  </w:style>
  <w:style w:type="character" w:customStyle="1" w:styleId="GvdeMetniChar">
    <w:name w:val="Gövde Metni Char"/>
    <w:basedOn w:val="VarsaylanParagrafYazTipi"/>
    <w:link w:val="GvdeMetni"/>
    <w:uiPriority w:val="99"/>
    <w:rsid w:val="00AA1D8D"/>
  </w:style>
  <w:style w:type="paragraph" w:styleId="GvdeMetni2">
    <w:name w:val="Body Text 2"/>
    <w:basedOn w:val="Normal"/>
    <w:link w:val="GvdeMetni2Char"/>
    <w:uiPriority w:val="99"/>
    <w:unhideWhenUsed/>
    <w:rsid w:val="00AA1D8D"/>
    <w:pPr>
      <w:spacing w:after="120" w:line="480" w:lineRule="auto"/>
    </w:pPr>
  </w:style>
  <w:style w:type="character" w:customStyle="1" w:styleId="GvdeMetni2Char">
    <w:name w:val="Gövde Metni 2 Char"/>
    <w:basedOn w:val="VarsaylanParagrafYazTipi"/>
    <w:link w:val="GvdeMetni2"/>
    <w:uiPriority w:val="99"/>
    <w:rsid w:val="00AA1D8D"/>
  </w:style>
  <w:style w:type="paragraph" w:styleId="GvdeMetni3">
    <w:name w:val="Body Text 3"/>
    <w:basedOn w:val="Normal"/>
    <w:link w:val="GvdeMetni3Char"/>
    <w:uiPriority w:val="99"/>
    <w:unhideWhenUsed/>
    <w:rsid w:val="00AA1D8D"/>
    <w:pPr>
      <w:spacing w:after="120"/>
    </w:pPr>
    <w:rPr>
      <w:sz w:val="16"/>
      <w:szCs w:val="16"/>
    </w:rPr>
  </w:style>
  <w:style w:type="character" w:customStyle="1" w:styleId="GvdeMetni3Char">
    <w:name w:val="Gövde Metni 3 Char"/>
    <w:basedOn w:val="VarsaylanParagrafYazTipi"/>
    <w:link w:val="GvdeMetni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Maddemi">
    <w:name w:val="List Bullet"/>
    <w:basedOn w:val="Normal"/>
    <w:uiPriority w:val="99"/>
    <w:unhideWhenUsed/>
    <w:rsid w:val="00326F90"/>
    <w:pPr>
      <w:numPr>
        <w:numId w:val="1"/>
      </w:numPr>
      <w:contextualSpacing/>
    </w:pPr>
  </w:style>
  <w:style w:type="paragraph" w:styleId="ListeMaddemi2">
    <w:name w:val="List Bullet 2"/>
    <w:basedOn w:val="Normal"/>
    <w:uiPriority w:val="99"/>
    <w:unhideWhenUsed/>
    <w:rsid w:val="00326F90"/>
    <w:pPr>
      <w:numPr>
        <w:numId w:val="2"/>
      </w:numPr>
      <w:contextualSpacing/>
    </w:pPr>
  </w:style>
  <w:style w:type="paragraph" w:styleId="ListeMaddemi3">
    <w:name w:val="List Bullet 3"/>
    <w:basedOn w:val="Normal"/>
    <w:uiPriority w:val="99"/>
    <w:unhideWhenUsed/>
    <w:rsid w:val="00326F90"/>
    <w:pPr>
      <w:numPr>
        <w:numId w:val="3"/>
      </w:numPr>
      <w:contextualSpacing/>
    </w:pPr>
  </w:style>
  <w:style w:type="paragraph" w:styleId="ListeNumaras">
    <w:name w:val="List Number"/>
    <w:basedOn w:val="Normal"/>
    <w:uiPriority w:val="99"/>
    <w:unhideWhenUsed/>
    <w:rsid w:val="00326F90"/>
    <w:pPr>
      <w:numPr>
        <w:numId w:val="5"/>
      </w:numPr>
      <w:contextualSpacing/>
    </w:pPr>
  </w:style>
  <w:style w:type="paragraph" w:styleId="ListeNumaras2">
    <w:name w:val="List Number 2"/>
    <w:basedOn w:val="Normal"/>
    <w:uiPriority w:val="99"/>
    <w:unhideWhenUsed/>
    <w:rsid w:val="0029639D"/>
    <w:pPr>
      <w:numPr>
        <w:numId w:val="6"/>
      </w:numPr>
      <w:contextualSpacing/>
    </w:pPr>
  </w:style>
  <w:style w:type="paragraph" w:styleId="ListeNumaras3">
    <w:name w:val="List Number 3"/>
    <w:basedOn w:val="Normal"/>
    <w:uiPriority w:val="99"/>
    <w:unhideWhenUsed/>
    <w:rsid w:val="0029639D"/>
    <w:pPr>
      <w:numPr>
        <w:numId w:val="7"/>
      </w:numPr>
      <w:contextualSpacing/>
    </w:pPr>
  </w:style>
  <w:style w:type="paragraph" w:styleId="ListeDevam">
    <w:name w:val="List Continue"/>
    <w:basedOn w:val="Normal"/>
    <w:uiPriority w:val="99"/>
    <w:unhideWhenUsed/>
    <w:rsid w:val="0029639D"/>
    <w:pPr>
      <w:spacing w:after="120"/>
      <w:ind w:left="360"/>
      <w:contextualSpacing/>
    </w:pPr>
  </w:style>
  <w:style w:type="paragraph" w:styleId="ListeDevam2">
    <w:name w:val="List Continue 2"/>
    <w:basedOn w:val="Normal"/>
    <w:uiPriority w:val="99"/>
    <w:unhideWhenUsed/>
    <w:rsid w:val="0029639D"/>
    <w:pPr>
      <w:spacing w:after="120"/>
      <w:ind w:left="720"/>
      <w:contextualSpacing/>
    </w:pPr>
  </w:style>
  <w:style w:type="paragraph" w:styleId="ListeDevam3">
    <w:name w:val="List Continue 3"/>
    <w:basedOn w:val="Normal"/>
    <w:uiPriority w:val="99"/>
    <w:unhideWhenUsed/>
    <w:rsid w:val="0029639D"/>
    <w:pPr>
      <w:spacing w:after="120"/>
      <w:ind w:left="1080"/>
      <w:contextualSpacing/>
    </w:pPr>
  </w:style>
  <w:style w:type="paragraph" w:styleId="MakroMetni">
    <w:name w:val="macro"/>
    <w:link w:val="MakroMetni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MetniChar">
    <w:name w:val="Makro Metni Char"/>
    <w:basedOn w:val="VarsaylanParagrafYazTipi"/>
    <w:link w:val="MakroMetni"/>
    <w:uiPriority w:val="99"/>
    <w:rsid w:val="0029639D"/>
    <w:rPr>
      <w:rFonts w:ascii="Courier" w:hAnsi="Courier"/>
      <w:sz w:val="20"/>
      <w:szCs w:val="20"/>
    </w:rPr>
  </w:style>
  <w:style w:type="paragraph" w:styleId="Alnt">
    <w:name w:val="Quote"/>
    <w:basedOn w:val="Normal"/>
    <w:next w:val="Normal"/>
    <w:link w:val="AlntChar"/>
    <w:uiPriority w:val="29"/>
    <w:qFormat/>
    <w:rsid w:val="00FC693F"/>
    <w:rPr>
      <w:i/>
      <w:iCs/>
      <w:color w:val="000000" w:themeColor="text1"/>
    </w:rPr>
  </w:style>
  <w:style w:type="character" w:customStyle="1" w:styleId="AlntChar">
    <w:name w:val="Alıntı Char"/>
    <w:basedOn w:val="VarsaylanParagrafYazTipi"/>
    <w:link w:val="Alnt"/>
    <w:uiPriority w:val="29"/>
    <w:rsid w:val="00FC693F"/>
    <w:rPr>
      <w:i/>
      <w:iCs/>
      <w:color w:val="000000" w:themeColor="text1"/>
    </w:rPr>
  </w:style>
  <w:style w:type="character" w:customStyle="1" w:styleId="Balk4Char">
    <w:name w:val="Başlık 4 Char"/>
    <w:basedOn w:val="VarsaylanParagrafYazTipi"/>
    <w:link w:val="Balk4"/>
    <w:uiPriority w:val="9"/>
    <w:semiHidden/>
    <w:rsid w:val="00FC693F"/>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FC693F"/>
    <w:rPr>
      <w:rFonts w:asciiTheme="majorHAnsi" w:eastAsiaTheme="majorEastAsia" w:hAnsiTheme="majorHAnsi" w:cstheme="majorBidi"/>
      <w:color w:val="243F60" w:themeColor="accent1" w:themeShade="7F"/>
    </w:rPr>
  </w:style>
  <w:style w:type="character" w:customStyle="1" w:styleId="Balk6Char">
    <w:name w:val="Başlık 6 Char"/>
    <w:basedOn w:val="VarsaylanParagrafYazTipi"/>
    <w:link w:val="Balk6"/>
    <w:uiPriority w:val="9"/>
    <w:semiHidden/>
    <w:rsid w:val="00FC693F"/>
    <w:rPr>
      <w:rFonts w:asciiTheme="majorHAnsi" w:eastAsiaTheme="majorEastAsia" w:hAnsiTheme="majorHAnsi" w:cstheme="majorBidi"/>
      <w:i/>
      <w:iCs/>
      <w:color w:val="243F60" w:themeColor="accent1" w:themeShade="7F"/>
    </w:rPr>
  </w:style>
  <w:style w:type="character" w:customStyle="1" w:styleId="Balk7Char">
    <w:name w:val="Başlık 7 Char"/>
    <w:basedOn w:val="VarsaylanParagrafYazTipi"/>
    <w:link w:val="Balk7"/>
    <w:uiPriority w:val="9"/>
    <w:semiHidden/>
    <w:rsid w:val="00FC693F"/>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FC693F"/>
    <w:rPr>
      <w:rFonts w:asciiTheme="majorHAnsi" w:eastAsiaTheme="majorEastAsia" w:hAnsiTheme="majorHAnsi" w:cstheme="majorBidi"/>
      <w:color w:val="4F81BD" w:themeColor="accent1"/>
      <w:sz w:val="20"/>
      <w:szCs w:val="20"/>
    </w:rPr>
  </w:style>
  <w:style w:type="character" w:customStyle="1" w:styleId="Balk9Char">
    <w:name w:val="Başlık 9 Char"/>
    <w:basedOn w:val="VarsaylanParagrafYazTipi"/>
    <w:link w:val="Balk9"/>
    <w:uiPriority w:val="9"/>
    <w:semiHidden/>
    <w:rsid w:val="00FC693F"/>
    <w:rPr>
      <w:rFonts w:asciiTheme="majorHAnsi" w:eastAsiaTheme="majorEastAsia" w:hAnsiTheme="majorHAnsi" w:cstheme="majorBidi"/>
      <w:i/>
      <w:iCs/>
      <w:color w:val="404040" w:themeColor="text1" w:themeTint="BF"/>
      <w:sz w:val="20"/>
      <w:szCs w:val="20"/>
    </w:rPr>
  </w:style>
  <w:style w:type="paragraph" w:styleId="ResimYazs">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Gl">
    <w:name w:val="Strong"/>
    <w:basedOn w:val="VarsaylanParagrafYazTipi"/>
    <w:uiPriority w:val="22"/>
    <w:qFormat/>
    <w:rsid w:val="00FC693F"/>
    <w:rPr>
      <w:b/>
      <w:bCs/>
    </w:rPr>
  </w:style>
  <w:style w:type="character" w:styleId="Vurgu">
    <w:name w:val="Emphasis"/>
    <w:basedOn w:val="VarsaylanParagrafYazTipi"/>
    <w:uiPriority w:val="20"/>
    <w:qFormat/>
    <w:rsid w:val="00FC693F"/>
    <w:rPr>
      <w:i/>
      <w:iCs/>
    </w:rPr>
  </w:style>
  <w:style w:type="paragraph" w:styleId="GlAlnt">
    <w:name w:val="Intense Quote"/>
    <w:basedOn w:val="Normal"/>
    <w:next w:val="Normal"/>
    <w:link w:val="GlAln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GlAlntChar">
    <w:name w:val="Güçlü Alıntı Char"/>
    <w:basedOn w:val="VarsaylanParagrafYazTipi"/>
    <w:link w:val="GlAlnt"/>
    <w:uiPriority w:val="30"/>
    <w:rsid w:val="00FC693F"/>
    <w:rPr>
      <w:b/>
      <w:bCs/>
      <w:i/>
      <w:iCs/>
      <w:color w:val="4F81BD" w:themeColor="accent1"/>
    </w:rPr>
  </w:style>
  <w:style w:type="character" w:styleId="HafifVurgulama">
    <w:name w:val="Subtle Emphasis"/>
    <w:basedOn w:val="VarsaylanParagrafYazTipi"/>
    <w:uiPriority w:val="19"/>
    <w:qFormat/>
    <w:rsid w:val="00FC693F"/>
    <w:rPr>
      <w:i/>
      <w:iCs/>
      <w:color w:val="808080" w:themeColor="text1" w:themeTint="7F"/>
    </w:rPr>
  </w:style>
  <w:style w:type="character" w:styleId="GlVurgulama">
    <w:name w:val="Intense Emphasis"/>
    <w:basedOn w:val="VarsaylanParagrafYazTipi"/>
    <w:uiPriority w:val="21"/>
    <w:qFormat/>
    <w:rsid w:val="00FC693F"/>
    <w:rPr>
      <w:b/>
      <w:bCs/>
      <w:i/>
      <w:iCs/>
      <w:color w:val="4F81BD" w:themeColor="accent1"/>
    </w:rPr>
  </w:style>
  <w:style w:type="character" w:styleId="HafifBavuru">
    <w:name w:val="Subtle Reference"/>
    <w:basedOn w:val="VarsaylanParagrafYazTipi"/>
    <w:uiPriority w:val="31"/>
    <w:qFormat/>
    <w:rsid w:val="00FC693F"/>
    <w:rPr>
      <w:smallCaps/>
      <w:color w:val="C0504D" w:themeColor="accent2"/>
      <w:u w:val="single"/>
    </w:rPr>
  </w:style>
  <w:style w:type="character" w:styleId="GlBavuru">
    <w:name w:val="Intense Reference"/>
    <w:basedOn w:val="VarsaylanParagrafYazTipi"/>
    <w:uiPriority w:val="32"/>
    <w:qFormat/>
    <w:rsid w:val="00FC693F"/>
    <w:rPr>
      <w:b/>
      <w:bCs/>
      <w:smallCaps/>
      <w:color w:val="C0504D" w:themeColor="accent2"/>
      <w:spacing w:val="5"/>
      <w:u w:val="single"/>
    </w:rPr>
  </w:style>
  <w:style w:type="character" w:styleId="KitapBal">
    <w:name w:val="Book Title"/>
    <w:basedOn w:val="VarsaylanParagrafYazTipi"/>
    <w:uiPriority w:val="33"/>
    <w:qFormat/>
    <w:rsid w:val="00FC693F"/>
    <w:rPr>
      <w:b/>
      <w:bCs/>
      <w:smallCaps/>
      <w:spacing w:val="5"/>
    </w:rPr>
  </w:style>
  <w:style w:type="paragraph" w:styleId="TBal">
    <w:name w:val="TOC Heading"/>
    <w:basedOn w:val="Balk1"/>
    <w:next w:val="Normal"/>
    <w:uiPriority w:val="39"/>
    <w:semiHidden/>
    <w:unhideWhenUsed/>
    <w:qFormat/>
    <w:rsid w:val="00FC693F"/>
    <w:pPr>
      <w:outlineLvl w:val="9"/>
    </w:pPr>
  </w:style>
  <w:style w:type="table" w:styleId="TabloKlavuzu">
    <w:name w:val="Table Grid"/>
    <w:basedOn w:val="NormalTablo"/>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kGlgeleme">
    <w:name w:val="Light Shading"/>
    <w:basedOn w:val="NormalTablo"/>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kListe">
    <w:name w:val="Light List"/>
    <w:basedOn w:val="NormalTablo"/>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kKlavuz">
    <w:name w:val="Light Grid"/>
    <w:basedOn w:val="NormalTablo"/>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OrtaGlgeleme1">
    <w:name w:val="Medium Shading 1"/>
    <w:basedOn w:val="NormalTablo"/>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Liste1">
    <w:name w:val="Medium List 1"/>
    <w:basedOn w:val="NormalTablo"/>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OrtaListe2">
    <w:name w:val="Medium Lis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2-Vurgu1">
    <w:name w:val="Medium List 2 Accent 1"/>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OrtaKlavuz1">
    <w:name w:val="Medium Grid 1"/>
    <w:basedOn w:val="NormalTablo"/>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OrtaKlavuz2">
    <w:name w:val="Medium Grid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OrtaKlavuz3">
    <w:name w:val="Medium Grid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KoyuListe">
    <w:name w:val="Dark List"/>
    <w:basedOn w:val="NormalTablo"/>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RenkliGlgeleme">
    <w:name w:val="Colorful Shading"/>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RenkliListe">
    <w:name w:val="Colorful List"/>
    <w:basedOn w:val="NormalTablo"/>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RenkliKlavuz">
    <w:name w:val="Colorful Grid"/>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4</Pages>
  <Words>632</Words>
  <Characters>4295</Characters>
  <Application>Microsoft Office Word</Application>
  <DocSecurity>0</DocSecurity>
  <Lines>214</Lines>
  <Paragraphs>36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4891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ADEM GÜNGÖR</cp:lastModifiedBy>
  <cp:revision>57</cp:revision>
  <dcterms:created xsi:type="dcterms:W3CDTF">2013-12-23T23:15:00Z</dcterms:created>
  <dcterms:modified xsi:type="dcterms:W3CDTF">2025-10-24T19:14:00Z</dcterms:modified>
  <cp:category/>
</cp:coreProperties>
</file>